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Events at Trans Pride Northern Ireland 2026 — Full Weekender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celebrations: Trans Pride Northern Ireland runs from 4–13 September with a packed programme of film, talks, comedy, parties and more across Belfast and beyond , perfect if you’re planning a Pride weekend or want to plug into community-led events and safer spaces.</w:t>
      </w:r>
      <w:r/>
    </w:p>
    <w:p>
      <w:r/>
      <w:r>
        <w:t>Essential Takeaways</w:t>
      </w:r>
      <w:r/>
      <w:r/>
    </w:p>
    <w:p>
      <w:pPr>
        <w:pStyle w:val="ListBullet"/>
        <w:spacing w:line="240" w:lineRule="auto"/>
        <w:ind w:left="720"/>
      </w:pPr>
      <w:r/>
      <w:r>
        <w:rPr>
          <w:b/>
        </w:rPr>
        <w:t>Dates and scope:</w:t>
      </w:r>
      <w:r>
        <w:t xml:space="preserve"> Trans Pride NI takes place 4–13 September with satellite events before and after the main week.</w:t>
      </w:r>
      <w:r/>
    </w:p>
    <w:p>
      <w:pPr>
        <w:pStyle w:val="ListBullet"/>
        <w:spacing w:line="240" w:lineRule="auto"/>
        <w:ind w:left="720"/>
      </w:pPr>
      <w:r/>
      <w:r>
        <w:rPr>
          <w:b/>
        </w:rPr>
        <w:t>Highlights to book:</w:t>
      </w:r>
      <w:r>
        <w:t xml:space="preserve"> queer pop‑culture quiz, Trans Comedy Night, the march and rally on 12 September, plus two big after‑parties.</w:t>
      </w:r>
      <w:r/>
    </w:p>
    <w:p>
      <w:pPr>
        <w:pStyle w:val="ListBullet"/>
        <w:spacing w:line="240" w:lineRule="auto"/>
        <w:ind w:left="720"/>
      </w:pPr>
      <w:r/>
      <w:r>
        <w:rPr>
          <w:b/>
        </w:rPr>
        <w:t>Film and culture:</w:t>
      </w:r>
      <w:r>
        <w:t xml:space="preserve"> Queen’s Film Theatre is screening a themed strand of LGBTQ+ and trans‑led films across the week , moody, political and cinematic.</w:t>
      </w:r>
      <w:r/>
    </w:p>
    <w:p>
      <w:pPr>
        <w:pStyle w:val="ListBullet"/>
        <w:spacing w:line="240" w:lineRule="auto"/>
        <w:ind w:left="720"/>
      </w:pPr>
      <w:r/>
      <w:r>
        <w:rPr>
          <w:b/>
        </w:rPr>
        <w:t>Practical perks:</w:t>
      </w:r>
      <w:r>
        <w:t xml:space="preserve"> there’ll be free rapid HIV and syphilis testing at the LGBT Belfast Centre, plus targeted meetups like trans‑only swim and gaming socials.</w:t>
      </w:r>
      <w:r/>
    </w:p>
    <w:p>
      <w:pPr>
        <w:pStyle w:val="ListBullet"/>
        <w:spacing w:line="240" w:lineRule="auto"/>
        <w:ind w:left="720"/>
      </w:pPr>
      <w:r/>
      <w:r>
        <w:rPr>
          <w:b/>
        </w:rPr>
        <w:t>Tickets and access:</w:t>
      </w:r>
      <w:r>
        <w:t xml:space="preserve"> many events are low‑cost or free; book in advance via Eventbrite, Glistrr or organisers’ Linktree to avoid disappointment.</w:t>
      </w:r>
      <w:r/>
      <w:r/>
    </w:p>
    <w:p>
      <w:pPr>
        <w:pStyle w:val="Heading2"/>
      </w:pPr>
      <w:r>
        <w:t>Why this week matters , a lively, local celebration with real community care</w:t>
      </w:r>
      <w:r/>
    </w:p>
    <w:p>
      <w:r/>
      <w:r>
        <w:t>Trans Pride Northern Ireland lands at a key moment for trans visibility across the island, and it feels intentionally grassroots and joyful. There’s a tangible mix of the political and the playful , from policy‑sharpened talks to comedy nights and drag bingo, all in venues that feel familiar and friendly. For attendees, the week offers the chance to pick and choose whether you want protest, party or a quieter meetup with people who get it.</w:t>
      </w:r>
      <w:r/>
    </w:p>
    <w:p>
      <w:pPr>
        <w:pStyle w:val="Heading2"/>
      </w:pPr>
      <w:r>
        <w:t>What to bookmark , top ticketed nights and cultural picks</w:t>
      </w:r>
      <w:r/>
    </w:p>
    <w:p>
      <w:r/>
      <w:r>
        <w:t>If you want a concentrated hit, mark down the Queer Belfast Pop Culture Quiz and the screening of the trans horror title I Saw the TV Glow on 4 September, and the Trans Comedy Night at the Ulster Sports Club a few nights later. The Queen’s Film Theatre is running a strong strand with titles such as Glen or Glenda and Funeral Parade of Roses, so film fans should plan a double‑bill. Tickets are cheap for many nights, but popular shows and parties do sell out , book via Eventbrite or Glistrr where listed.</w:t>
      </w:r>
      <w:r/>
    </w:p>
    <w:p>
      <w:pPr>
        <w:pStyle w:val="Heading2"/>
      </w:pPr>
      <w:r>
        <w:t>March, rally and after‑hours , the public statement and the celebrations</w:t>
      </w:r>
      <w:r/>
    </w:p>
    <w:p>
      <w:r/>
      <w:r>
        <w:t>The march and rally at Writer’s Square on 12 September is the week’s public heart, running midday into the afternoon with a lineup of speakers and performers. Afterwards you’ve got Count Bella’s Drag Bingo and a Mocktail Party at the Twin Spires and the Official After Party at the Maverick to keep the vibe going. These gatherings blend political messaging with the kind of lighthearted spectacle Pride is known for, so they suit people who want both visible solidarity and late‑night fun.</w:t>
      </w:r>
      <w:r/>
    </w:p>
    <w:p>
      <w:pPr>
        <w:pStyle w:val="Heading2"/>
      </w:pPr>
      <w:r>
        <w:t>Practical and safer‑space offerings , health, access and trans‑only moments</w:t>
      </w:r>
      <w:r/>
    </w:p>
    <w:p>
      <w:r/>
      <w:r>
        <w:t>Organisers have built in practical support: Community Psychology Reclaimed is hosting a talk on surviving transphobia at the LGBT Belfast Centre, and the centre will also offer rapid HIV and syphilis testing during the week. There are trans‑only initiatives too , notably a trans‑only swim later in September , which help create respite and low‑anxiety spaces within a busy programme. If accessibility matters to you, check individual event pages and Linktree for venue info and any access notes.</w:t>
      </w:r>
      <w:r/>
    </w:p>
    <w:p>
      <w:pPr>
        <w:pStyle w:val="Heading2"/>
      </w:pPr>
      <w:r>
        <w:t>Community corners , café meetups, workshops and games for every interest</w:t>
      </w:r>
      <w:r/>
    </w:p>
    <w:p>
      <w:r/>
      <w:r>
        <w:t>Not everything is late night and loud. There’s a picnic walk in Glencairn Park, trans café meetups at Happy Out Coffee, and placard‑making workshops with local young women’s groups. Gamers will appreciate Battle Inc’s collaboration: Yu‑Gi‑Oh and Magic nights and a final RPG session create a welcoming scene for trans and non‑binary players. These quieter, social events are great for making friends and finding local networks without the price of admission or the pressure of performance.</w:t>
      </w:r>
      <w:r/>
    </w:p>
    <w:p>
      <w:pPr>
        <w:pStyle w:val="Heading2"/>
      </w:pPr>
      <w:r>
        <w:t>How to plan your week , quick tips for getting the most out of Trans Pride NI</w:t>
      </w:r>
      <w:r/>
    </w:p>
    <w:p>
      <w:r/>
      <w:r>
        <w:t>Decide what you want first: culture (films), community (cafés and panels), or nightlife (parties and comedy). Book tickets early for headline events, check transport and venue access, and budget a couple of chill slots so the week doesn’t feel overwhelming. Follow Trans Pride NI on social media or hit their Linktree for last‑minute updates and registration details like the trans‑only swim.</w:t>
      </w:r>
      <w:r/>
    </w:p>
    <w:p>
      <w:r/>
      <w:r>
        <w:t>It's a small change that can make every event feel like a safer celebration , pick a show, bring a friend, and enjoy the week.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https://gcn.ie/trans-pride-northern-ireland-2026-programme/</w:t>
        </w:r>
      </w:hyperlink>
      <w:r>
        <w:t xml:space="preserve"> - Please view link - unable to able to access data</w:t>
      </w:r>
      <w:r/>
    </w:p>
    <w:p>
      <w:pPr>
        <w:pStyle w:val="ListNumber"/>
        <w:spacing w:line="240" w:lineRule="auto"/>
        <w:ind w:left="720"/>
      </w:pPr>
      <w:r/>
      <w:hyperlink r:id="rId9">
        <w:r>
          <w:rPr>
            <w:color w:val="0000EE"/>
            <w:u w:val="single"/>
          </w:rPr>
          <w:t>https://gcn.ie/trans-pride-northern-ireland-2026-programme/</w:t>
        </w:r>
      </w:hyperlink>
      <w:r>
        <w:t xml:space="preserve"> - This article from Gay Community News (GCN) announces the exciting programme for Trans Pride Northern Ireland 2026, scheduled from September 4 to 13. The event features a variety of activities, including a Queer Belfast Pop Culture Quiz, screenings of trans-themed films, poetry nights, and a Pride Party at the Oh Yeah Music Centre. Additional events include a trans café, placard-making workshops, LGBTQ+ film screenings at the Queen’s Film Theatre, a talk on surviving transphobia, and gaming events hosted by Battle Inc. The festival culminates with a march and rally at Writer’s Square, followed by parties and an art market. The article provides detailed information on each event and highlights the community's efforts to celebrate and support transgender individuals in Northern Ireland.</w:t>
      </w:r>
      <w:r/>
    </w:p>
    <w:p>
      <w:pPr>
        <w:pStyle w:val="ListNumber"/>
        <w:spacing w:line="240" w:lineRule="auto"/>
        <w:ind w:left="720"/>
      </w:pPr>
      <w:r/>
      <w:hyperlink r:id="rId10">
        <w:r>
          <w:rPr>
            <w:color w:val="0000EE"/>
            <w:u w:val="single"/>
          </w:rPr>
          <w:t>https://transprideni.com/</w:t>
        </w:r>
      </w:hyperlink>
      <w:r>
        <w:t xml:space="preserve"> - Trans Pride Northern Ireland's official website offers comprehensive information about the organisation's mission, upcoming events, and resources for the transgender community. The site includes details on their annual Trans Pride festival, contact information, and opportunities for involvement. It serves as a central hub for those seeking to engage with and support the transgender community in Northern Ireland.</w:t>
      </w:r>
      <w:r/>
    </w:p>
    <w:p>
      <w:pPr>
        <w:pStyle w:val="ListNumber"/>
        <w:spacing w:line="240" w:lineRule="auto"/>
        <w:ind w:left="720"/>
      </w:pPr>
      <w:r/>
      <w:hyperlink r:id="rId11">
        <w:r>
          <w:rPr>
            <w:color w:val="0000EE"/>
            <w:u w:val="single"/>
          </w:rPr>
          <w:t>https://www.nicva.org/organisation/trans-pride-northern-ireland</w:t>
        </w:r>
      </w:hyperlink>
      <w:r>
        <w:t xml:space="preserve"> - This page from the Northern Ireland Council for Voluntary Action (NICVA) provides an overview of Trans Pride Northern Ireland, detailing the organisation's services, aims, and contact information. It outlines the charity's objectives, including improving the lives of transgender, non-binary, and intersex individuals, promoting awareness, and organising annual festivals. The page also offers contact details and links to the organisation's website and social media profiles.</w:t>
      </w:r>
      <w:r/>
    </w:p>
    <w:p>
      <w:pPr>
        <w:pStyle w:val="ListNumber"/>
        <w:spacing w:line="240" w:lineRule="auto"/>
        <w:ind w:left="720"/>
      </w:pPr>
      <w:r/>
      <w:hyperlink r:id="rId13">
        <w:r>
          <w:rPr>
            <w:color w:val="0000EE"/>
            <w:u w:val="single"/>
          </w:rPr>
          <w:t>https://www.fermanaghpride.com/</w:t>
        </w:r>
      </w:hyperlink>
      <w:r>
        <w:t xml:space="preserve"> - Fermanagh Pride's official website announces the return of Fermanagh Pride 2026, scheduled for Saturday, 18th July 2026, in Enniskillen. The site provides information on how to get involved, details about the Pride Parade, and applications for stallholders, food and drink vendors, and charities. It also offers an official guide and highlights the history and mission of Fermanagh Pride, aiming to make the festival bigger and better each year.</w:t>
      </w:r>
      <w:r/>
    </w:p>
    <w:p>
      <w:pPr>
        <w:pStyle w:val="ListNumber"/>
        <w:spacing w:line="240" w:lineRule="auto"/>
        <w:ind w:left="720"/>
      </w:pPr>
      <w:r/>
      <w:hyperlink r:id="rId14">
        <w:r>
          <w:rPr>
            <w:color w:val="0000EE"/>
            <w:u w:val="single"/>
          </w:rPr>
          <w:t>https://omaghpride.com/</w:t>
        </w:r>
      </w:hyperlink>
      <w:r>
        <w:t xml:space="preserve"> - Omagh Pride's official website provides information about Omagh Pride 2026, scheduled for Saturday, 13th June. The site invites individuals to get involved by volunteering, donating, marching in the parade, or applying for a stall. It also features a survey for feedback on the previous year's event and offers options to donate to support Omagh Pride. The website highlights the success of Omagh Pride 2026 and expresses gratitude to the community for their support.</w:t>
      </w:r>
      <w:r/>
    </w:p>
    <w:p>
      <w:pPr>
        <w:pStyle w:val="ListNumber"/>
        <w:spacing w:line="240" w:lineRule="auto"/>
        <w:ind w:left="720"/>
      </w:pPr>
      <w:r/>
      <w:hyperlink r:id="rId12">
        <w:r>
          <w:rPr>
            <w:color w:val="0000EE"/>
            <w:u w:val="single"/>
          </w:rPr>
          <w:t>https://sexualhealthni.info/sexual-health-campaigns-and-events/pride/</w:t>
        </w:r>
      </w:hyperlink>
      <w:r>
        <w:t xml:space="preserve"> - This page from Sexual Health NI outlines the PRIDE 2026 campaign, running from June to September 2026, with the theme 'Take DoxyPEP with PRIDE.' The campaign aims to promote LGBTQ+ health and wellbeing in Northern Ireland through inclusive support, health information, community engagement, awareness campaigns, and resources. It provides details on sexual health resources and services available in Northern Ireland and encourages participation through various social media channels.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trans-pride-northern-ireland-2026-programme/" TargetMode="External"/><Relationship Id="rId10" Type="http://schemas.openxmlformats.org/officeDocument/2006/relationships/hyperlink" Target="https://transprideni.com/" TargetMode="External"/><Relationship Id="rId11" Type="http://schemas.openxmlformats.org/officeDocument/2006/relationships/hyperlink" Target="https://www.nicva.org/organisation/trans-pride-northern-ireland" TargetMode="External"/><Relationship Id="rId12" Type="http://schemas.openxmlformats.org/officeDocument/2006/relationships/hyperlink" Target="https://sexualhealthni.info/sexual-health-campaigns-and-events/pride/" TargetMode="External"/><Relationship Id="rId13" Type="http://schemas.openxmlformats.org/officeDocument/2006/relationships/hyperlink" Target="https://www.fermanaghpride.com/" TargetMode="External"/><Relationship Id="rId14" Type="http://schemas.openxmlformats.org/officeDocument/2006/relationships/hyperlink" Target="https://omaghpri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