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 Invasion Fire Island Photos Capture Queer Joy and Resilience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Shimmering with colour and full-throated joy, Doll Invasion at Fire Island Pines returned this year as a three-day, trans-led celebration that doubled as a fundraiser and a sanctuary , drawing stars, DJs, and thousands of smiling attendees who came to dance, donate, and simply be.</w:t>
      </w:r>
      <w:r/>
    </w:p>
    <w:p>
      <w:r/>
      <w:r>
        <w:t>Essential Takeaways</w:t>
      </w:r>
      <w:r/>
      <w:r/>
    </w:p>
    <w:p>
      <w:pPr>
        <w:pStyle w:val="ListBullet"/>
        <w:spacing w:line="240" w:lineRule="auto"/>
        <w:ind w:left="720"/>
      </w:pPr>
      <w:r/>
      <w:r>
        <w:rPr>
          <w:b/>
        </w:rPr>
        <w:t>What it is:</w:t>
      </w:r>
      <w:r>
        <w:t xml:space="preserve"> Doll Invasion is a three-day, trans-led weekend festival on Fire Island Pines that blends nightlife, performance and fundraising.</w:t>
      </w:r>
      <w:r/>
    </w:p>
    <w:p>
      <w:pPr>
        <w:pStyle w:val="ListBullet"/>
        <w:spacing w:line="240" w:lineRule="auto"/>
        <w:ind w:left="720"/>
      </w:pPr>
      <w:r/>
      <w:r>
        <w:rPr>
          <w:b/>
        </w:rPr>
        <w:t>Big names:</w:t>
      </w:r>
      <w:r>
        <w:t xml:space="preserve"> Headliners and hosts included Kim Petras, Goth Jafar, Jasmine Infiniti and others, with celebrity sightings like Adam Lambert and Dylan Mulvaney.</w:t>
      </w:r>
      <w:r/>
    </w:p>
    <w:p>
      <w:pPr>
        <w:pStyle w:val="ListBullet"/>
        <w:spacing w:line="240" w:lineRule="auto"/>
        <w:ind w:left="720"/>
      </w:pPr>
      <w:r/>
      <w:r>
        <w:rPr>
          <w:b/>
        </w:rPr>
        <w:t>Good causes:</w:t>
      </w:r>
      <w:r>
        <w:t xml:space="preserve"> The event raises money for organisations such as Queer|Art and Advocates for Trans Equality, combining party and purpose.</w:t>
      </w:r>
      <w:r/>
    </w:p>
    <w:p>
      <w:pPr>
        <w:pStyle w:val="ListBullet"/>
        <w:spacing w:line="240" w:lineRule="auto"/>
        <w:ind w:left="720"/>
      </w:pPr>
      <w:r/>
      <w:r>
        <w:rPr>
          <w:b/>
        </w:rPr>
        <w:t>Vibe notes:</w:t>
      </w:r>
      <w:r>
        <w:t xml:space="preserve"> Expect vivid costumes, loud music, warm embraces and a buoyant, community-first energy , the photos are bright, tactile and full of movement.</w:t>
      </w:r>
      <w:r/>
    </w:p>
    <w:p>
      <w:pPr>
        <w:pStyle w:val="ListBullet"/>
        <w:spacing w:line="240" w:lineRule="auto"/>
        <w:ind w:left="720"/>
      </w:pPr>
      <w:r/>
      <w:r>
        <w:rPr>
          <w:b/>
        </w:rPr>
        <w:t>Practical tip:</w:t>
      </w:r>
      <w:r>
        <w:t xml:space="preserve"> Events range from pavilion parties to tea dances; book early and plan for ferry logistics and sun protection.</w:t>
      </w:r>
      <w:r/>
      <w:r/>
    </w:p>
    <w:p>
      <w:pPr>
        <w:pStyle w:val="Heading2"/>
      </w:pPr>
      <w:r>
        <w:t>A three-day celebration that feels like a hug</w:t>
      </w:r>
      <w:r/>
    </w:p>
    <w:p>
      <w:r/>
      <w:r>
        <w:t>The opening shot of any Doll Invasion gallery is usually a burst of colour , sequins, floaty fabrics and big smiles against the Pines’ trademark dunes and waterfront. According to organisers, the festival is intentionally trans-led and created as a space where transgender and nonbinary people can headline, curate and fundraise. That energy translates on camera: photographs show people mid-laugh, dancing hard, or caught in quiet, affectionate moments.</w:t>
      </w:r>
      <w:r/>
    </w:p>
    <w:p>
      <w:r/>
      <w:r>
        <w:t>Backstory matters here. Doll Invasion began as a response to the need for explicitly trans-centred nightlife during Fire Island’s long, storied summer season. Over four years it’s grown into a marquee weekend on the Pines calendar, with organisers combining nightlife veterans, artists and community activists to run parties and raise funds.</w:t>
      </w:r>
      <w:r/>
    </w:p>
    <w:p>
      <w:pPr>
        <w:pStyle w:val="Heading2"/>
      </w:pPr>
      <w:r>
        <w:t>Stars onstage and friends in the crowd</w:t>
      </w:r>
      <w:r/>
    </w:p>
    <w:p>
      <w:r/>
      <w:r>
        <w:t>This year Kim Petras made her Fire Island debut, hosting a sold-out Pavilion party that felt like both a pop concert and a family reunion. The lineup also included DJs and performers such as Goth Jafar, Jasmine Infiniti and Amarji King, who brought fast-paced, high-gloss sets that translate incredibly well in action photography , think confetti, hands in the air, and faces lit by strobes.</w:t>
      </w:r>
      <w:r/>
    </w:p>
    <w:p>
      <w:r/>
      <w:r>
        <w:t>Festival programming mixes big-room moments with smaller, more intimate sets. That variety matters: it lets people choose high-octane dancing or quieter conversation without losing the communal pulse. If you’re planning to attend next time, scope the schedule early and pick a mix of late-night thrills and daytime chillouts.</w:t>
      </w:r>
      <w:r/>
    </w:p>
    <w:p>
      <w:pPr>
        <w:pStyle w:val="Heading2"/>
      </w:pPr>
      <w:r>
        <w:t>Fundraising with flair , party that gives back</w:t>
      </w:r>
      <w:r/>
    </w:p>
    <w:p>
      <w:r/>
      <w:r>
        <w:t>Doll Invasion isn’t just a good-looking party; it’s also a fundraiser. The organisers partner with groups like Queer|Art and Advocates for Trans Equality, routing ticket and event proceeds to community work. That blend of glamour and giving is part of the weekend’s charm , people arrive ready to celebrate, and they leave having supported crucial services and activism.</w:t>
      </w:r>
      <w:r/>
    </w:p>
    <w:p>
      <w:r/>
      <w:r>
        <w:t>Photos from the weekend often capture fundraising moments too: donation booths, hosts calling out totals, and charity merch stalls tucked between stages. For attendees who want to make a bigger impact, VIP packages or direct donations at the festival are straightforward ways to contribute.</w:t>
      </w:r>
      <w:r/>
    </w:p>
    <w:p>
      <w:pPr>
        <w:pStyle w:val="Heading2"/>
      </w:pPr>
      <w:r>
        <w:t>Fire Island logistics , what the pictures don’t tell you</w:t>
      </w:r>
      <w:r/>
    </w:p>
    <w:p>
      <w:r/>
      <w:r>
        <w:t>The island’s ferry arrivals, sand-under-your-feet vibe and ever-changing weather are essential context. Organisers coordinate multiple venues across the Pines, from The Waterfront to pavilions and tea-dance lawns, so expect walking, sand and sun. Globe Newswire and local event listings note that Fire Island’s summer calendar is busy, with season-long programming like tea dances filling the weeks beyond Doll Invasion.</w:t>
      </w:r>
      <w:r/>
    </w:p>
    <w:p>
      <w:r/>
      <w:r>
        <w:t>Practically, bring sunscreen, comfortable shoes, a small cash stash for merch and a lightweight bag for the beach. If you rely on accessible transport or have mobility needs, check venue maps and event pages in advance , many organisers post accessibility info and staff contacts.</w:t>
      </w:r>
      <w:r/>
    </w:p>
    <w:p>
      <w:pPr>
        <w:pStyle w:val="Heading2"/>
      </w:pPr>
      <w:r>
        <w:t>Why it feels necessary , joy as resistance</w:t>
      </w:r>
      <w:r/>
    </w:p>
    <w:p>
      <w:r/>
      <w:r>
        <w:t>In a wider cultural moment where queer and trans communities face renewed political attacks, events like Doll Invasion take on extra weight. The weekend functions as both refuge and rejoinder: people gather to celebrate identity, artistry and mutual support in public and exuberant ways. Photographs from the Pines show more than performances; they document safety, solidarity and the pleasure of being visible.</w:t>
      </w:r>
      <w:r/>
    </w:p>
    <w:p>
      <w:r/>
      <w:r>
        <w:t>Looking ahead, Doll Invasion seems poised to keep growing while staying rooted in community fundraising and trans leadership. If you missed it this year, the images make a compelling argument to plan for next summer , pack a costume and a kind heart.</w:t>
      </w:r>
      <w:r/>
    </w:p>
    <w:p>
      <w:r/>
      <w:r>
        <w:t>It's a small change that can make every celebration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9">
        <w:r>
          <w:rPr>
            <w:color w:val="0000EE"/>
            <w:u w:val="single"/>
          </w:rPr>
          <w:t>[2]</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https://www.them.us/culture/doll-invasion-fire-island-photographs</w:t>
        </w:r>
      </w:hyperlink>
      <w:r>
        <w:t xml:space="preserve"> - Please view link - unable to able to access data</w:t>
      </w:r>
      <w:r/>
    </w:p>
    <w:p>
      <w:pPr>
        <w:pStyle w:val="ListNumber"/>
        <w:spacing w:line="240" w:lineRule="auto"/>
        <w:ind w:left="720"/>
      </w:pPr>
      <w:r/>
      <w:hyperlink r:id="rId9">
        <w:r>
          <w:rPr>
            <w:color w:val="0000EE"/>
            <w:u w:val="single"/>
          </w:rPr>
          <w:t>https://www.them.us/culture/doll-invasion-fire-island-photographs</w:t>
        </w:r>
      </w:hyperlink>
      <w:r>
        <w:t xml:space="preserve"> - The article discusses the fourth annual Doll Invasion event at Fire Island Pines, highlighting its significance as a celebration of the transgender and nonbinary community. It details the event's activities, including performances by artists like Kim Petras, Goth Jafar, Jasmine Infiniti, and others. The piece also emphasizes the event's role as a fundraiser for organizations such as Queer|Art and Advocates for Trans Equality, and its importance as a safe space for the LGBTQ+ community amid ongoing challenges.</w:t>
      </w:r>
      <w:r/>
    </w:p>
    <w:p>
      <w:pPr>
        <w:pStyle w:val="ListNumber"/>
        <w:spacing w:line="240" w:lineRule="auto"/>
        <w:ind w:left="720"/>
      </w:pPr>
      <w:r/>
      <w:hyperlink r:id="rId11">
        <w:r>
          <w:rPr>
            <w:color w:val="0000EE"/>
            <w:u w:val="single"/>
          </w:rPr>
          <w:t>https://www.dollinvasion.org/</w:t>
        </w:r>
      </w:hyperlink>
      <w:r>
        <w:t xml:space="preserve"> - The official website of Doll Invasion provides comprehensive information about the event, including its mission as a 501(c)3-sponsored fundraiser for Queer|Art. It features details about the 2026 event, scheduled for August 28-30 at The Waterfront at the Pines in Fire Island. The site also showcases merchandise designed by Willie Norris Workshop and offers options for donations and updates on the event.</w:t>
      </w:r>
      <w:r/>
    </w:p>
    <w:p>
      <w:pPr>
        <w:pStyle w:val="ListNumber"/>
        <w:spacing w:line="240" w:lineRule="auto"/>
        <w:ind w:left="720"/>
      </w:pPr>
      <w:r/>
      <w:hyperlink r:id="rId12">
        <w:r>
          <w:rPr>
            <w:color w:val="0000EE"/>
            <w:u w:val="single"/>
          </w:rPr>
          <w:t>https://nl.ra.co/events/2497578</w:t>
        </w:r>
      </w:hyperlink>
      <w:r>
        <w:t xml:space="preserve"> - This page on RA.co provides event details for Doll Invasion 2026, including the location at The Waterfront at the Pines, Fire Island, and the dates from August 28 to August 30. It lists the lineup of performers, such as Goth Jafar, Jasmine Infiniti, and others, and mentions that all proceeds after RA’s fee go directly to the nonprofit partner, Queer|Art. The page also includes ticket purchasing options.</w:t>
      </w:r>
      <w:r/>
    </w:p>
    <w:p>
      <w:pPr>
        <w:pStyle w:val="ListNumber"/>
        <w:spacing w:line="240" w:lineRule="auto"/>
        <w:ind w:left="720"/>
      </w:pPr>
      <w:r/>
      <w:hyperlink r:id="rId13">
        <w:r>
          <w:rPr>
            <w:color w:val="0000EE"/>
            <w:u w:val="single"/>
          </w:rPr>
          <w:t>https://www.globenewswire.com/news-release/2026/05/01/3286117/0/en/Tryst-Hospitality-Announces-2026-Season-at-The-Pines-Fire-Island-Celebrating-60-Years-of-Tea-Dance-All-Summer-Long.html</w:t>
        </w:r>
      </w:hyperlink>
      <w:r>
        <w:t xml:space="preserve"> - Tryst Hospitality's announcement for the 2026 season at The Pines Fire Island highlights a full schedule of daily programming, major summer moments, and a season-long celebration marking the 60th Anniversary of the Tea Dance. The announcement details the phased opening in early May, with venues like The Blue Whale, The Canteen, The Camp, and The Gym opening on May 8, and full programming beginning on May 15 across The Blue Whale, Pavilion, and The Tryst Pool Club.</w:t>
      </w:r>
      <w:r/>
    </w:p>
    <w:p>
      <w:pPr>
        <w:pStyle w:val="ListNumber"/>
        <w:spacing w:line="240" w:lineRule="auto"/>
        <w:ind w:left="720"/>
      </w:pPr>
      <w:r/>
      <w:hyperlink r:id="rId10">
        <w:r>
          <w:rPr>
            <w:color w:val="0000EE"/>
            <w:u w:val="single"/>
          </w:rPr>
          <w:t>https://pinesfi.com/event/doll-invasion-total-tea-takeover/</w:t>
        </w:r>
      </w:hyperlink>
      <w:r>
        <w:t xml:space="preserve"> - This event page details the 'Doll Invasion: Total Tea Takeover' at The Pines, scheduled for August 28-30. It mentions that the event will take over Middle Tea at the Tryst Pool Club, with DJs performing all day from 2 pm to 10 pm. The page notes that the event is a fundraiser for Queer|Art and provides location details for The Pines Fire Island.</w:t>
      </w:r>
      <w:r/>
    </w:p>
    <w:p>
      <w:pPr>
        <w:pStyle w:val="ListNumber"/>
        <w:spacing w:line="240" w:lineRule="auto"/>
        <w:ind w:left="720"/>
      </w:pPr>
      <w:r/>
      <w:hyperlink r:id="rId14">
        <w:r>
          <w:rPr>
            <w:color w:val="0000EE"/>
            <w:u w:val="single"/>
          </w:rPr>
          <w:t>https://10thmuses.com/community/events/99478c8b-e50d-4ca6-86c9-8ddc3852bc9f</w:t>
        </w:r>
      </w:hyperlink>
      <w:r>
        <w:t xml:space="preserve"> - This event listing from 10th Muses, a social club for queer women and nonbinary individuals in NYC, provides details about the Doll Invasion 2026 event. Scheduled for Sunday, August 30, 2026, at 8:00 PM, the event is titled 'Total Tea Takeover' and features DJs all day, nonstop performances, and a lineup of artists bringing the vibes from day to late night. The page notes that RSVP is required for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culture/doll-invasion-fire-island-photographs" TargetMode="External"/><Relationship Id="rId10" Type="http://schemas.openxmlformats.org/officeDocument/2006/relationships/hyperlink" Target="https://pinesfi.com/event/doll-invasion-total-tea-takeover/" TargetMode="External"/><Relationship Id="rId11" Type="http://schemas.openxmlformats.org/officeDocument/2006/relationships/hyperlink" Target="https://www.dollinvasion.org/" TargetMode="External"/><Relationship Id="rId12" Type="http://schemas.openxmlformats.org/officeDocument/2006/relationships/hyperlink" Target="https://nl.ra.co/events/2497578" TargetMode="External"/><Relationship Id="rId13" Type="http://schemas.openxmlformats.org/officeDocument/2006/relationships/hyperlink" Target="https://www.globenewswire.com/news-release/2026/05/01/3286117/0/en/Tryst-Hospitality-Announces-2026-Season-at-The-Pines-Fire-Island-Celebrating-60-Years-of-Tea-Dance-All-Summer-Long.html" TargetMode="External"/><Relationship Id="rId14" Type="http://schemas.openxmlformats.org/officeDocument/2006/relationships/hyperlink" Target="https://10thmuses.com/community/events/99478c8b-e50d-4ca6-86c9-8ddc3852bc9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