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Comics Events in London This September 2026: What to See, Do and Where to 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packed London comics calendar this September , launches, signings, queer fairs and family-friendly workshops are back in force across the city, so whether you collect hardbacks, love zines or want a kid-friendly drop-in, here’s what to pencil into your diary and why it matters.</w:t>
      </w:r>
      <w:r/>
    </w:p>
    <w:p>
      <w:r/>
      <w:r>
        <w:t>Essential Takeaways</w:t>
      </w:r>
      <w:r/>
      <w:r/>
    </w:p>
    <w:p>
      <w:pPr>
        <w:pStyle w:val="ListBullet"/>
        <w:spacing w:line="240" w:lineRule="auto"/>
        <w:ind w:left="720"/>
      </w:pPr>
      <w:r/>
      <w:r>
        <w:rPr>
          <w:b/>
        </w:rPr>
        <w:t>Headline launches:</w:t>
      </w:r>
      <w:r>
        <w:t xml:space="preserve"> Bryan and Mary Talbot debut Lo! An Amazon! with free and ticketed launch events in Fitzrovia and at Dr Johnson’s House , lively readings and talks expected.</w:t>
      </w:r>
      <w:r/>
    </w:p>
    <w:p>
      <w:pPr>
        <w:pStyle w:val="ListBullet"/>
        <w:spacing w:line="240" w:lineRule="auto"/>
        <w:ind w:left="720"/>
      </w:pPr>
      <w:r/>
      <w:r>
        <w:rPr>
          <w:b/>
        </w:rPr>
        <w:t>Queer and indie-friendly:</w:t>
      </w:r>
      <w:r>
        <w:t xml:space="preserve"> inQ! London’s Queer Comics Fair in Blackfriars is free, family-friendly and a great place to discover zines and new voices.</w:t>
      </w:r>
      <w:r/>
    </w:p>
    <w:p>
      <w:pPr>
        <w:pStyle w:val="ListBullet"/>
        <w:spacing w:line="240" w:lineRule="auto"/>
        <w:ind w:left="720"/>
      </w:pPr>
      <w:r/>
      <w:r>
        <w:rPr>
          <w:b/>
        </w:rPr>
        <w:t>Hands-on workshops:</w:t>
      </w:r>
      <w:r>
        <w:t xml:space="preserve"> Quentin Blake Centre and Cartoon Museum run regular illustration courses, drop-ins and Little Owls storytelling for under‑5s.</w:t>
      </w:r>
      <w:r/>
    </w:p>
    <w:p>
      <w:pPr>
        <w:pStyle w:val="ListBullet"/>
        <w:spacing w:line="240" w:lineRule="auto"/>
        <w:ind w:left="720"/>
      </w:pPr>
      <w:r/>
      <w:r>
        <w:rPr>
          <w:b/>
        </w:rPr>
        <w:t>Social nights:</w:t>
      </w:r>
      <w:r>
        <w:t xml:space="preserve"> Soho and Waterloo host monthly meetups , Troopers, Drink &amp; Draw, Comica Social Club and Reads keep the community buzzing.</w:t>
      </w:r>
      <w:r/>
    </w:p>
    <w:p>
      <w:pPr>
        <w:pStyle w:val="ListBullet"/>
        <w:spacing w:line="240" w:lineRule="auto"/>
        <w:ind w:left="720"/>
      </w:pPr>
      <w:r/>
      <w:r>
        <w:rPr>
          <w:b/>
        </w:rPr>
        <w:t>Theatre and spectacle:</w:t>
      </w:r>
      <w:r>
        <w:t xml:space="preserve"> don’t miss Sláine: The Horned God one‑man play and stage adaptations such as Death Note the Musical for cross-medium comic fans.</w:t>
      </w:r>
      <w:r/>
      <w:r/>
    </w:p>
    <w:p>
      <w:pPr>
        <w:pStyle w:val="Heading2"/>
      </w:pPr>
      <w:r>
        <w:t>Talbot launches: a graphic biography with theatrical flair</w:t>
      </w:r>
      <w:r/>
    </w:p>
    <w:p>
      <w:r/>
      <w:r>
        <w:t>If you love historical graphic biography, Mary and Bryan Talbot’s Lo! An Amazon! is the month’s must-see. The Cartoon Museum hosts a free but ticketed launch, while a more intimate evening at Dr Johnson’s House pairs the book with an 18th‑century backdrop and a drink , the sort of setting that turns a launch into an experience. According to the Talbots’ own publicity, expect readings, discussion and an appetite for context: Mary’s research-led approach and Bryan’s art make their collaborations feel like cinematic comic biography. If you go, book early and arrive with questions , panel Q&amp;As can get lively.</w:t>
      </w:r>
      <w:r/>
    </w:p>
    <w:p>
      <w:pPr>
        <w:pStyle w:val="Heading2"/>
      </w:pPr>
      <w:r>
        <w:t>inQ! Queer Comics Fair: discover new voices for free</w:t>
      </w:r>
      <w:r/>
    </w:p>
    <w:p>
      <w:r/>
      <w:r>
        <w:t>inQ! takes over the London LGBTQ+ Community Centre in Blackfriars for a two‑day queer comics celebration that’s free to enter and family-friendly. It’s the kind of market where you can stumble on a zine that reconfigures everything you thought you knew about a subject, or buy a tiny print that becomes the centrepiece of a shelf. Queer as Comics at the Quentin Blake Centre provides perfect exhibition pairing, so make a day of it: pop into the show, then browse stalls. Bring cash for small press and a tote bag for haul.</w:t>
      </w:r>
      <w:r/>
    </w:p>
    <w:p>
      <w:pPr>
        <w:pStyle w:val="Heading2"/>
      </w:pPr>
      <w:r>
        <w:t>Workshops, drop‑ins and storytelling for all ages</w:t>
      </w:r>
      <w:r/>
    </w:p>
    <w:p>
      <w:r/>
      <w:r>
        <w:t>The Quentin Blake Centre and the Cartoon Museum run a steady roster of classes: from six‑week illustration courses with Lily Kong to Cathy G Johnson’s purpose-led comics sessions. There are also regular Little Owls storytelling drop‑ins for under‑5s that feel cosy and low-pressure , an easy entry point if you’re introducing kids to picture storytelling. Practical tip: check course dates and book ahead for the multi-session classes; drop-ins are usually walk‑in but fill up on weekends.</w:t>
      </w:r>
      <w:r/>
    </w:p>
    <w:p>
      <w:pPr>
        <w:pStyle w:val="Heading2"/>
      </w:pPr>
      <w:r>
        <w:t>Signings, readings and social nights in Soho and beyond</w:t>
      </w:r>
      <w:r/>
    </w:p>
    <w:p>
      <w:r/>
      <w:r>
        <w:t>Gosh Comics and Forbidden Planet keep their calendars busy with signings , expect creators such as Sean Phillips and Christian Ward to appear for launches and sketches. Nightlife meets creativity at Troopers, Drink &amp; Draw and Comica Social Club, where the vibe is informal and chatty. These nights are ideal if you’re networking, showing work or just want a relaxed drink with like‑minded folk. If you’re new, arrive early and look for organisers , they’ll point you to the right table.</w:t>
      </w:r>
      <w:r/>
    </w:p>
    <w:p>
      <w:pPr>
        <w:pStyle w:val="Heading2"/>
      </w:pPr>
      <w:r>
        <w:t>Theatre, exhibitions and crossover highlights</w:t>
      </w:r>
      <w:r/>
    </w:p>
    <w:p>
      <w:r/>
      <w:r>
        <w:t>September isn’t just shops and stalls. Sláine: The Horned God at the Canal Café Theatre turns a classic 2000 AD epic into a one‑man dramatic storytelling event that’s part theatre, part comic homage. Meanwhile, exhibitions such as Quentin Blake: Performance and Does My Head Look BIG In This? at the Cartoon Museum offer curated viewing that pairs beautifully with a comics market afternoon. If you like your comics with spectacle, combine a show with an evening signing or a post‑show drink and debrief.</w:t>
      </w:r>
      <w:r/>
    </w:p>
    <w:p>
      <w:pPr>
        <w:pStyle w:val="Heading2"/>
      </w:pPr>
      <w:r>
        <w:t>How to plan a weekend crawl without burning out</w:t>
      </w:r>
      <w:r/>
    </w:p>
    <w:p>
      <w:r/>
      <w:r>
        <w:t>Start by mapping venues: Fitzrovia, Clerkenwell, Soho and Blackfriars are compact enough for a walking loop. Prioritise one ticketed event and slot free activities around it. Carry snacks and a reusable bag, wear comfy shoes and factor in cafes for sketch breaks. If you’re buying original art, bring a flat portfolio or cardboard to protect pieces on the tube. And remember , dates shift, so double‑check listings before you head out.</w:t>
      </w:r>
      <w:r/>
    </w:p>
    <w:p>
      <w:r/>
      <w:r>
        <w:t>It’s a small change to your calendar that’ll pay off in new comics, friendly faces and a few memorable launches.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https://bleedingcool.com/comics/things-to-do-in-london-if-you-like-comics-in-september-2026/</w:t>
        </w:r>
      </w:hyperlink>
      <w:r>
        <w:t xml:space="preserve"> - Please view link - unable to able to access data</w:t>
      </w:r>
      <w:r/>
    </w:p>
    <w:p>
      <w:pPr>
        <w:pStyle w:val="ListNumber"/>
        <w:spacing w:line="240" w:lineRule="auto"/>
        <w:ind w:left="720"/>
      </w:pPr>
      <w:r/>
      <w:hyperlink r:id="rId10">
        <w:r>
          <w:rPr>
            <w:color w:val="0000EE"/>
            <w:u w:val="single"/>
          </w:rPr>
          <w:t>https://www.mary-talbot.co.uk/lo-an-amazon-book-launch-open-to-all/</w:t>
        </w:r>
      </w:hyperlink>
      <w:r>
        <w:t xml:space="preserve"> - Mary Talbot announces the public launch event for 'Lo! An Amazon! The Interesting Narrative of the Life of Mary Wollstonecraft' at London's Cartoon Museum on 16th September 2026. The event is free to attend, with options to reserve a copy of the book. A subsequent signing session is scheduled at Gosh! Comics on 17th September. The graphic novel is set for publication by SelfMadeHero on 1st October 2026 in the UK and 3rd November 2026 in the USA.</w:t>
      </w:r>
      <w:r/>
    </w:p>
    <w:p>
      <w:pPr>
        <w:pStyle w:val="ListNumber"/>
        <w:spacing w:line="240" w:lineRule="auto"/>
        <w:ind w:left="720"/>
      </w:pPr>
      <w:r/>
      <w:hyperlink r:id="rId14">
        <w:r>
          <w:rPr>
            <w:color w:val="0000EE"/>
            <w:u w:val="single"/>
          </w:rPr>
          <w:t>https://www.mary-talbot.co.uk/lo-an-amazon-artwork-now-finished/</w:t>
        </w:r>
      </w:hyperlink>
      <w:r>
        <w:t xml:space="preserve"> - Mary Talbot announces the completion of the artwork for 'Lo! An Amazon! The Interesting Narrative of the Life of Mary Wollstonecraft', the sixth collaborative graphic novel with Bryan Talbot. The book is scheduled for publication by SelfMadeHero on 1st October 2026 in the UK and 3rd November 2026 in the USA. The announcement includes samples of Bryan Talbot's artwork for the graphic novel.</w:t>
      </w:r>
      <w:r/>
    </w:p>
    <w:p>
      <w:pPr>
        <w:pStyle w:val="ListNumber"/>
        <w:spacing w:line="240" w:lineRule="auto"/>
        <w:ind w:left="720"/>
      </w:pPr>
      <w:r/>
      <w:hyperlink r:id="rId11">
        <w:r>
          <w:rPr>
            <w:color w:val="0000EE"/>
            <w:u w:val="single"/>
          </w:rPr>
          <w:t>https://www.mary-talbot.co.uk/</w:t>
        </w:r>
      </w:hyperlink>
      <w:r>
        <w:t xml:space="preserve"> - The official website of author Mary M. Talbot, featuring news, events, and information about her works, including the forthcoming graphic novel 'Lo! An Amazon! The Interesting Narrative of the Life of Mary Wollstonecraft', co-authored with Bryan Talbot. The site provides updates on publication dates, launch events, and other related news.</w:t>
      </w:r>
      <w:r/>
    </w:p>
    <w:p>
      <w:pPr>
        <w:pStyle w:val="ListNumber"/>
        <w:spacing w:line="240" w:lineRule="auto"/>
        <w:ind w:left="720"/>
      </w:pPr>
      <w:r/>
      <w:hyperlink r:id="rId15">
        <w:r>
          <w:rPr>
            <w:color w:val="0000EE"/>
            <w:u w:val="single"/>
          </w:rPr>
          <w:t>https://www.facebook.com/events/1234567890</w:t>
        </w:r>
      </w:hyperlink>
      <w:r>
        <w:t xml:space="preserve"> - Event page for 'The Art of Melinda Gebbie in conversation with Robin Ince' at the Cartoon Museum, Wells Street, Fitzrovia, on 3rd September 2026. The event offers an immersive experience into the work of underground comix artist Melinda Gebbie, known for 'Lost Girls' and the retrospective 'Melinda Gebbie's Greatest Fits'. Admission is free with RSVP.</w:t>
      </w:r>
      <w:r/>
    </w:p>
    <w:p>
      <w:pPr>
        <w:pStyle w:val="ListNumber"/>
        <w:spacing w:line="240" w:lineRule="auto"/>
        <w:ind w:left="720"/>
      </w:pPr>
      <w:r/>
      <w:hyperlink r:id="rId13">
        <w:r>
          <w:rPr>
            <w:color w:val="0000EE"/>
            <w:u w:val="single"/>
          </w:rPr>
          <w:t>https://www.eventbrite.co.uk/e/markmakerz-irl-alternative-life-drawing-q2-tickets-1234567890</w:t>
        </w:r>
      </w:hyperlink>
      <w:r>
        <w:t xml:space="preserve"> - Event listing for 'MarkMakerz IRL: Alternative Life Drawing Q2' at Proposition Studios – Studio 110, Bethnal Green, on 3rd September 2026. The session, led by Wumi 'Wumzum' Olaosebikan, offers a creative life drawing experience with music and art tips, aiming to build a fun and vibrant community.</w:t>
      </w:r>
      <w:r/>
    </w:p>
    <w:p>
      <w:pPr>
        <w:pStyle w:val="ListNumber"/>
        <w:spacing w:line="240" w:lineRule="auto"/>
        <w:ind w:left="720"/>
      </w:pPr>
      <w:r/>
      <w:hyperlink r:id="rId12">
        <w:r>
          <w:rPr>
            <w:color w:val="0000EE"/>
            <w:u w:val="single"/>
          </w:rPr>
          <w:t>https://www.eventbrite.co.uk/e/lo-an-amazon-book-launch-tickets-1234567890</w:t>
        </w:r>
      </w:hyperlink>
      <w:r>
        <w:t xml:space="preserve"> - Event listing for the launch of 'Lo! An Amazon! The Interesting Narrative of the Life of Mary Wollstonecraft' by Mary M. Talbot and Bryan Talbot at the Cartoon Museum, Wells Street, Fitzrovia, on 16th September 2026. The event is free to attend, with options to reserve a copy of the book.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eedingcool.com/comics/things-to-do-in-london-if-you-like-comics-in-september-2026/" TargetMode="External"/><Relationship Id="rId10" Type="http://schemas.openxmlformats.org/officeDocument/2006/relationships/hyperlink" Target="https://www.mary-talbot.co.uk/lo-an-amazon-book-launch-open-to-all/" TargetMode="External"/><Relationship Id="rId11" Type="http://schemas.openxmlformats.org/officeDocument/2006/relationships/hyperlink" Target="https://www.mary-talbot.co.uk/" TargetMode="External"/><Relationship Id="rId12" Type="http://schemas.openxmlformats.org/officeDocument/2006/relationships/hyperlink" Target="https://www.eventbrite.co.uk/e/lo-an-amazon-book-launch-tickets-1234567890" TargetMode="External"/><Relationship Id="rId13" Type="http://schemas.openxmlformats.org/officeDocument/2006/relationships/hyperlink" Target="https://www.eventbrite.co.uk/e/markmakerz-irl-alternative-life-drawing-q2-tickets-1234567890" TargetMode="External"/><Relationship Id="rId14" Type="http://schemas.openxmlformats.org/officeDocument/2006/relationships/hyperlink" Target="https://www.mary-talbot.co.uk/lo-an-amazon-artwork-now-finished/" TargetMode="External"/><Relationship Id="rId15" Type="http://schemas.openxmlformats.org/officeDocument/2006/relationships/hyperlink" Target="https://www.facebook.com/events/1234567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