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Coast Is Queer Events to Book This October — queer literature festival highlights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a weekend of can’t-miss queer literature events, workshops and conversations at The Coast Is Queer festival in Brighton, packed with new voices and celebrated names , and yes, there's a DIVA10 code for 10% off if you want to make a proper weekend of it.</w:t>
      </w:r>
      <w:r/>
    </w:p>
    <w:p>
      <w:r/>
      <w:r>
        <w:t>Essential Takeaways</w:t>
      </w:r>
      <w:r/>
      <w:r/>
    </w:p>
    <w:p>
      <w:pPr>
        <w:pStyle w:val="ListBullet"/>
        <w:spacing w:line="240" w:lineRule="auto"/>
        <w:ind w:left="720"/>
      </w:pPr>
      <w:r/>
      <w:r>
        <w:rPr>
          <w:b/>
        </w:rPr>
        <w:t>Big names booked:</w:t>
      </w:r>
      <w:r>
        <w:t xml:space="preserve"> Susan Stryker, Shon Faye, Sarah Waters and Rozie Kelly headline flagship conversations.</w:t>
      </w:r>
      <w:r/>
    </w:p>
    <w:p>
      <w:pPr>
        <w:pStyle w:val="ListBullet"/>
        <w:spacing w:line="240" w:lineRule="auto"/>
        <w:ind w:left="720"/>
      </w:pPr>
      <w:r/>
      <w:r>
        <w:rPr>
          <w:b/>
        </w:rPr>
        <w:t>Practical workshops:</w:t>
      </w:r>
      <w:r>
        <w:t xml:space="preserve"> Agents Caro Clarke and Abi Fellows are running submission-focused sessions for novelists and non-fiction writers.</w:t>
      </w:r>
      <w:r/>
    </w:p>
    <w:p>
      <w:pPr>
        <w:pStyle w:val="ListBullet"/>
        <w:spacing w:line="240" w:lineRule="auto"/>
        <w:ind w:left="720"/>
      </w:pPr>
      <w:r/>
      <w:r>
        <w:rPr>
          <w:b/>
        </w:rPr>
        <w:t>Thematic variety:</w:t>
      </w:r>
      <w:r>
        <w:t xml:space="preserve"> Events span body politics, obsession in queer fiction, queer disability history and poetry sessions , emotional and thoughtful.</w:t>
      </w:r>
      <w:r/>
    </w:p>
    <w:p>
      <w:pPr>
        <w:pStyle w:val="ListBullet"/>
        <w:spacing w:line="240" w:lineRule="auto"/>
        <w:ind w:left="720"/>
      </w:pPr>
      <w:r/>
      <w:r>
        <w:rPr>
          <w:b/>
        </w:rPr>
        <w:t>Accessible extras:</w:t>
      </w:r>
      <w:r>
        <w:t xml:space="preserve"> Free and low-cost options include a Queering the Classics poetry workshop and signings , intimate and lively.</w:t>
      </w:r>
      <w:r/>
    </w:p>
    <w:p>
      <w:pPr>
        <w:pStyle w:val="ListBullet"/>
        <w:spacing w:line="240" w:lineRule="auto"/>
        <w:ind w:left="720"/>
      </w:pPr>
      <w:r/>
      <w:r>
        <w:rPr>
          <w:b/>
        </w:rPr>
        <w:t>Festival vibe:</w:t>
      </w:r>
      <w:r>
        <w:t xml:space="preserve"> Expect thoughtful debate, warm crowds and bookshop energy, with a mix of established voices and exciting debuts.</w:t>
      </w:r>
      <w:r/>
      <w:r/>
    </w:p>
    <w:p>
      <w:pPr>
        <w:pStyle w:val="Heading2"/>
      </w:pPr>
      <w:r>
        <w:t>Why this Brighton festival feels essential right now</w:t>
      </w:r>
      <w:r/>
    </w:p>
    <w:p>
      <w:r/>
      <w:r>
        <w:t>The Coast Is Queer has grown into a bright, buzzy meeting point for queer writers and readers, and the 2026 programme leans into that look-and-listen energy. The line-up mixes headline names with on-the-ground voices, and you can almost hear the room hum , it’s the sort of festival where conversations spill into the bar afterwards. According to the festival listings, organisers have curated panels that reflect urgent cultural conversations while leaving room for joy and discovery.</w:t>
      </w:r>
      <w:r/>
    </w:p>
    <w:p>
      <w:pPr>
        <w:pStyle w:val="Heading2"/>
      </w:pPr>
      <w:r>
        <w:t>Friday’s programme sets the tone: body, craft and poetry</w:t>
      </w:r>
      <w:r/>
    </w:p>
    <w:p>
      <w:r/>
      <w:r>
        <w:t>Friday begins with The Queer Body, a discussion that promises candid takes on body image, shame and self-expression from writers and influencers who write frankly about embodiment. Later, practical workshops give writers a clear route from idea to submission, led by literary agents who know the market. Finish the night with Poetry Paradise , a soft, concentrated crowd, pen-and-paper energy and the small thrill of getting a book signed.</w:t>
      </w:r>
      <w:r/>
    </w:p>
    <w:p>
      <w:pPr>
        <w:pStyle w:val="Heading2"/>
      </w:pPr>
      <w:r>
        <w:t>Saturday digs into obsession, debuts and queer disability history</w:t>
      </w:r>
      <w:r/>
    </w:p>
    <w:p>
      <w:r/>
      <w:r>
        <w:t>Saturday’s schedule pairs playful and probing panels. Obsession in queer fiction looks at love, desire and the fine line between admiration and fixation, while Big Debuts showcases writers you’ll be talking about tomorrow. There’s also a focused conversation on queer disability history that fills a vital gap in literary discussion, centring voices and archives too often ignored. It’s the kind of day where you leave with a stack of recs and new things to think about.</w:t>
      </w:r>
      <w:r/>
    </w:p>
    <w:p>
      <w:pPr>
        <w:pStyle w:val="Heading2"/>
      </w:pPr>
      <w:r>
        <w:t>Sunday brings trans thought leaders, playful workshops and a closing conversation</w:t>
      </w:r>
      <w:r/>
    </w:p>
    <w:p>
      <w:r/>
      <w:r>
        <w:t>Sunday is anchored by a major conversation between Susan Stryker and Shon Faye, tracing trans history, politics and future directions , a headline-making pairing for anyone interested in theory and lived experience. The free Queering the Classics workshop offers a hands-on, generative afternoon for people who want to write or tinker with poems. The festival closes with Sarah Waters and Julia Armfield exploring lineage and genre, a fittingly reflective endnote that points forward as much as it looks back.</w:t>
      </w:r>
      <w:r/>
    </w:p>
    <w:p>
      <w:pPr>
        <w:pStyle w:val="Heading2"/>
      </w:pPr>
      <w:r>
        <w:t>How to pick the right events and make the most of your weekend</w:t>
      </w:r>
      <w:r/>
    </w:p>
    <w:p>
      <w:r/>
      <w:r>
        <w:t>Start by choosing one or two headline conversations and one workshop , panels are great for ideas, workshops for craft. If you write, prioritise the submission-focused sessions with agents; bring a 50-word pitch and a question about your market fit. For readers, plan bookshop time: authors are signing after events, and those moments often lead to the best chats. Use the DIVA10 code for 10% off bookings to stretch your budget across more sessions.</w:t>
      </w:r>
      <w:r/>
    </w:p>
    <w:p>
      <w:r/>
      <w:r>
        <w:t>It's a small change that can make your weekend feel like a masterclass in queer storytelling.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https://diva-magazine.com/2026/09/01/diva-readers-will-love-these-the-coast-is-queer-events/?utm_source=rss&amp;utm_medium=rss&amp;utm_campaign=diva-readers-will-love-these-the-coast-is-queer-events</w:t>
        </w:r>
      </w:hyperlink>
      <w:r>
        <w:t xml:space="preserve"> - Please view link - unable to able to access data</w:t>
      </w:r>
      <w:r/>
    </w:p>
    <w:p>
      <w:pPr>
        <w:pStyle w:val="ListNumber"/>
        <w:spacing w:line="240" w:lineRule="auto"/>
        <w:ind w:left="720"/>
      </w:pPr>
      <w:r/>
      <w:hyperlink r:id="rId10">
        <w:r>
          <w:rPr>
            <w:color w:val="0000EE"/>
            <w:u w:val="single"/>
          </w:rPr>
          <w:t>https://coastisqueer.com/event/the-coast-is-queer-launch-2026-roots-routes-futures/</w:t>
        </w:r>
      </w:hyperlink>
      <w:r>
        <w:t xml:space="preserve"> - The Coast Is Queer 2026 launches on 15 October at 7:00 pm at the Attenborough Centre for the Creative Arts. The event features a screening of Dean Atta's BAFTA-winning animated short 'Two Black Boys in Paradise', followed by a conversation with Neil Bartlett on queer storytelling. Performances include Ray Filar reading from their debut novella 'Choke' and Remi Graves sharing work from their debut collection 'coal'. The evening celebrates the rich queer literary communities in Brighton and Sussex. Tickets are available for general admission, concessions, and students.</w:t>
      </w:r>
      <w:r/>
    </w:p>
    <w:p>
      <w:pPr>
        <w:pStyle w:val="ListNumber"/>
        <w:spacing w:line="240" w:lineRule="auto"/>
        <w:ind w:left="720"/>
      </w:pPr>
      <w:r/>
      <w:hyperlink r:id="rId13">
        <w:r>
          <w:rPr>
            <w:color w:val="0000EE"/>
            <w:u w:val="single"/>
          </w:rPr>
          <w:t>https://newwritingsouth.com/the-coast-is-queer/</w:t>
        </w:r>
      </w:hyperlink>
      <w:r>
        <w:t xml:space="preserve"> - The Coast Is Queer, the UK's largest LGBTQ+ literary festival, returns from 15 to 18 October 2026 at the Attenborough Centre for the Creative Arts. Organised by New Writing South in partnership with Marlborough Productions, the festival boasts a stellar lineup including Susan Stryker, Patrick Gale, Shon Faye, Sarah Waters, and Thomas Glave. The programme features in-conversation events, panels, workshops, poetry performances, and publishing industry events aimed at demystifying the industry for emerging queer writers. Festival passes and individual tickets are available for purchase.</w:t>
      </w:r>
      <w:r/>
    </w:p>
    <w:p>
      <w:pPr>
        <w:pStyle w:val="ListNumber"/>
        <w:spacing w:line="240" w:lineRule="auto"/>
        <w:ind w:left="720"/>
      </w:pPr>
      <w:r/>
      <w:hyperlink r:id="rId11">
        <w:r>
          <w:rPr>
            <w:color w:val="0000EE"/>
            <w:u w:val="single"/>
          </w:rPr>
          <w:t>https://www.attenboroughcentre.com/events/5772/the-coast-is-queer-2026</w:t>
        </w:r>
      </w:hyperlink>
      <w:r>
        <w:t xml:space="preserve"> - The Coast Is Queer 2026 takes place from 15 to 18 October at the Attenborough Centre for the Creative Arts in Brighton. The festival showcases leading LGBTQ+ writers, including Shon Faye, Susan Stryker, Sarah Waters, Thomas Glave, and Kirsty Logan. Events include panel discussions, workshops, and performances covering topics such as queer masculinities, obsession in queer literature, and queer disability history. Student-curated panels explore radical self-publishing and writing hidden queer histories. Tickets are available for 3-day festival passes, concessions, and individual events.</w:t>
      </w:r>
      <w:r/>
    </w:p>
    <w:p>
      <w:pPr>
        <w:pStyle w:val="ListNumber"/>
        <w:spacing w:line="240" w:lineRule="auto"/>
        <w:ind w:left="720"/>
      </w:pPr>
      <w:r/>
      <w:hyperlink r:id="rId12">
        <w:r>
          <w:rPr>
            <w:color w:val="0000EE"/>
            <w:u w:val="single"/>
          </w:rPr>
          <w:t>https://brightoninsider.com/events/the-coast-is-queer-e0c94abf/</w:t>
        </w:r>
      </w:hyperlink>
      <w:r>
        <w:t xml:space="preserve"> - The Coast Is Queer, Brighton's annual LGBTQ+ literature festival, is scheduled for 15 October 2026 at the Attenborough Centre for the Creative Arts. The festival brings together top authors, poets, performers, scriptwriters, activists, agents, and audiences to celebrate queer lives and writing. The programme includes conversations, panels, workshops, performances, and films, highlighting the diversity of queer writing. The festival aims to create a space for queer readers, writers, and allies to come together in a grassroots celebration of the written word.</w:t>
      </w:r>
      <w:r/>
    </w:p>
    <w:p>
      <w:pPr>
        <w:pStyle w:val="ListNumber"/>
        <w:spacing w:line="240" w:lineRule="auto"/>
        <w:ind w:left="720"/>
      </w:pPr>
      <w:r/>
      <w:hyperlink r:id="rId14">
        <w:r>
          <w:rPr>
            <w:color w:val="0000EE"/>
            <w:u w:val="single"/>
          </w:rPr>
          <w:t>https://galewarning.org/2026/07/the-coast-is-queer/</w:t>
        </w:r>
      </w:hyperlink>
      <w:r>
        <w:t xml:space="preserve"> - Author Patrick Gale announces his participation in The Coast Is Queer festival on 18 October 2026. He will be in conversation with Curtis Garner at 3:30 pm at the Attenborough Centre for the Creative Arts in Brighton. The festival's full programme, including events featuring Sarah Waters, is available on the festival's website. Tickets can be purchased through the provided link.</w:t>
      </w:r>
      <w:r/>
    </w:p>
    <w:p>
      <w:pPr>
        <w:pStyle w:val="ListNumber"/>
        <w:spacing w:line="240" w:lineRule="auto"/>
        <w:ind w:left="720"/>
      </w:pPr>
      <w:r/>
      <w:hyperlink r:id="rId15">
        <w:r>
          <w:rPr>
            <w:color w:val="0000EE"/>
            <w:u w:val="single"/>
          </w:rPr>
          <w:t>https://pinkuk.com/events/europe/uk/east-sussex/brighton/coast-is-queer-2026</w:t>
        </w:r>
      </w:hyperlink>
      <w:r>
        <w:t xml:space="preserve"> - The Coast Is Queer 2026 is scheduled from 15 to 18 October at the Attenborough Centre for the Creative Arts in Brighton. The UK's largest LGBTQ+ literature festival brings together top authors, poets, performers, scriptwriters, activists, agents, and audiences to celebrate queer lives and writing. The programme includes conversations, panels, workshops, performances, and films, celebrating the diversity of queer writing. The festival aims to create a space for queer readers, writers, and allies to come together in a grassroots celebration of the written word.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9/01/diva-readers-will-love-these-the-coast-is-queer-events/?utm_source=rss&amp;utm_medium=rss&amp;utm_campaign=diva-readers-will-love-these-the-coast-is-queer-events" TargetMode="External"/><Relationship Id="rId10" Type="http://schemas.openxmlformats.org/officeDocument/2006/relationships/hyperlink" Target="https://coastisqueer.com/event/the-coast-is-queer-launch-2026-roots-routes-futures/" TargetMode="External"/><Relationship Id="rId11" Type="http://schemas.openxmlformats.org/officeDocument/2006/relationships/hyperlink" Target="https://www.attenboroughcentre.com/events/5772/the-coast-is-queer-2026" TargetMode="External"/><Relationship Id="rId12" Type="http://schemas.openxmlformats.org/officeDocument/2006/relationships/hyperlink" Target="https://brightoninsider.com/events/the-coast-is-queer-e0c94abf/" TargetMode="External"/><Relationship Id="rId13" Type="http://schemas.openxmlformats.org/officeDocument/2006/relationships/hyperlink" Target="https://newwritingsouth.com/the-coast-is-queer/" TargetMode="External"/><Relationship Id="rId14" Type="http://schemas.openxmlformats.org/officeDocument/2006/relationships/hyperlink" Target="https://galewarning.org/2026/07/the-coast-is-queer/" TargetMode="External"/><Relationship Id="rId15" Type="http://schemas.openxmlformats.org/officeDocument/2006/relationships/hyperlink" Target="https://pinkuk.com/events/europe/uk/east-sussex/brighton/coast-is-queer-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