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Castro Comedy Night: See Ricci Armani Preview His New SF Headline Set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a rising AAPI queer comedy star live in a cosy, women-owned Castro bookstore , a $20, RSVP-required night of sharp crowd work, punchy new material, and local laughs that sold out last time. It matters because you’ll see the set before the city does, and you’ll be supporting a small, community-minded venue.</w:t>
      </w:r>
      <w:r/>
    </w:p>
    <w:p>
      <w:r/>
      <w:r>
        <w:t>Essential Takeaways</w:t>
      </w:r>
      <w:r/>
      <w:r/>
    </w:p>
    <w:p>
      <w:pPr>
        <w:pStyle w:val="ListBullet"/>
        <w:spacing w:line="240" w:lineRule="auto"/>
        <w:ind w:left="720"/>
      </w:pPr>
      <w:r/>
      <w:r>
        <w:rPr>
          <w:b/>
        </w:rPr>
        <w:t>Headliner:</w:t>
      </w:r>
      <w:r>
        <w:t xml:space="preserve"> Ricci Armani, a Forbes-listed AAPI comic with elite crowd work and sharp observations, previews his SF headliner set. </w:t>
      </w:r>
      <w:r/>
    </w:p>
    <w:p>
      <w:pPr>
        <w:pStyle w:val="ListBullet"/>
        <w:spacing w:line="240" w:lineRule="auto"/>
        <w:ind w:left="720"/>
      </w:pPr>
      <w:r/>
      <w:r>
        <w:rPr>
          <w:b/>
        </w:rPr>
        <w:t>Host:</w:t>
      </w:r>
      <w:r>
        <w:t xml:space="preserve"> Charlie Norton, a straight comic tapped to lead the night for a funny twist on expectations. </w:t>
      </w:r>
      <w:r/>
    </w:p>
    <w:p>
      <w:pPr>
        <w:pStyle w:val="ListBullet"/>
        <w:spacing w:line="240" w:lineRule="auto"/>
        <w:ind w:left="720"/>
      </w:pPr>
      <w:r/>
      <w:r>
        <w:rPr>
          <w:b/>
        </w:rPr>
        <w:t>Venue &amp; vibe:</w:t>
      </w:r>
      <w:r>
        <w:t xml:space="preserve"> The Love Potion Library, a women-owned bookstore in the Castro , intimate, booklined, and buzzy. </w:t>
      </w:r>
      <w:r/>
    </w:p>
    <w:p>
      <w:pPr>
        <w:pStyle w:val="ListBullet"/>
        <w:spacing w:line="240" w:lineRule="auto"/>
        <w:ind w:left="720"/>
      </w:pPr>
      <w:r/>
      <w:r>
        <w:rPr>
          <w:b/>
        </w:rPr>
        <w:t>When &amp; cost:</w:t>
      </w:r>
      <w:r>
        <w:t xml:space="preserve"> Wednesday 2 September, 7:30pm; $20, RSVP required. </w:t>
      </w:r>
      <w:r/>
    </w:p>
    <w:p>
      <w:pPr>
        <w:pStyle w:val="ListBullet"/>
        <w:spacing w:line="240" w:lineRule="auto"/>
        <w:ind w:left="720"/>
      </w:pPr>
      <w:r/>
      <w:r>
        <w:rPr>
          <w:b/>
        </w:rPr>
        <w:t>Why go:</w:t>
      </w:r>
      <w:r>
        <w:t xml:space="preserve"> Small room energy, early access to new material, and a chance to support a local independent shop.</w:t>
      </w:r>
      <w:r/>
      <w:r/>
    </w:p>
    <w:p>
      <w:pPr>
        <w:pStyle w:val="Heading2"/>
      </w:pPr>
      <w:r>
        <w:t>Why Ricci Armani is the act everyone’s talking about</w:t>
      </w:r>
      <w:r/>
    </w:p>
    <w:p>
      <w:r/>
      <w:r>
        <w:t>Ricci Armani brings a blend of quick-fire crowd work and painfully relatable millennial takes that feel both specific and widely recognisable. According to Forbes, he’s one of the AAPI stand-ups to watch, and The Stranger already called him an “undisputable champion of comedy,” which gives you an idea of the buzz. Expect sharp retail-grudge stories, candid queer perspective, and a voice that reads a room like a pro.</w:t>
      </w:r>
      <w:r/>
    </w:p>
    <w:p>
      <w:r/>
      <w:r>
        <w:t>Backstory: Armani co-created the My Straight Friends show, which has packed rooms at The Comedy Store in LA and sold out a Netflix Is A Joke slot. This preview in the Castro is a chance to catch that headliner polish in a far more intimate setting.</w:t>
      </w:r>
      <w:r/>
    </w:p>
    <w:p>
      <w:r/>
      <w:r>
        <w:t>Practical tip: If you like comedians who engage directly with the crowd, arrive early for a good seat , the vibe depends on proximity.</w:t>
      </w:r>
      <w:r/>
    </w:p>
    <w:p>
      <w:pPr>
        <w:pStyle w:val="Heading2"/>
      </w:pPr>
      <w:r>
        <w:t>The Love Potion Library: an unlikely, delightful comedy venue</w:t>
      </w:r>
      <w:r/>
    </w:p>
    <w:p>
      <w:r/>
      <w:r>
        <w:t>A women-owned bookstore hosting a national headliner sounds quirky, and that’s the appeal. The Love Potion Library on Noe Street offers a cosy, book-lined room where laughter lands differently than in a club , it’s warmer, closer, and oddly theatrical.</w:t>
      </w:r>
      <w:r/>
    </w:p>
    <w:p>
      <w:r/>
      <w:r>
        <w:t>Context: Bits has already sold out at the location once, so the organisers know there’s demand. The bookstore’s spot in the Castro makes it a community-minded night out, and organisers encourage buying a book before you leave, which keeps small businesses humming.</w:t>
      </w:r>
      <w:r/>
    </w:p>
    <w:p>
      <w:r/>
      <w:r>
        <w:t>Advice: Treat it like a supper club , arrive with time to browse and settle in so you’re part of the crowd energy when the mic opens.</w:t>
      </w:r>
      <w:r/>
    </w:p>
    <w:p>
      <w:pPr>
        <w:pStyle w:val="Heading2"/>
      </w:pPr>
      <w:r>
        <w:t>Host and supporting lineup: a playful, well-curated bill</w:t>
      </w:r>
      <w:r/>
    </w:p>
    <w:p>
      <w:r/>
      <w:r>
        <w:t>Charlie Norton is the designated straight guy host, and the organisers are leaning into that gag for good reason , the contrast adds a sly layer to the night. Natasha Muse rounds out the bill; she’s a Punchline SF regular who’s been featured by Zach Noe Towers, connecting this show to the wider indie-comedy circuit.</w:t>
      </w:r>
      <w:r/>
    </w:p>
    <w:p>
      <w:r/>
      <w:r>
        <w:t>Trend note: Pop-up and travelling shows like Bits are increasingly popular for showcasing queer and alternative comics outside traditional clubs. They pull talent who tour festivals and big rooms but want to test material in close quarters.</w:t>
      </w:r>
      <w:r/>
    </w:p>
    <w:p>
      <w:r/>
      <w:r>
        <w:t>Practical insight: A mixed bill like this is great if you want variety , crowd-work, observational bits, and tighter featured spots.</w:t>
      </w:r>
      <w:r/>
    </w:p>
    <w:p>
      <w:pPr>
        <w:pStyle w:val="Heading2"/>
      </w:pPr>
      <w:r>
        <w:t>What to expect from the audience and atmosphere</w:t>
      </w:r>
      <w:r/>
    </w:p>
    <w:p>
      <w:r/>
      <w:r>
        <w:t>This isn’t a cavernous comedy theatre; it’s a neighbourhood event where laughs feel immediate and improvised lines land harder. Organisers promise queer-forward, slightly offbeat comedy, and the audience tends to be welcoming and vocal , perfect for a performer known for working a room.</w:t>
      </w:r>
      <w:r/>
    </w:p>
    <w:p>
      <w:r/>
      <w:r>
        <w:t>Safety and accessibility: The venue is in central Castro and close to public transport. Do check any accessibility notes with the venue directly, and remember organisers asked attendees to RSVP to manage the small-capacity space.</w:t>
      </w:r>
      <w:r/>
    </w:p>
    <w:p>
      <w:r/>
      <w:r>
        <w:t>Practical tip: If you’re sensitive to loud crowd interactions, consider grabbing a seat close to the back or against a wall.</w:t>
      </w:r>
      <w:r/>
    </w:p>
    <w:p>
      <w:pPr>
        <w:pStyle w:val="Heading2"/>
      </w:pPr>
      <w:r>
        <w:t>Why it matters: community, craft, and early access</w:t>
      </w:r>
      <w:r/>
    </w:p>
    <w:p>
      <w:r/>
      <w:r>
        <w:t>Seeing a rising national act in a neighbourhood bookshop is a neat reminder of how comedy circuits operate today , festival stops, newsletter chatter, and intimate previews feed one another. This show is more than a gig; it’s a small-community moment where you can see material before it hits the big room on 10 October, and you’ll be supporting a women-owned local business in the process.</w:t>
      </w:r>
      <w:r/>
    </w:p>
    <w:p>
      <w:r/>
      <w:r>
        <w:t>Outlook: If you enjoy discovering comedians in the bloom of their momentum, this is a proper chance to say you saw them first.</w:t>
      </w:r>
      <w:r/>
    </w:p>
    <w:p>
      <w:r/>
      <w:r>
        <w:t>It's a small night with big laughs , grab a ticket, buy a book, and enjoy the preview.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https://sf.funcheap.com/bits-queer-comedy-ricci-armani-castro/</w:t>
        </w:r>
      </w:hyperlink>
      <w:r>
        <w:t xml:space="preserve"> - Please view link - unable to able to access data</w:t>
      </w:r>
      <w:r/>
    </w:p>
    <w:p>
      <w:pPr>
        <w:pStyle w:val="ListNumber"/>
        <w:spacing w:line="240" w:lineRule="auto"/>
        <w:ind w:left="720"/>
      </w:pPr>
      <w:r/>
      <w:hyperlink r:id="rId10">
        <w:r>
          <w:rPr>
            <w:color w:val="0000EE"/>
            <w:u w:val="single"/>
          </w:rPr>
          <w:t>https://www.forbes.com/sites/laurasirikul/2025/05/15/12-rising-aapi-stand-up-comedians-to-watch/</w:t>
        </w:r>
      </w:hyperlink>
      <w:r>
        <w:t xml:space="preserve"> - This Forbes article highlights 12 rising AAPI stand-up comedians to watch, including Ricci Armani, a Filipino American comedian known for his clever and sometimes risqué stand-up routines. Armani has performed nationwide and at various festivals, such as the New York Comedy Festival and LGBTLOL Queer Comedy Fest. He is also a producer for the comedy collective Parlor Tricks Comedy.</w:t>
      </w:r>
      <w:r/>
    </w:p>
    <w:p>
      <w:pPr>
        <w:pStyle w:val="ListNumber"/>
        <w:spacing w:line="240" w:lineRule="auto"/>
        <w:ind w:left="720"/>
      </w:pPr>
      <w:r/>
      <w:hyperlink r:id="rId11">
        <w:r>
          <w:rPr>
            <w:color w:val="0000EE"/>
            <w:u w:val="single"/>
          </w:rPr>
          <w:t>https://www.thestranger.com/comedy/ricci-armani-is-an-undisputable-champion-of-comedy-79994051/</w:t>
        </w:r>
      </w:hyperlink>
      <w:r>
        <w:t xml:space="preserve"> - The Stranger's article features Ricci Armani as an 'undisputable champion of comedy.' It discusses his monthly comedy show 'My Straight Friends' with Joe Dombrowski in both LA and Seattle, and his performances at various comedy festivals and venues. Armani describes his comedy as fun, sassy, honest, and universally good.</w:t>
      </w:r>
      <w:r/>
    </w:p>
    <w:p>
      <w:pPr>
        <w:pStyle w:val="ListNumber"/>
        <w:spacing w:line="240" w:lineRule="auto"/>
        <w:ind w:left="720"/>
      </w:pPr>
      <w:r/>
      <w:hyperlink r:id="rId12">
        <w:r>
          <w:rPr>
            <w:color w:val="0000EE"/>
            <w:u w:val="single"/>
          </w:rPr>
          <w:t>https://www.zachnoetowers.com/</w:t>
        </w:r>
      </w:hyperlink>
      <w:r>
        <w:t xml:space="preserve"> - Zach Noe Towers' official website provides information about his career as a comedian, actor, and writer. The site includes details about his performances, tour dates, and contact information, showcasing his work in the comedy industry.</w:t>
      </w:r>
      <w:r/>
    </w:p>
    <w:p>
      <w:pPr>
        <w:pStyle w:val="ListNumber"/>
        <w:spacing w:line="240" w:lineRule="auto"/>
        <w:ind w:left="720"/>
      </w:pPr>
      <w:r/>
      <w:hyperlink r:id="rId13">
        <w:r>
          <w:rPr>
            <w:color w:val="0000EE"/>
            <w:u w:val="single"/>
          </w:rPr>
          <w:t>https://www.bobthedragqueen.com/about</w:t>
        </w:r>
      </w:hyperlink>
      <w:r>
        <w:t xml:space="preserve"> - Bob The Drag Queen's official website offers insights into the career of Caldwell Tidicue, known professionally as Bob The Drag Queen. The site details his achievements, including winning 'America’s Next Drag Superstar' on season 8 of 'RuPaul’s Drag Race,' and his work on HBO’s 'We’re Here,' which has earned him multiple awards.</w:t>
      </w:r>
      <w:r/>
    </w:p>
    <w:p>
      <w:pPr>
        <w:pStyle w:val="ListNumber"/>
        <w:spacing w:line="240" w:lineRule="auto"/>
        <w:ind w:left="720"/>
      </w:pPr>
      <w:r/>
      <w:hyperlink r:id="rId14">
        <w:r>
          <w:rPr>
            <w:color w:val="0000EE"/>
            <w:u w:val="single"/>
          </w:rPr>
          <w:t>https://www.bobthedragqueen.com/contact</w:t>
        </w:r>
      </w:hyperlink>
      <w:r>
        <w:t xml:space="preserve"> - This page on Bob The Drag Queen's official website provides contact information for various inquiries, including talent and operations, booking, press and media requests, and business and financial inquiries, facilitating communication with his team.</w:t>
      </w:r>
      <w:r/>
    </w:p>
    <w:p>
      <w:pPr>
        <w:pStyle w:val="ListNumber"/>
        <w:spacing w:line="240" w:lineRule="auto"/>
        <w:ind w:left="720"/>
      </w:pPr>
      <w:r/>
      <w:hyperlink r:id="rId15">
        <w:r>
          <w:rPr>
            <w:color w:val="0000EE"/>
            <w:u w:val="single"/>
          </w:rPr>
          <w:t>https://www.bobthedragqueen.com/</w:t>
        </w:r>
      </w:hyperlink>
      <w:r>
        <w:t xml:space="preserve"> - Bob The Drag Queen's official website serves as a hub for his latest announcements, tour dates, and merchandise. It features sections on his comedy specials, podcast 'Sibling Rivalry,' and other projects, offering fans a comprehensive view of his work.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funcheap.com/bits-queer-comedy-ricci-armani-castro/" TargetMode="External"/><Relationship Id="rId10" Type="http://schemas.openxmlformats.org/officeDocument/2006/relationships/hyperlink" Target="https://www.forbes.com/sites/laurasirikul/2025/05/15/12-rising-aapi-stand-up-comedians-to-watch/" TargetMode="External"/><Relationship Id="rId11" Type="http://schemas.openxmlformats.org/officeDocument/2006/relationships/hyperlink" Target="https://www.thestranger.com/comedy/ricci-armani-is-an-undisputable-champion-of-comedy-79994051/" TargetMode="External"/><Relationship Id="rId12" Type="http://schemas.openxmlformats.org/officeDocument/2006/relationships/hyperlink" Target="https://www.zachnoetowers.com/" TargetMode="External"/><Relationship Id="rId13" Type="http://schemas.openxmlformats.org/officeDocument/2006/relationships/hyperlink" Target="https://www.bobthedragqueen.com/about" TargetMode="External"/><Relationship Id="rId14" Type="http://schemas.openxmlformats.org/officeDocument/2006/relationships/hyperlink" Target="https://www.bobthedragqueen.com/contact" TargetMode="External"/><Relationship Id="rId15" Type="http://schemas.openxmlformats.org/officeDocument/2006/relationships/hyperlink" Target="https://www.bobthedragquee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