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Lesbian Storylines in Silo: Why Representation Aboveground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Watching Silo’s latest season, fans are spotting more lesbian characters aboveground , and it’s changing how we read the show’s past, present and mystery. From flirtation on a private plane to an unexpected marriage and an alarming disappearance, these moments matter for representation and the plot’s emotional stakes.</w:t>
      </w:r>
      <w:r/>
    </w:p>
    <w:p>
      <w:r/>
      <w:r>
        <w:t>Essential Takeaways</w:t>
      </w:r>
      <w:r/>
      <w:r/>
    </w:p>
    <w:p>
      <w:pPr>
        <w:pStyle w:val="ListBullet"/>
        <w:spacing w:line="240" w:lineRule="auto"/>
        <w:ind w:left="720"/>
      </w:pPr>
      <w:r/>
      <w:r>
        <w:rPr>
          <w:b/>
        </w:rPr>
        <w:t>New aboveground queer couple:</w:t>
      </w:r>
      <w:r>
        <w:t xml:space="preserve"> Charlotte and Anna move from flirtation to marriage, bringing visible lesbian love into the surface timeline.</w:t>
      </w:r>
      <w:r/>
    </w:p>
    <w:p>
      <w:pPr>
        <w:pStyle w:val="ListBullet"/>
        <w:spacing w:line="240" w:lineRule="auto"/>
        <w:ind w:left="720"/>
      </w:pPr>
      <w:r/>
      <w:r>
        <w:rPr>
          <w:b/>
        </w:rPr>
        <w:t>Elder representation remains:</w:t>
      </w:r>
      <w:r>
        <w:t xml:space="preserve"> Martha and Carla continue to offer rare, nuanced older-lesbian portrayals, quiet but powerful.</w:t>
      </w:r>
      <w:r/>
    </w:p>
    <w:p>
      <w:pPr>
        <w:pStyle w:val="ListBullet"/>
        <w:spacing w:line="240" w:lineRule="auto"/>
        <w:ind w:left="720"/>
      </w:pPr>
      <w:r/>
      <w:r>
        <w:rPr>
          <w:b/>
        </w:rPr>
        <w:t>Plot hooks and peril:</w:t>
      </w:r>
      <w:r>
        <w:t xml:space="preserve"> Charlotte’s later disappearance raises stakes and fuels fan theories , it’s emotional as well as mysterious.</w:t>
      </w:r>
      <w:r/>
    </w:p>
    <w:p>
      <w:pPr>
        <w:pStyle w:val="ListBullet"/>
        <w:spacing w:line="240" w:lineRule="auto"/>
        <w:ind w:left="720"/>
      </w:pPr>
      <w:r/>
      <w:r>
        <w:rPr>
          <w:b/>
        </w:rPr>
        <w:t>Worldbuilding implications:</w:t>
      </w:r>
      <w:r>
        <w:t xml:space="preserve"> Fans speculate memory-erasing Vitamin D+ and political control could rewrite histories, making identity a puzzle.</w:t>
      </w:r>
      <w:r/>
    </w:p>
    <w:p>
      <w:pPr>
        <w:pStyle w:val="ListBullet"/>
        <w:spacing w:line="240" w:lineRule="auto"/>
        <w:ind w:left="720"/>
      </w:pPr>
      <w:r/>
      <w:r>
        <w:rPr>
          <w:b/>
        </w:rPr>
        <w:t>Why it matters:</w:t>
      </w:r>
      <w:r>
        <w:t xml:space="preserve"> Queer relationships above and below ground broaden Silo’s emotional palette and give LGBTQ+ viewers more to care about.</w:t>
      </w:r>
      <w:r/>
      <w:r/>
    </w:p>
    <w:p>
      <w:pPr>
        <w:pStyle w:val="Heading2"/>
      </w:pPr>
      <w:r>
        <w:t>A small flirtation that became a big deal</w:t>
      </w:r>
      <w:r/>
    </w:p>
    <w:p>
      <w:r/>
      <w:r>
        <w:t>There’s something quietly thrilling about seeing two women flirting on a private plane in a show otherwise full of warnings and ration slips; that scene felt warm and human. Charlotte and Anna’s chemistry moved quickly from banter to marriage, and the domestic sweetness of a double date with Daniel and Helen made the apocalypse feel, for a moment, like ordinary life. According to Autostraddle’s coverage, those scenes shifted expectations for queer presence in Silo and gave viewers a rare aboveground lesbian arc. It’s a reminder that representation doesn’t always have to be political to be meaningful , sometimes it’s the small, lived-in moments that stick.</w:t>
      </w:r>
      <w:r/>
    </w:p>
    <w:p>
      <w:pPr>
        <w:pStyle w:val="Heading2"/>
      </w:pPr>
      <w:r>
        <w:t>The older queer voices still matter</w:t>
      </w:r>
      <w:r/>
    </w:p>
    <w:p>
      <w:r/>
      <w:r>
        <w:t>Meanwhile, Martha and Carla, the seasoned, mostly belowground lesbians, continue to be anchors in the silo’s world. Their relationship isn’t splashy, but it’s resonant: elder lesbians in skilled roles, like a mechanic and a head of Supply, normalise queerness across generations. Autostraddle pointed out the joy in seeing them, and that quiet inclusion reinforces continuity across the show’s timelines. If you care about depth rather than just plot points, these characters are where Silo scores emotionally.</w:t>
      </w:r>
      <w:r/>
    </w:p>
    <w:p>
      <w:pPr>
        <w:pStyle w:val="Heading2"/>
      </w:pPr>
      <w:r>
        <w:t>Disappearance, danger and why fans are worried</w:t>
      </w:r>
      <w:r/>
    </w:p>
    <w:p>
      <w:r/>
      <w:r>
        <w:t>The season takes a darker turn when Charlotte vanishes and Daniel’s texts suggest she’s not speaking for herself. That cliffhanger doesn’t just threaten one relationship , it introduces a moral panic about control, coercion and who’s safe in either timeline. Fans have been rightly nervous, texting friends and shouting theories. It’s storytelling that works on two levels: personal fear for a character you like, and a bigger unease about the systems that run Silo’s world.</w:t>
      </w:r>
      <w:r/>
    </w:p>
    <w:p>
      <w:pPr>
        <w:pStyle w:val="Heading2"/>
      </w:pPr>
      <w:r>
        <w:t>The memory-game theory changing how we read the show</w:t>
      </w:r>
      <w:r/>
    </w:p>
    <w:p>
      <w:r/>
      <w:r>
        <w:t>Some viewers have taken to piecing the series together like a crime board, and a popular theory is that the Vitamin D+ memory treatment and the Patc, sorry, the Pact, have been used to convince people that centuries passed when maybe fewer did. That suspicion reframes relic-banning and myths about past resets as social control tools, not inevitable post-apocalypse facts. If authorities can edit memory, identity becomes fragile , and that makes the revelation of lesbian relationships aboveground doubly significant, potential proof that past lives and loves can survive institutional erasure.</w:t>
      </w:r>
      <w:r/>
    </w:p>
    <w:p>
      <w:pPr>
        <w:pStyle w:val="Heading2"/>
      </w:pPr>
      <w:r>
        <w:t>Practical takeaways for viewers who care about queer storytelling</w:t>
      </w:r>
      <w:r/>
    </w:p>
    <w:p>
      <w:r/>
      <w:r>
        <w:t>If you want to follow this thread: watch for small domestic beats, power dynamics when characters go missing, and how older and younger queer relationships mirror each other. Representation in Silo is layered , it’s not only about screen time, it’s about what those relationships suggest about memory, survival and who gets to tell history. And if you’re invested in queer safety on screen, keep an eye on how the show handles coercion and agency in the finale.</w:t>
      </w:r>
      <w:r/>
    </w:p>
    <w:p>
      <w:r/>
      <w:r>
        <w:t>It’s a small narrative shift with big emotional implications , here’s hoping all the lesbians in Silo come home safe.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0">
        <w:r>
          <w:rPr>
            <w:color w:val="0000EE"/>
            <w:u w:val="single"/>
          </w:rPr>
          <w:t>[2]</w:t>
        </w:r>
      </w:hyperlink>
      <w:r>
        <w:t xml:space="preserve">, </w:t>
      </w:r>
      <w:hyperlink r:id="rId13">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[5]</w:t>
        </w:r>
      </w:hyperlink>
      <w:r>
        <w:t xml:space="preserve">- Paragraph 5: </w:t>
      </w:r>
      <w:hyperlink r:id="rId10">
        <w:r>
          <w:rPr>
            <w:color w:val="0000EE"/>
            <w:u w:val="single"/>
          </w:rPr>
          <w:t>[2]</w:t>
        </w:r>
      </w:hyperlink>
      <w:r>
        <w:t xml:space="preserve">, </w:t>
      </w:r>
      <w:hyperlink r:id="rId14">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https://www.autostraddle.com/everything-you-need-to-know-about-the-lesbians-of-silo/?utm_source=rss&amp;utm_medium=rss&amp;utm_campaign=everything-you-need-to-know-about-the-lesbians-of-silo</w:t>
        </w:r>
      </w:hyperlink>
      <w:r>
        <w:t xml:space="preserve"> - Please view link - unable to able to access data</w:t>
      </w:r>
      <w:r/>
    </w:p>
    <w:p>
      <w:pPr>
        <w:pStyle w:val="ListNumber"/>
        <w:spacing w:line="240" w:lineRule="auto"/>
        <w:ind w:left="720"/>
      </w:pPr>
      <w:r/>
      <w:hyperlink r:id="rId10">
        <w:r>
          <w:rPr>
            <w:color w:val="0000EE"/>
            <w:u w:val="single"/>
          </w:rPr>
          <w:t>https://www.autostraddle.com/everything-you-need-to-know-about-the-lesbians-of-silo/</w:t>
        </w:r>
      </w:hyperlink>
      <w:r>
        <w:t xml:space="preserve"> - This article discusses the representation of lesbian characters in the Apple TV series 'Silo'. Initially, the show featured two lesbian characters, Martha and her ex-wife Carla, who were not central to the plot. In the latest season, the storyline introduces Charlotte, a Navy pilot, and Anna, the senator's daughter, who develop a romantic relationship. The piece also delves into theories about the show's timeline and the impact of the Vitamin D+ substance on memory, suggesting potential connections between characters and events.</w:t>
      </w:r>
      <w:r/>
    </w:p>
    <w:p>
      <w:pPr>
        <w:pStyle w:val="ListNumber"/>
        <w:spacing w:line="240" w:lineRule="auto"/>
        <w:ind w:left="720"/>
      </w:pPr>
      <w:r/>
      <w:hyperlink r:id="rId14">
        <w:r>
          <w:rPr>
            <w:color w:val="0000EE"/>
            <w:u w:val="single"/>
          </w:rPr>
          <w:t>https://www.gaytimes.com/the-sapphic-romances-that-broke-ground-for-queer-representation-on-tv/</w:t>
        </w:r>
      </w:hyperlink>
      <w:r>
        <w:t xml:space="preserve"> - This article highlights significant sapphic relationships in television that have advanced queer representation. It discusses characters like Tillow, Yorkelly, and Brittana, examining how their relationships have influenced the portrayal of queer women on screen. The piece reflects on the evolution of sapphic representation and its impact on audiences, noting the shift from limited visibility to more prominent and diverse queer narratives in TV shows.</w:t>
      </w:r>
      <w:r/>
    </w:p>
    <w:p>
      <w:pPr>
        <w:pStyle w:val="ListNumber"/>
        <w:spacing w:line="240" w:lineRule="auto"/>
        <w:ind w:left="720"/>
      </w:pPr>
      <w:r/>
      <w:hyperlink r:id="rId12">
        <w:r>
          <w:rPr>
            <w:color w:val="0000EE"/>
            <w:u w:val="single"/>
          </w:rPr>
          <w:t>https://www.cosmopolitan.com/entertainment/g38571941/best-lesbian-tv-shows/</w:t>
        </w:r>
      </w:hyperlink>
      <w:r>
        <w:t xml:space="preserve"> - This article presents a curated list of 58 television shows that prominently feature lesbian and bisexual characters. It spans various genres, including dramas, comedies, and sci-fi, showcasing the diversity and depth of queer female representation on screen. The piece highlights both classic and contemporary series, providing viewers with options to explore and celebrate lesbian narratives in television.</w:t>
      </w:r>
      <w:r/>
    </w:p>
    <w:p>
      <w:pPr>
        <w:pStyle w:val="ListNumber"/>
        <w:spacing w:line="240" w:lineRule="auto"/>
        <w:ind w:left="720"/>
      </w:pPr>
      <w:r/>
      <w:hyperlink r:id="rId11">
        <w:r>
          <w:rPr>
            <w:color w:val="0000EE"/>
            <w:u w:val="single"/>
          </w:rPr>
          <w:t>https://www.autostraddle.com/apple-tvs-best-shows-with-queer-characters/</w:t>
        </w:r>
      </w:hyperlink>
      <w:r>
        <w:t xml:space="preserve"> - This article reviews Apple TV+'s offerings of shows featuring queer characters, including 'Silo'. It provides insights into the representation of LGBTQ+ individuals in the platform's original series, discussing character development, storylines, and the significance of queer narratives in mainstream media. The piece serves as a guide for viewers seeking inclusive content on Apple TV+.</w:t>
      </w:r>
      <w:r/>
    </w:p>
    <w:p>
      <w:pPr>
        <w:pStyle w:val="ListNumber"/>
        <w:spacing w:line="240" w:lineRule="auto"/>
        <w:ind w:left="720"/>
      </w:pPr>
      <w:r/>
      <w:hyperlink r:id="rId15">
        <w:r>
          <w:rPr>
            <w:color w:val="0000EE"/>
            <w:u w:val="single"/>
          </w:rPr>
          <w:t>https://www.pride.com/culture/tv/lesbian-led-tv-shows</w:t>
        </w:r>
      </w:hyperlink>
      <w:r>
        <w:t xml:space="preserve"> - This article lists 15 television shows led by lesbian characters, detailing where to watch them. It includes series across various platforms, highlighting the prominence of lesbian narratives in contemporary television. The piece serves as a resource for viewers interested in exploring lesbian-led stories and the impact of such representation on the media landscape.</w:t>
      </w:r>
      <w:r/>
    </w:p>
    <w:p>
      <w:pPr>
        <w:pStyle w:val="ListNumber"/>
        <w:spacing w:line="240" w:lineRule="auto"/>
        <w:ind w:left="720"/>
      </w:pPr>
      <w:r/>
      <w:hyperlink r:id="rId13">
        <w:r>
          <w:rPr>
            <w:color w:val="0000EE"/>
            <w:u w:val="single"/>
          </w:rPr>
          <w:t>https://lezwatchtv.com/</w:t>
        </w:r>
      </w:hyperlink>
      <w:r>
        <w:t xml:space="preserve"> - LezWatch.TV is a comprehensive database documenting queer female, non-binary, and transgender characters in television. It offers a vast collection of shows and web series, providing detailed information on character representation and storylines. The platform serves as a valuable resource for viewers seeking inclusive content and for researchers interested in the portrayal of LGBTQ+ individuals in media.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utostraddle.com/everything-you-need-to-know-about-the-lesbians-of-silo/?utm_source=rss&amp;utm_medium=rss&amp;utm_campaign=everything-you-need-to-know-about-the-lesbians-of-silo" TargetMode="External"/><Relationship Id="rId10" Type="http://schemas.openxmlformats.org/officeDocument/2006/relationships/hyperlink" Target="https://www.autostraddle.com/everything-you-need-to-know-about-the-lesbians-of-silo/" TargetMode="External"/><Relationship Id="rId11" Type="http://schemas.openxmlformats.org/officeDocument/2006/relationships/hyperlink" Target="https://www.autostraddle.com/apple-tvs-best-shows-with-queer-characters/" TargetMode="External"/><Relationship Id="rId12" Type="http://schemas.openxmlformats.org/officeDocument/2006/relationships/hyperlink" Target="https://www.cosmopolitan.com/entertainment/g38571941/best-lesbian-tv-shows/" TargetMode="External"/><Relationship Id="rId13" Type="http://schemas.openxmlformats.org/officeDocument/2006/relationships/hyperlink" Target="https://lezwatchtv.com/" TargetMode="External"/><Relationship Id="rId14" Type="http://schemas.openxmlformats.org/officeDocument/2006/relationships/hyperlink" Target="https://www.gaytimes.com/the-sapphic-romances-that-broke-ground-for-queer-representation-on-tv/" TargetMode="External"/><Relationship Id="rId15" Type="http://schemas.openxmlformats.org/officeDocument/2006/relationships/hyperlink" Target="https://www.pride.com/culture/tv/lesbian-led-tv-show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