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Support LGBTQ+ Young Adults: Inside the Beyond the Rooftop Gala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supporters are turning up for a new kind of fundraiser in Dallas , the Beyond the Rooftop Gala , raising money for emergency housing and reunification services for LGBTQ+ young adults aged 18–24, a practical, community-led response to rising youth homelessness in North Texas.</w:t>
      </w:r>
      <w:r/>
    </w:p>
    <w:p>
      <w:r/>
      <w:r>
        <w:t>Essential Takeaways</w:t>
      </w:r>
      <w:r/>
      <w:r/>
    </w:p>
    <w:p>
      <w:pPr>
        <w:pStyle w:val="ListBullet"/>
        <w:spacing w:line="240" w:lineRule="auto"/>
        <w:ind w:left="720"/>
      </w:pPr>
      <w:r/>
      <w:r>
        <w:rPr>
          <w:b/>
        </w:rPr>
        <w:t>Event details:</w:t>
      </w:r>
      <w:r>
        <w:t xml:space="preserve"> The Beyond the Rooftop Gala is Saturday, Sept. 12, 6–10pm at Nuvo Room on Sigma Road; tickets start at $200 and are available online. </w:t>
      </w:r>
      <w:r/>
    </w:p>
    <w:p>
      <w:pPr>
        <w:pStyle w:val="ListBullet"/>
        <w:spacing w:line="240" w:lineRule="auto"/>
        <w:ind w:left="720"/>
      </w:pPr>
      <w:r/>
      <w:r>
        <w:rPr>
          <w:b/>
        </w:rPr>
        <w:t>Who it helps:</w:t>
      </w:r>
      <w:r>
        <w:t xml:space="preserve"> Elevate North Texas focuses on emergency temporary housing and family reunification for LGBTQ+ young adults aged 18–24. </w:t>
      </w:r>
      <w:r/>
    </w:p>
    <w:p>
      <w:pPr>
        <w:pStyle w:val="ListBullet"/>
        <w:spacing w:line="240" w:lineRule="auto"/>
        <w:ind w:left="720"/>
      </w:pPr>
      <w:r/>
      <w:r>
        <w:rPr>
          <w:b/>
        </w:rPr>
        <w:t>Local context:</w:t>
      </w:r>
      <w:r>
        <w:t xml:space="preserve"> Dallas ISD and Mesquite ISD reported thousands of students experiencing homelessness before the pandemic, with numbers rising since COVID. </w:t>
      </w:r>
      <w:r/>
    </w:p>
    <w:p>
      <w:pPr>
        <w:pStyle w:val="ListBullet"/>
        <w:spacing w:line="240" w:lineRule="auto"/>
        <w:ind w:left="720"/>
      </w:pPr>
      <w:r/>
      <w:r>
        <w:rPr>
          <w:b/>
        </w:rPr>
        <w:t>Founder story:</w:t>
      </w:r>
      <w:r>
        <w:t xml:space="preserve"> Elevate NTX was launched by Jason Vallejo during the pandemic when shelters limited capacity, filling a critical local gap. </w:t>
      </w:r>
      <w:r/>
    </w:p>
    <w:p>
      <w:pPr>
        <w:pStyle w:val="ListBullet"/>
        <w:spacing w:line="240" w:lineRule="auto"/>
        <w:ind w:left="720"/>
      </w:pPr>
      <w:r/>
      <w:r>
        <w:rPr>
          <w:b/>
        </w:rPr>
        <w:t>Practical effect:</w:t>
      </w:r>
      <w:r>
        <w:t xml:space="preserve"> Timely intervention aims to move young people from crisis toward stability, reducing the risk of long-term homelessness.</w:t>
      </w:r>
      <w:r/>
      <w:r/>
    </w:p>
    <w:p>
      <w:pPr>
        <w:pStyle w:val="Heading2"/>
      </w:pPr>
      <w:r>
        <w:t>A gala with a purpose: what the evening will feel like</w:t>
      </w:r>
      <w:r/>
    </w:p>
    <w:p>
      <w:r/>
      <w:r>
        <w:t>Expect an upbeat, community-minded atmosphere that’s part fundraiser, part celebration. The event is staged at Nuvo Room, a sleek venue off Midway Road, and promises music, mingling, and a clear focus on raising money for emergency housing placements. Ticket prices start at $200, which sounds steep until you consider a single placement can keep a young person safe overnight and buy time to find longer-term solutions. It’s the kind of local philanthropy that feels immediate: you can sense the impact as soon as you walk in the door.</w:t>
      </w:r>
      <w:r/>
    </w:p>
    <w:p>
      <w:pPr>
        <w:pStyle w:val="Heading2"/>
      </w:pPr>
      <w:r>
        <w:t>Why Elevate North Texas launched during the pandemic</w:t>
      </w:r>
      <w:r/>
    </w:p>
    <w:p>
      <w:r/>
      <w:r>
        <w:t>Jason Vallejo founded the group when shelters were forced to reduce capacity and young people were left with fewer options. According to coverage in local outlets, the organisation began as a rapid-response effort to place LGBTQ+ young adults into temporary housing and has since focused on reunification with family where safe and feasible. That back-to-basics approach , shelter first, then stability , makes sense when public systems are stretched thin and young people need a fast, compassionate answer.</w:t>
      </w:r>
      <w:r/>
    </w:p>
    <w:p>
      <w:pPr>
        <w:pStyle w:val="Heading2"/>
      </w:pPr>
      <w:r>
        <w:t>The scale of the challenge: schools as data sources</w:t>
      </w:r>
      <w:r/>
    </w:p>
    <w:p>
      <w:r/>
      <w:r>
        <w:t>School districts provide some of the clearest snapshots of youth homelessness. Dallas ISD reported nearly 4,000 students experiencing homelessness before COVID, and Mesquite ISD noted several hundred more. Those numbers captured by school reports underline that homelessness among young people isn’t hidden from institutions; it’s happening in classrooms, cafeterias and buses. Local reporting and district pages show schools stepping in with supports like pantry programmes and outreach, but community groups still play a crucial role in filling gaps.</w:t>
      </w:r>
      <w:r/>
    </w:p>
    <w:p>
      <w:pPr>
        <w:pStyle w:val="Heading2"/>
      </w:pPr>
      <w:r>
        <w:t>Reunification and safety: the practical choices Elevate NTX makes</w:t>
      </w:r>
      <w:r/>
    </w:p>
    <w:p>
      <w:r/>
      <w:r>
        <w:t>Reuniting young people with family, when it’s safe, is a core part of Elevate NTX’s work. That’s a delicate process , it needs careful assessment, mediation and sometimes follow-up support to prevent repeat crises. Practically, that means caseworkers, rapid housing funds and connections to longer-term services. For donors and volunteers, the takeaway is straightforward: funding temporary stays and wraparound services often prevents a spiral into chronic homelessness.</w:t>
      </w:r>
      <w:r/>
    </w:p>
    <w:p>
      <w:pPr>
        <w:pStyle w:val="Heading2"/>
      </w:pPr>
      <w:r>
        <w:t>How to help beyond buying a ticket</w:t>
      </w:r>
      <w:r/>
    </w:p>
    <w:p>
      <w:r/>
      <w:r>
        <w:t>If you can’t make the gala, there are other practical ways to contribute. Donations earmarked for emergency housing, gift cards for essentials, or time volunteering with intake and case coordination all make a difference. Local schools and community pantries also welcome support; according to Dallas reporting, student-led pantries and school social work teams are vital stopgaps. Even small, regular contributions can be the kind of predictable support that helps a project like Elevate NTX plan ahead.</w:t>
      </w:r>
      <w:r/>
    </w:p>
    <w:p>
      <w:r/>
      <w:r>
        <w:t>It's a community-sized problem that benefits from community-sized solutions , and a ticket, a donation, or a few hours could change a life.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9">
        <w:r>
          <w:rPr>
            <w:color w:val="0000EE"/>
            <w:u w:val="single"/>
          </w:rPr>
          <w:t>[1]</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https://meaws.com/news/beyond-the-rooftop-gala-supports-homeless/105062</w:t>
        </w:r>
      </w:hyperlink>
      <w:r>
        <w:t xml:space="preserve"> - Please view link - unable to able to access data</w:t>
      </w:r>
      <w:r/>
    </w:p>
    <w:p>
      <w:pPr>
        <w:pStyle w:val="ListNumber"/>
        <w:spacing w:line="240" w:lineRule="auto"/>
        <w:ind w:left="720"/>
      </w:pPr>
      <w:r/>
      <w:hyperlink r:id="rId10">
        <w:r>
          <w:rPr>
            <w:color w:val="0000EE"/>
            <w:u w:val="single"/>
          </w:rPr>
          <w:t>https://dallasvoice.com/beyond-the-rooftop-gala-supports-homeless-lgbtq-youth/</w:t>
        </w:r>
      </w:hyperlink>
      <w:r>
        <w:t xml:space="preserve"> - Elevate North Texas is hosting its inaugural fundraiser, the Beyond the Rooftop Gala, on Saturday, September 12, from 6-10 p.m. at Nuvo Room, 4241 Sigma Road. The event aims to support the organisation's efforts in providing emergency temporary housing for LGBTQ+ young adults aged 18-24. Tickets are available online, starting at $200. Elevate NTX was founded by Jason Vallejo during the pandemic, addressing the increased need for shelter services. Before the pandemic, Dallas ISD reported 3,964 students experiencing homelessness, with Mesquite ISD reporting an additional 670. These numbers have risen since the COVID outbreak. The organisation focuses on preventing long-term homelessness by offering support and intervention to help young adults build a future defined by opportunity rather than circumstance. (</w:t>
      </w:r>
      <w:hyperlink r:id="rId16">
        <w:r>
          <w:rPr>
            <w:color w:val="0000EE"/>
            <w:u w:val="single"/>
          </w:rPr>
          <w:t>dallasvoice.com</w:t>
        </w:r>
      </w:hyperlink>
      <w:r>
        <w:t>)</w:t>
      </w:r>
      <w:r/>
    </w:p>
    <w:p>
      <w:pPr>
        <w:pStyle w:val="ListNumber"/>
        <w:spacing w:line="240" w:lineRule="auto"/>
        <w:ind w:left="720"/>
      </w:pPr>
      <w:r/>
      <w:hyperlink r:id="rId13">
        <w:r>
          <w:rPr>
            <w:color w:val="0000EE"/>
            <w:u w:val="single"/>
          </w:rPr>
          <w:t>https://www.mesquiteisd.org/homeless-student-support</w:t>
        </w:r>
      </w:hyperlink>
      <w:r>
        <w:t xml:space="preserve"> - Mesquite Independent School District (MISD) offers resources for homeless students and families through its Homeless, Foster Care, and Migrant Liaison, Carolyn Quintero. The district provides immediate enrollment, assistance with school vaccinations, support in obtaining medical, dental, and mental health services, and help with extracurricular activities. They also offer school uniforms, enrollment in the National School Lunch Program, and collaborate with community organisations to provide additional resources such as food, shelter, and outside school support. (</w:t>
      </w:r>
      <w:hyperlink r:id="rId17">
        <w:r>
          <w:rPr>
            <w:color w:val="0000EE"/>
            <w:u w:val="single"/>
          </w:rPr>
          <w:t>mesquiteisd.org</w:t>
        </w:r>
      </w:hyperlink>
      <w:r>
        <w:t>)</w:t>
      </w:r>
      <w:r/>
    </w:p>
    <w:p>
      <w:pPr>
        <w:pStyle w:val="ListNumber"/>
        <w:spacing w:line="240" w:lineRule="auto"/>
        <w:ind w:left="720"/>
      </w:pPr>
      <w:r/>
      <w:hyperlink r:id="rId12">
        <w:r>
          <w:rPr>
            <w:color w:val="0000EE"/>
            <w:u w:val="single"/>
          </w:rPr>
          <w:t>https://staff.dallasisd.org/team-dallas-isd-news/team-dallas-isd-news-post-page/~board/team-dallas-isd-news/post/shedding-light-on-homeless-students-needs</w:t>
        </w:r>
      </w:hyperlink>
      <w:r>
        <w:t xml:space="preserve"> - Ashley Marshall, manager of the Homeless Education Program in Dallas ISD, highlighted the scale of support required for homeless students, noting that last year, the team of four supported 4,534 students identified as homeless. Many of these children are not living in tents or on sidewalks but are doubled up, with more than one family living together. (</w:t>
      </w:r>
      <w:hyperlink r:id="rId18">
        <w:r>
          <w:rPr>
            <w:color w:val="0000EE"/>
            <w:u w:val="single"/>
          </w:rPr>
          <w:t>staff.dallasisd.org</w:t>
        </w:r>
      </w:hyperlink>
      <w:r>
        <w:t>)</w:t>
      </w:r>
      <w:r/>
    </w:p>
    <w:p>
      <w:pPr>
        <w:pStyle w:val="ListNumber"/>
        <w:spacing w:line="240" w:lineRule="auto"/>
        <w:ind w:left="720"/>
      </w:pPr>
      <w:r/>
      <w:hyperlink r:id="rId11">
        <w:r>
          <w:rPr>
            <w:color w:val="0000EE"/>
            <w:u w:val="single"/>
          </w:rPr>
          <w:t>https://www.dallasobserver.com/news/why-there-are-3-400-homeless-students-in-dallas-isd-7115835/</w:t>
        </w:r>
      </w:hyperlink>
      <w:r>
        <w:t xml:space="preserve"> - In Dallas ISD, the number of homeless students is estimated to be over 3,000, with around 3,400 homeless students at the end of the last school year. This number can only increase with the growing student population. The high number may be due to improved identification of homeless students, as the district has become better at recognising and supporting these students. (</w:t>
      </w:r>
      <w:hyperlink r:id="rId19">
        <w:r>
          <w:rPr>
            <w:color w:val="0000EE"/>
            <w:u w:val="single"/>
          </w:rPr>
          <w:t>dallasobserver.com</w:t>
        </w:r>
      </w:hyperlink>
      <w:r>
        <w:t>)</w:t>
      </w:r>
      <w:r/>
    </w:p>
    <w:p>
      <w:pPr>
        <w:pStyle w:val="ListNumber"/>
        <w:spacing w:line="240" w:lineRule="auto"/>
        <w:ind w:left="720"/>
      </w:pPr>
      <w:r/>
      <w:hyperlink r:id="rId14">
        <w:r>
          <w:rPr>
            <w:color w:val="0000EE"/>
            <w:u w:val="single"/>
          </w:rPr>
          <w:t>https://www.cbsnews.com/texas/news/dallas-isd-students-start-community-pantry-to-help-those-experiencing-homelessness/</w:t>
        </w:r>
      </w:hyperlink>
      <w:r>
        <w:t xml:space="preserve"> - Students at Dallas ISD's Yvonne Ewell Townview Magnet Center have initiated a community pantry to assist classmates experiencing homelessness. The pantry provides essential items like backpacks and hygiene products without requiring identification. The students are launching a drive to restock the pantry, aiming to help peers who may be 'couch-surfing' or staying in transient hotels. (</w:t>
      </w:r>
      <w:hyperlink r:id="rId20">
        <w:r>
          <w:rPr>
            <w:color w:val="0000EE"/>
            <w:u w:val="single"/>
          </w:rPr>
          <w:t>cbsnews.com</w:t>
        </w:r>
      </w:hyperlink>
      <w:r>
        <w:t>)</w:t>
      </w:r>
      <w:r/>
    </w:p>
    <w:p>
      <w:pPr>
        <w:pStyle w:val="ListNumber"/>
        <w:spacing w:line="240" w:lineRule="auto"/>
        <w:ind w:left="720"/>
      </w:pPr>
      <w:r/>
      <w:hyperlink r:id="rId15">
        <w:r>
          <w:rPr>
            <w:color w:val="0000EE"/>
            <w:u w:val="single"/>
          </w:rPr>
          <w:t>https://texasstandard.org/stories/dallas-students-experiencing-homelessness-have-a-new-place-to-go-and-its-not-one-size-fits-all/</w:t>
        </w:r>
      </w:hyperlink>
      <w:r>
        <w:t xml:space="preserve"> - A new shelter in South Dallas has opened to meet the varied needs of Dallas ISD students experiencing homelessness. Over 4,000 students reported experiencing homelessness during the last school year, according to Dallas ISD. The shelter is designed to help the most vulnerable students: those on their own, experiencing homelessness without their families. (</w:t>
      </w:r>
      <w:hyperlink r:id="rId21">
        <w:r>
          <w:rPr>
            <w:color w:val="0000EE"/>
            <w:u w:val="single"/>
          </w:rPr>
          <w:t>texasstandard.org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beyond-the-rooftop-gala-supports-homeless/105062" TargetMode="External"/><Relationship Id="rId10" Type="http://schemas.openxmlformats.org/officeDocument/2006/relationships/hyperlink" Target="https://dallasvoice.com/beyond-the-rooftop-gala-supports-homeless-lgbtq-youth/" TargetMode="External"/><Relationship Id="rId11" Type="http://schemas.openxmlformats.org/officeDocument/2006/relationships/hyperlink" Target="https://www.dallasobserver.com/news/why-there-are-3-400-homeless-students-in-dallas-isd-7115835/" TargetMode="External"/><Relationship Id="rId12" Type="http://schemas.openxmlformats.org/officeDocument/2006/relationships/hyperlink" Target="https://staff.dallasisd.org/team-dallas-isd-news/team-dallas-isd-news-post-page/~board/team-dallas-isd-news/post/shedding-light-on-homeless-students-needs" TargetMode="External"/><Relationship Id="rId13" Type="http://schemas.openxmlformats.org/officeDocument/2006/relationships/hyperlink" Target="https://www.mesquiteisd.org/homeless-student-support" TargetMode="External"/><Relationship Id="rId14" Type="http://schemas.openxmlformats.org/officeDocument/2006/relationships/hyperlink" Target="https://www.cbsnews.com/texas/news/dallas-isd-students-start-community-pantry-to-help-those-experiencing-homelessness/" TargetMode="External"/><Relationship Id="rId15" Type="http://schemas.openxmlformats.org/officeDocument/2006/relationships/hyperlink" Target="https://texasstandard.org/stories/dallas-students-experiencing-homelessness-have-a-new-place-to-go-and-its-not-one-size-fits-all/" TargetMode="External"/><Relationship Id="rId16" Type="http://schemas.openxmlformats.org/officeDocument/2006/relationships/hyperlink" Target="https://dallasvoice.com/beyond-the-rooftop-gala-supports-homeless-lgbtq-youth/?utm_source=openai" TargetMode="External"/><Relationship Id="rId17" Type="http://schemas.openxmlformats.org/officeDocument/2006/relationships/hyperlink" Target="https://www.mesquiteisd.org/homeless-student-support?utm_source=openai" TargetMode="External"/><Relationship Id="rId18" Type="http://schemas.openxmlformats.org/officeDocument/2006/relationships/hyperlink" Target="https://staff.dallasisd.org/team-dallas-isd-news/team-dallas-isd-news-post-page/~board/team-dallas-isd-news/post/shedding-light-on-homeless-students-needs?utm_source=openai" TargetMode="External"/><Relationship Id="rId19" Type="http://schemas.openxmlformats.org/officeDocument/2006/relationships/hyperlink" Target="https://www.dallasobserver.com/news/why-there-are-3-400-homeless-students-in-dallas-isd-7115835/?utm_source=openai" TargetMode="External"/><Relationship Id="rId20" Type="http://schemas.openxmlformats.org/officeDocument/2006/relationships/hyperlink" Target="https://www.cbsnews.com/texas/news/dallas-isd-students-start-community-pantry-to-help-those-experiencing-homelessness/?utm_source=openai" TargetMode="External"/><Relationship Id="rId21" Type="http://schemas.openxmlformats.org/officeDocument/2006/relationships/hyperlink" Target="https://texasstandard.org/stories/dallas-students-experiencing-homelessness-have-a-new-place-to-go-and-its-not-one-size-fits-al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