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Sex Slang Glossary: Decode Modern Terms and Say What You Mean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baffling acronym on a dating app? Wonder what gooning actually is? Dive into a lively, up-to-date sex slang glossary that helps millennials, Gen Z and curious adults understand identities, kinks and relationship terms so they can communicate clearly, stay safer, and enjoy sex with less confusion.</w:t>
      </w:r>
      <w:r/>
    </w:p>
    <w:p>
      <w:r/>
      <w:r>
        <w:t>Essential Takeaways</w:t>
      </w:r>
      <w:r/>
      <w:r/>
    </w:p>
    <w:p>
      <w:pPr>
        <w:pStyle w:val="ListBullet"/>
        <w:spacing w:line="240" w:lineRule="auto"/>
        <w:ind w:left="720"/>
      </w:pPr>
      <w:r/>
      <w:r>
        <w:rPr>
          <w:b/>
        </w:rPr>
        <w:t>Wide coverage:</w:t>
      </w:r>
      <w:r>
        <w:t xml:space="preserve"> The glossary explains identities, kinks, positions and dating lingo all in one place.</w:t>
      </w:r>
      <w:r/>
    </w:p>
    <w:p>
      <w:pPr>
        <w:pStyle w:val="ListBullet"/>
        <w:spacing w:line="240" w:lineRule="auto"/>
        <w:ind w:left="720"/>
      </w:pPr>
      <w:r/>
      <w:r>
        <w:rPr>
          <w:b/>
        </w:rPr>
        <w:t>Roots matter:</w:t>
      </w:r>
      <w:r>
        <w:t xml:space="preserve"> Many terms originate in queer, AAVE and kink communities, so context and respect matter.</w:t>
      </w:r>
      <w:r/>
    </w:p>
    <w:p>
      <w:pPr>
        <w:pStyle w:val="ListBullet"/>
        <w:spacing w:line="240" w:lineRule="auto"/>
        <w:ind w:left="720"/>
      </w:pPr>
      <w:r/>
      <w:r>
        <w:rPr>
          <w:b/>
        </w:rPr>
        <w:t>Safety flagged:</w:t>
      </w:r>
      <w:r>
        <w:t xml:space="preserve"> Words like bareback, fluid bonding and stealthing have real sexual health implications.</w:t>
      </w:r>
      <w:r/>
    </w:p>
    <w:p>
      <w:pPr>
        <w:pStyle w:val="ListBullet"/>
        <w:spacing w:line="240" w:lineRule="auto"/>
        <w:ind w:left="720"/>
      </w:pPr>
      <w:r/>
      <w:r>
        <w:rPr>
          <w:b/>
        </w:rPr>
        <w:t>Practical feel:</w:t>
      </w:r>
      <w:r>
        <w:t xml:space="preserve"> Entries include straightforward definitions plus hints about negotiation, consent and boundaries.</w:t>
      </w:r>
      <w:r/>
    </w:p>
    <w:p>
      <w:pPr>
        <w:pStyle w:val="ListBullet"/>
        <w:spacing w:line="240" w:lineRule="auto"/>
        <w:ind w:left="720"/>
      </w:pPr>
      <w:r/>
      <w:r>
        <w:rPr>
          <w:b/>
        </w:rPr>
        <w:t>Tone cues:</w:t>
      </w:r>
      <w:r>
        <w:t xml:space="preserve"> The list normalises spectrum identities (ace-spec, greysexual) and relationship styles (polyamory, solo poly).</w:t>
      </w:r>
      <w:r/>
      <w:r/>
    </w:p>
    <w:p>
      <w:pPr>
        <w:pStyle w:val="Heading2"/>
      </w:pPr>
      <w:r>
        <w:t>Why a modern sex slang glossary actually matters</w:t>
      </w:r>
      <w:r/>
    </w:p>
    <w:p>
      <w:r/>
      <w:r>
        <w:t>Language shapes how you ask for what you want, and sex slang shapes how you find it. The words people choose, whether it’s “vers,” “roster,” or “edge play”, carry practical meaning about roles, consent and risk. A clear definition can stop an awkward moment on a date and make kink scenes safer, because everyone’s speaking the same language. And yes, some terms smell faintly of TikTok, but many have deeper roots in queer, ballroom and kink communities, so using them thoughtfully shows respect.</w:t>
      </w:r>
      <w:r/>
    </w:p>
    <w:p>
      <w:pPr>
        <w:pStyle w:val="Heading2"/>
      </w:pPr>
      <w:r>
        <w:t>Identities you might not have heard of , and why they’re useful</w:t>
      </w:r>
      <w:r/>
    </w:p>
    <w:p>
      <w:r/>
      <w:r>
        <w:t>Labels like asexual, demisexual, abrosexual and omnisexual do more than fill a dating-profile line; they help people articulate attraction and avoid assumptions. For example, someone who’s asexual might still want intimacy, while an aegosexual person can enjoy sexual content without wanting to participate. Knowing these terms helps partners negotiate expectations before intimacy happens. If you’re unsure, asking a gentle question, “What does that mean for you?”, is better than guessing.</w:t>
      </w:r>
      <w:r/>
    </w:p>
    <w:p>
      <w:pPr>
        <w:pStyle w:val="Heading2"/>
      </w:pPr>
      <w:r>
        <w:t>Kinks, edge play and safety: what to watch for</w:t>
      </w:r>
      <w:r/>
    </w:p>
    <w:p>
      <w:r/>
      <w:r>
        <w:t>Kink vocabulary ranges from the common, BDSM, spanking, praise kink, to more specialised or high-risk activities like blood play, erotic hypnosis and edge play. Those terms often signal the need for extra negotiation, safety practices and aftercare. Words such as “consent,” “hard limit” and “safeword” aren’t optional. If someone mentions fluid bonding, bareback, or stealthing, be aware those phrases carry potential STI or legal risks; according to safety guides and reporting in the field, non-consensual condom removal is a serious issue.</w:t>
      </w:r>
      <w:r/>
    </w:p>
    <w:p>
      <w:pPr>
        <w:pStyle w:val="Heading2"/>
      </w:pPr>
      <w:r>
        <w:t>Positions and techniques: useful to know without feeling awkward</w:t>
      </w:r>
      <w:r/>
    </w:p>
    <w:p>
      <w:r/>
      <w:r>
        <w:t>From cowgirl and reverse-cowgirl to pompoir and the Venus Butterfly, position names are shorthand that save time and embarrassment in the moment. Some entries are playful or pornified, “cum shot,” “creampie,” “pearl necklace”, while others are practical, like the A-spot or tantric sex techniques. Use these terms to express curiosity or preference, and remember that bodies respond differently; what works for one couple won’t work for another. Communication matters more than performance.</w:t>
      </w:r>
      <w:r/>
    </w:p>
    <w:p>
      <w:pPr>
        <w:pStyle w:val="Heading2"/>
      </w:pPr>
      <w:r>
        <w:t>Dating slang and relationship styles you’ll spot online</w:t>
      </w:r>
      <w:r/>
    </w:p>
    <w:p>
      <w:r/>
      <w:r>
        <w:t>Modern dating culture spawned terms such as breadcrumbing, benching, orbiting, roaching and situationship. They’re handy when you need to name a pattern, set a boundary, or decide whether to have the DTR conversation. Relationship styles, ethical non-monogamy, polyamory, kitchen table poly, solo poly and relationship anarchy, describe how people organise intimacy and responsibility. If someone lists “roster” or “polycule” in their profile, it tells you how they manage partners; ask kindly about expectations before assuming anything.</w:t>
      </w:r>
      <w:r/>
    </w:p>
    <w:p>
      <w:pPr>
        <w:pStyle w:val="Heading2"/>
      </w:pPr>
      <w:r>
        <w:t>How to use this glossary in real life: three quick tips</w:t>
      </w:r>
      <w:r/>
      <w:r/>
    </w:p>
    <w:p>
      <w:pPr>
        <w:pStyle w:val="ListBullet"/>
        <w:spacing w:line="240" w:lineRule="auto"/>
        <w:ind w:left="720"/>
      </w:pPr>
      <w:r/>
      <w:r>
        <w:t>Ask and mirror: If someone uses a term you don’t know, ask them what it means for them and mirror their language.</w:t>
      </w:r>
      <w:r/>
    </w:p>
    <w:p>
      <w:pPr>
        <w:pStyle w:val="ListBullet"/>
        <w:spacing w:line="240" w:lineRule="auto"/>
        <w:ind w:left="720"/>
      </w:pPr>
      <w:r/>
      <w:r>
        <w:t>Prioritise consent: For any activity with potential physical or emotional risk, confirm explicit consent and safewords, and discuss aftercare.</w:t>
      </w:r>
      <w:r/>
    </w:p>
    <w:p>
      <w:pPr>
        <w:pStyle w:val="ListBullet"/>
        <w:spacing w:line="240" w:lineRule="auto"/>
        <w:ind w:left="720"/>
      </w:pPr>
      <w:r/>
      <w:r>
        <w:t>Mind history and context: Some slang comes from communities that deserve credit and care; avoid appropriating terms without understanding.</w:t>
      </w:r>
      <w:r/>
      <w:r/>
    </w:p>
    <w:p>
      <w:r/>
      <w:r>
        <w:t>It's a small change that can make conversations clearer, encounters safer, and sex considerably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0">
        <w:r>
          <w:rPr>
            <w:color w:val="0000EE"/>
            <w:u w:val="single"/>
          </w:rPr>
          <w:t>[4]</w:t>
        </w:r>
      </w:hyperlink>
      <w:r>
        <w:t xml:space="preserve">- Paragraph 3: </w:t>
      </w:r>
      <w:hyperlink r:id="rId9">
        <w:r>
          <w:rPr>
            <w:color w:val="0000EE"/>
            <w:u w:val="single"/>
          </w:rPr>
          <w:t>[2]</w:t>
        </w:r>
      </w:hyperlink>
      <w:r>
        <w:t xml:space="preserve">, </w:t>
      </w:r>
      <w:hyperlink r:id="rId11">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[6]</w:t>
        </w:r>
      </w:hyperlink>
      <w:r>
        <w:t xml:space="preserve">- Paragraph 5: </w:t>
      </w:r>
      <w:hyperlink r:id="rId9">
        <w:r>
          <w:rPr>
            <w:color w:val="0000EE"/>
            <w:u w:val="single"/>
          </w:rPr>
          <w:t>[2]</w:t>
        </w:r>
      </w:hyperlink>
      <w:r>
        <w:t xml:space="preserve">, </w:t>
      </w:r>
      <w:hyperlink r:id="rId13">
        <w:r>
          <w:rPr>
            <w:color w:val="0000EE"/>
            <w:u w:val="single"/>
          </w:rPr>
          <w:t>[7]</w:t>
        </w:r>
      </w:hyperlink>
      <w:r>
        <w:t xml:space="preserve">- Paragraph 6: </w:t>
      </w:r>
      <w:hyperlink r:id="rId9">
        <w:r>
          <w:rPr>
            <w:color w:val="0000EE"/>
            <w:u w:val="single"/>
          </w:rPr>
          <w:t>[2]</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https://sex.cosmopolitan.com/pleasure/a28915884/sex-slang-glossary-list/</w:t>
        </w:r>
      </w:hyperlink>
      <w:r>
        <w:t xml:space="preserve"> - Please view link - unable to able to access data</w:t>
      </w:r>
      <w:r/>
    </w:p>
    <w:p>
      <w:pPr>
        <w:pStyle w:val="ListNumber"/>
        <w:spacing w:line="240" w:lineRule="auto"/>
        <w:ind w:left="720"/>
      </w:pPr>
      <w:r/>
      <w:hyperlink r:id="rId9">
        <w:r>
          <w:rPr>
            <w:color w:val="0000EE"/>
            <w:u w:val="single"/>
          </w:rPr>
          <w:t>https://sex.cosmopolitan.com/pleasure/a28915884/sex-slang-glossary-list/</w:t>
        </w:r>
      </w:hyperlink>
      <w:r>
        <w:t xml:space="preserve"> - This comprehensive guide from Cosmopolitan provides definitions for 127 sex slang terms, including 'gooning', 'edging', and 'solo poly'. It explores how sexual language evolves, influenced by identity, culture, and desires, and traces the origins of many terms to communities like AAVE, queer, and kink spaces. The article also discusses the role of social media in accelerating the spread of new sexual terms and the importance of understanding this vocabulary for effective communication about sexuality.</w:t>
      </w:r>
      <w:r/>
    </w:p>
    <w:p>
      <w:pPr>
        <w:pStyle w:val="ListNumber"/>
        <w:spacing w:line="240" w:lineRule="auto"/>
        <w:ind w:left="720"/>
      </w:pPr>
      <w:r/>
      <w:hyperlink r:id="rId14">
        <w:r>
          <w:rPr>
            <w:color w:val="0000EE"/>
            <w:u w:val="single"/>
          </w:rPr>
          <w:t>https://www.cosmopolitan.com/sex-love/a9654323/stealthing-non-consensual-condom-removal-experiences/</w:t>
        </w:r>
      </w:hyperlink>
      <w:r>
        <w:t xml:space="preserve"> - Cosmopolitan's article delves into 123 sexual slang words and terms, offering definitions and context for each. It covers a wide range of terms related to sex acts, kinks, fetishes, and positions, providing readers with a comprehensive understanding of contemporary sexual language. The piece aims to demystify these terms, making it easier for individuals to communicate their desires and boundaries effectively.</w:t>
      </w:r>
      <w:r/>
    </w:p>
    <w:p>
      <w:pPr>
        <w:pStyle w:val="ListNumber"/>
        <w:spacing w:line="240" w:lineRule="auto"/>
        <w:ind w:left="720"/>
      </w:pPr>
      <w:r/>
      <w:hyperlink r:id="rId10">
        <w:r>
          <w:rPr>
            <w:color w:val="0000EE"/>
            <w:u w:val="single"/>
          </w:rPr>
          <w:t>https://www.cosmopolitan.com/sexopedia/</w:t>
        </w:r>
      </w:hyperlink>
      <w:r>
        <w:t xml:space="preserve"> - Cosmopolitan's 'Sexopedia' is an extensive dictionary of over 50 sexual terms, offering in-depth explanations and context for each. The resource covers a broad spectrum of topics, including various sex acts, orientations, and relationship dynamics, providing readers with a thorough understanding of sexual terminology. It's designed to educate and inform, helping individuals navigate the complexities of modern sexuality.</w:t>
      </w:r>
      <w:r/>
    </w:p>
    <w:p>
      <w:pPr>
        <w:pStyle w:val="ListNumber"/>
        <w:spacing w:line="240" w:lineRule="auto"/>
        <w:ind w:left="720"/>
      </w:pPr>
      <w:r/>
      <w:hyperlink r:id="rId11">
        <w:r>
          <w:rPr>
            <w:color w:val="0000EE"/>
            <w:u w:val="single"/>
          </w:rPr>
          <w:t>https://sex.cosmopolitan.com/sexopedia/a12445875/snowballing/</w:t>
        </w:r>
      </w:hyperlink>
      <w:r>
        <w:t xml:space="preserve"> - This article from Cosmopolitan explains the term 'snowballing', a sexual act involving the exchange of semen between partners through kissing. It provides insights into the practice, its variations, and the dynamics involved, offering readers a clear understanding of this specific sexual activity.</w:t>
      </w:r>
      <w:r/>
    </w:p>
    <w:p>
      <w:pPr>
        <w:pStyle w:val="ListNumber"/>
        <w:spacing w:line="240" w:lineRule="auto"/>
        <w:ind w:left="720"/>
      </w:pPr>
      <w:r/>
      <w:hyperlink r:id="rId12">
        <w:r>
          <w:rPr>
            <w:color w:val="0000EE"/>
            <w:u w:val="single"/>
          </w:rPr>
          <w:t>https://sex.cosmopolitan.com/sexopedia/a44612654/what-it-means-to-be-vers-top-bottom/</w:t>
        </w:r>
      </w:hyperlink>
      <w:r>
        <w:t xml:space="preserve"> - Cosmopolitan's piece explores the meanings of 'top', 'bottom', and 'vers' in sexual contexts, particularly within gay male relationships. It defines each role, discusses their significance, and provides insights into how these terms relate to sexual dynamics and preferences.</w:t>
      </w:r>
      <w:r/>
    </w:p>
    <w:p>
      <w:pPr>
        <w:pStyle w:val="ListNumber"/>
        <w:spacing w:line="240" w:lineRule="auto"/>
        <w:ind w:left="720"/>
      </w:pPr>
      <w:r/>
      <w:hyperlink r:id="rId13">
        <w:r>
          <w:rPr>
            <w:color w:val="0000EE"/>
            <w:u w:val="single"/>
          </w:rPr>
          <w:t>https://sex.cosmopolitan.com/pleasure/a62907811/what-is-a-side/</w:t>
        </w:r>
      </w:hyperlink>
      <w:r>
        <w:t xml:space="preserve"> - This article introduces the term 'side' in sexual contexts, describing individuals who prefer non-penetrative sexual activities. It provides a definition, context, and examples of what being a 'side' entails, offering readers a broader understanding of sexual preferences and identities.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ex.cosmopolitan.com/pleasure/a28915884/sex-slang-glossary-list/" TargetMode="External"/><Relationship Id="rId10" Type="http://schemas.openxmlformats.org/officeDocument/2006/relationships/hyperlink" Target="https://www.cosmopolitan.com/sexopedia/" TargetMode="External"/><Relationship Id="rId11" Type="http://schemas.openxmlformats.org/officeDocument/2006/relationships/hyperlink" Target="https://sex.cosmopolitan.com/sexopedia/a12445875/snowballing/" TargetMode="External"/><Relationship Id="rId12" Type="http://schemas.openxmlformats.org/officeDocument/2006/relationships/hyperlink" Target="https://sex.cosmopolitan.com/sexopedia/a44612654/what-it-means-to-be-vers-top-bottom/" TargetMode="External"/><Relationship Id="rId13" Type="http://schemas.openxmlformats.org/officeDocument/2006/relationships/hyperlink" Target="https://sex.cosmopolitan.com/pleasure/a62907811/what-is-a-side/" TargetMode="External"/><Relationship Id="rId14" Type="http://schemas.openxmlformats.org/officeDocument/2006/relationships/hyperlink" Target="https://www.cosmopolitan.com/sex-love/a9654323/stealthing-non-consensual-condom-removal-experien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