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Scottish Borders Pride: How Gala’s First March Brightened a Town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rainbow flags filled Galashiels on Saturday as the first-ever Scottish Borders Pride march transformed the town , a colourful, warm day that organisers say mattered for community, business and people who’ve longed to belong in the Borders.</w:t>
      </w:r>
      <w:r/>
    </w:p>
    <w:p>
      <w:r/>
      <w:r>
        <w:t>Essential Takeaways</w:t>
      </w:r>
      <w:r/>
      <w:r/>
    </w:p>
    <w:p>
      <w:pPr>
        <w:pStyle w:val="ListBullet"/>
        <w:spacing w:line="240" w:lineRule="auto"/>
        <w:ind w:left="720"/>
      </w:pPr>
      <w:r/>
      <w:r>
        <w:rPr>
          <w:b/>
        </w:rPr>
        <w:t>Big turnout:</w:t>
      </w:r>
      <w:r>
        <w:t xml:space="preserve"> Organisers estimate about 500 marched through Gala, with several hundred more lining the streets and roughly 800 visiting the Volunteer Hall.</w:t>
      </w:r>
      <w:r/>
    </w:p>
    <w:p>
      <w:pPr>
        <w:pStyle w:val="ListBullet"/>
        <w:spacing w:line="240" w:lineRule="auto"/>
        <w:ind w:left="720"/>
      </w:pPr>
      <w:r/>
      <w:r>
        <w:rPr>
          <w:b/>
        </w:rPr>
        <w:t>Sunny atmosphere:</w:t>
      </w:r>
      <w:r>
        <w:t xml:space="preserve"> The warm, sunny weather helped create a festive, upbeat vibe and lots of smiles.</w:t>
      </w:r>
      <w:r/>
    </w:p>
    <w:p>
      <w:pPr>
        <w:pStyle w:val="ListBullet"/>
        <w:spacing w:line="240" w:lineRule="auto"/>
        <w:ind w:left="720"/>
      </w:pPr>
      <w:r/>
      <w:r>
        <w:rPr>
          <w:b/>
        </w:rPr>
        <w:t>Local boost:</w:t>
      </w:r>
      <w:r>
        <w:t xml:space="preserve"> Businesses reported noticeably better trade, with cafes and shops seeing extra footfall.</w:t>
      </w:r>
      <w:r/>
    </w:p>
    <w:p>
      <w:pPr>
        <w:pStyle w:val="ListBullet"/>
        <w:spacing w:line="240" w:lineRule="auto"/>
        <w:ind w:left="720"/>
      </w:pPr>
      <w:r/>
      <w:r>
        <w:rPr>
          <w:b/>
        </w:rPr>
        <w:t>Meaningful impact:</w:t>
      </w:r>
      <w:r>
        <w:t xml:space="preserve"> Several LGBT residents described the event as the first time they truly felt they belonged in their own community.</w:t>
      </w:r>
      <w:r/>
    </w:p>
    <w:p>
      <w:pPr>
        <w:pStyle w:val="ListBullet"/>
        <w:spacing w:line="240" w:lineRule="auto"/>
        <w:ind w:left="720"/>
      </w:pPr>
      <w:r/>
      <w:r>
        <w:rPr>
          <w:b/>
        </w:rPr>
        <w:t>Sustainability push:</w:t>
      </w:r>
      <w:r>
        <w:t xml:space="preserve"> Organisers are now calling for more volunteers to help make Pride an annual fixture.</w:t>
      </w:r>
      <w:r/>
      <w:r/>
    </w:p>
    <w:p>
      <w:pPr>
        <w:pStyle w:val="Heading2"/>
      </w:pPr>
      <w:r>
        <w:t>A bright, joyful debut , what happened in Galashiels</w:t>
      </w:r>
      <w:r/>
    </w:p>
    <w:p>
      <w:r/>
      <w:r>
        <w:t>The parade wound through the heart of Galashiels before finishing at the Volunteer Hall, where stalls, a band and entertainment ran through the afternoon. The scene was vivid , flags, music and families enjoying the sunshine , and the chair of the organising charity said the day “surpassed our wildest expectations.” For a town long without a Pride, that mix of colour and sound felt like a small revolution.</w:t>
      </w:r>
      <w:r/>
    </w:p>
    <w:p>
      <w:r/>
      <w:r>
        <w:t>Local volunteers marshalled the route and helped set up the Volunteer Hall, where community groups, food stalls and performers kept the party going. Organisers estimate around 500 people marched, not counting the band or stewards, and many more came to watch and take part afterwards. It was the sort of turnout that proves grassroots events can quickly grab the public’s imagination.</w:t>
      </w:r>
      <w:r/>
    </w:p>
    <w:p>
      <w:pPr>
        <w:pStyle w:val="Heading2"/>
      </w:pPr>
      <w:r>
        <w:t>Why it mattered to people who live here</w:t>
      </w:r>
      <w:r/>
    </w:p>
    <w:p>
      <w:r/>
      <w:r>
        <w:t>Feedback from the Borders’ LGBT community was especially moving. Several attendees told organisers it was the first time they’d felt they truly belonged in their home area, while older residents said they wished something like this had existed when they were younger. Those personal responses underline why Pride is about more than a party , it’s a visible, social reassurance that communities can be welcoming.</w:t>
      </w:r>
      <w:r/>
    </w:p>
    <w:p>
      <w:r/>
      <w:r>
        <w:t>Organisers described the warmth of those messages as an honour. For many local people, seeing family members, neighbours and shopkeepers join in the day offered a clear sign of changing attitudes and increased acceptance.</w:t>
      </w:r>
      <w:r/>
    </w:p>
    <w:p>
      <w:pPr>
        <w:pStyle w:val="Heading2"/>
      </w:pPr>
      <w:r>
        <w:t>A welcome boost for local trade</w:t>
      </w:r>
      <w:r/>
    </w:p>
    <w:p>
      <w:r/>
      <w:r>
        <w:t>Business owners were quick to notice the economic lift. Cafés and small shops reported busier-than-usual trading, and organisers said the influx of visitors brightened the town centre. Events like this don’t just create atmosphere; they also help local economies, especially when visitors stay for food and a look around afterwards.</w:t>
      </w:r>
      <w:r/>
    </w:p>
    <w:p>
      <w:r/>
      <w:r>
        <w:t>If you’re planning to bring an event to a town, organisers recommend coordinating with local traders early, scheduling stalls near high-footfall areas, and promoting the day as a community occasion , that way everyone benefits.</w:t>
      </w:r>
      <w:r/>
    </w:p>
    <w:p>
      <w:pPr>
        <w:pStyle w:val="Heading2"/>
      </w:pPr>
      <w:r>
        <w:t>Keeping it going: volunteers and plans for next year</w:t>
      </w:r>
      <w:r/>
    </w:p>
    <w:p>
      <w:r/>
      <w:r>
        <w:t>Having proved demand, the newly formed Scottish Borders Pride charity is now recruiting volunteers to help build Pride into an annual calendar highlight. Volunteers are needed for stewarding, stall management, promotion and fundraising , all the things that turn a successful one-off into a reliable, sustainable event.</w:t>
      </w:r>
      <w:r/>
    </w:p>
    <w:p>
      <w:r/>
      <w:r>
        <w:t>If you want to help, get in touch with the organisers or keep an eye on local listings and social media for volunteer calls. Community involvement is the quickest route from a single joyful day to a recurring tradition.</w:t>
      </w:r>
      <w:r/>
    </w:p>
    <w:p>
      <w:pPr>
        <w:pStyle w:val="Heading2"/>
      </w:pPr>
      <w:r>
        <w:t>What this says about the wider Borders</w:t>
      </w:r>
      <w:r/>
    </w:p>
    <w:p>
      <w:r/>
      <w:r>
        <w:t>The success in Galashiels reflects a wider trend: smaller towns across the UK are hosting Pride events as local communities seek to be visibly inclusive. Reporters and community organisers alike have noted that these local Prides bring different energy from large city parades , more neighbourly, intimate and often deeply meaningful for residents who haven’t previously had that platform.</w:t>
      </w:r>
      <w:r/>
    </w:p>
    <w:p>
      <w:r/>
      <w:r>
        <w:t>Expect to see more Borders events pop up, from ceilidhs to daytime fairs, as local groups take inspiration and build on this debut.</w:t>
      </w:r>
      <w:r/>
    </w:p>
    <w:p>
      <w:r/>
      <w:r>
        <w:t>It's a small change that can make every resident feel a bit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https://www.bordertelegraph.com/news/26509507.first-ever-pride-march-takes-place-scottish-borders/?ref=rss</w:t>
        </w:r>
      </w:hyperlink>
      <w:r>
        <w:t xml:space="preserve"> - Please view link - unable to able to access data</w:t>
      </w:r>
      <w:r/>
    </w:p>
    <w:p>
      <w:pPr>
        <w:pStyle w:val="ListNumber"/>
        <w:spacing w:line="240" w:lineRule="auto"/>
        <w:ind w:left="720"/>
      </w:pPr>
      <w:r/>
      <w:hyperlink r:id="rId10">
        <w:r>
          <w:rPr>
            <w:color w:val="0000EE"/>
            <w:u w:val="single"/>
          </w:rPr>
          <w:t>https://www.itv.com/news/border/2026-05-27/lgbt-pride-parade-coming-to-the-scottish-borders-for-the-first-time</w:t>
        </w:r>
      </w:hyperlink>
      <w:r>
        <w:t xml:space="preserve"> - In May 2026, ITV News Border reported that the Scottish Borders would host its first-ever LGBT+ Pride event in August 2026. Organised by the newly formed Scottish Borders Pride, the event was set to be free and un-ticketed, featuring a parade, live entertainment, and exhibitions in Galashiels. Chair Fay Sinclair expressed excitement about the milestone for the LGBT+ community in the region, emphasising the event's focus on acceptance and community.</w:t>
      </w:r>
      <w:r/>
    </w:p>
    <w:p>
      <w:pPr>
        <w:pStyle w:val="ListNumber"/>
        <w:spacing w:line="240" w:lineRule="auto"/>
        <w:ind w:left="720"/>
      </w:pPr>
      <w:r/>
      <w:hyperlink r:id="rId13">
        <w:r>
          <w:rPr>
            <w:color w:val="0000EE"/>
            <w:u w:val="single"/>
          </w:rPr>
          <w:t>https://happeningnext.com/event/scottish-borders-pride-eid3a0dtah8hu</w:t>
        </w:r>
      </w:hyperlink>
      <w:r>
        <w:t xml:space="preserve"> - HappeningNext announced the Scottish Borders Pride event scheduled for 29 August 2026 in Galashiels. The unticketed and free event aimed to be accessible to as many people as possible, featuring a parade starting at Albert Place at 11:30 am, followed by live music, entertainment, and stalls in the Volunteer Hall from 12:45 pm to 5 pm. The organisers encouraged attendees to follow @scotborderspride for updates on performances and stallholders.</w:t>
      </w:r>
      <w:r/>
    </w:p>
    <w:p>
      <w:pPr>
        <w:pStyle w:val="ListNumber"/>
        <w:spacing w:line="240" w:lineRule="auto"/>
        <w:ind w:left="720"/>
      </w:pPr>
      <w:r/>
      <w:hyperlink r:id="rId12">
        <w:r>
          <w:rPr>
            <w:color w:val="0000EE"/>
            <w:u w:val="single"/>
          </w:rPr>
          <w:t>https://stayhappening.com/e/pride-in-the-borders-ceilidh-E2ISYR0UW5E</w:t>
        </w:r>
      </w:hyperlink>
      <w:r>
        <w:t xml:space="preserve"> - StayHappening.com listed the 'Pride in the Borders Ceilidh' hosted by Scottish Borders LGBT Equality, taking place on 29 August 2026 at MacArts in Galashiels. The ticketed event, with limited availability, was priced at £10 for adults and £5 for children. The ceilidh featured live music by Riddell Fiddles and included a quiet space for attendees needing a break. Tickets were available through Eventbrite.</w:t>
      </w:r>
      <w:r/>
    </w:p>
    <w:p>
      <w:pPr>
        <w:pStyle w:val="ListNumber"/>
        <w:spacing w:line="240" w:lineRule="auto"/>
        <w:ind w:left="720"/>
      </w:pPr>
      <w:r/>
      <w:hyperlink r:id="rId11">
        <w:r>
          <w:rPr>
            <w:color w:val="0000EE"/>
            <w:u w:val="single"/>
          </w:rPr>
          <w:t>https://www.pinkuk.com/events/europe/uk/borders/galashiels/pride-in-the-borders-2026</w:t>
        </w:r>
      </w:hyperlink>
      <w:r>
        <w:t xml:space="preserve"> - PinkUk.com provided details about the inaugural Pride in the Borders event, scheduled for 29 August 2026 in Galashiels. The event was set to include a parade, festival, and after-party, with specific themes, parade routes, and festival details to be announced. The organisers aimed to create an inclusive and celebratory atmosphere for the LGBT+ community in the Scottish Borders.</w:t>
      </w:r>
      <w:r/>
    </w:p>
    <w:p>
      <w:pPr>
        <w:pStyle w:val="ListNumber"/>
        <w:spacing w:line="240" w:lineRule="auto"/>
        <w:ind w:left="720"/>
      </w:pPr>
      <w:r/>
      <w:hyperlink r:id="rId14">
        <w:r>
          <w:rPr>
            <w:color w:val="0000EE"/>
            <w:u w:val="single"/>
          </w:rPr>
          <w:t>https://www.enjoy.ly/uk/activity/57191692/pride-in-the-mac-arts-galashiels</w:t>
        </w:r>
      </w:hyperlink>
      <w:r>
        <w:t xml:space="preserve"> - Enjoy.ly featured the Pride in the Borders event, highlighting its significance as the first Pride event in the Scottish Borders, taking place on 29 August 2026 in Galashiels. The event was set to include a parade, festival, and after-party, with specific details to be announced. The organisers aimed to create an inclusive and celebratory atmosphere for the LGBT+ community in the region.</w:t>
      </w:r>
      <w:r/>
    </w:p>
    <w:p>
      <w:pPr>
        <w:pStyle w:val="ListNumber"/>
        <w:spacing w:line="240" w:lineRule="auto"/>
        <w:ind w:left="720"/>
      </w:pPr>
      <w:r/>
      <w:hyperlink r:id="rId15">
        <w:r>
          <w:rPr>
            <w:color w:val="0000EE"/>
            <w:u w:val="single"/>
          </w:rPr>
          <w:t>https://www.bordersbuses.co.uk/stops/6900677/updates</w:t>
        </w:r>
      </w:hyperlink>
      <w:r>
        <w:t xml:space="preserve"> - Borders Buses issued a service update regarding road closures in Galashiels town centre on 29 August 2026 due to the Scottish Borders Pride event. Several roads were to be closed between 11:30 am and 1:00 pm, leading to diversions for services departing Galashiels Interchange during these times. Passengers were advised to allow extra time for their journeys and thanked for their patience during the temporary road closures.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ordertelegraph.com/news/26509507.first-ever-pride-march-takes-place-scottish-borders/?ref=rss" TargetMode="External"/><Relationship Id="rId10" Type="http://schemas.openxmlformats.org/officeDocument/2006/relationships/hyperlink" Target="https://www.itv.com/news/border/2026-05-27/lgbt-pride-parade-coming-to-the-scottish-borders-for-the-first-time" TargetMode="External"/><Relationship Id="rId11" Type="http://schemas.openxmlformats.org/officeDocument/2006/relationships/hyperlink" Target="https://www.pinkuk.com/events/europe/uk/borders/galashiels/pride-in-the-borders-2026" TargetMode="External"/><Relationship Id="rId12" Type="http://schemas.openxmlformats.org/officeDocument/2006/relationships/hyperlink" Target="https://stayhappening.com/e/pride-in-the-borders-ceilidh-E2ISYR0UW5E" TargetMode="External"/><Relationship Id="rId13" Type="http://schemas.openxmlformats.org/officeDocument/2006/relationships/hyperlink" Target="https://happeningnext.com/event/scottish-borders-pride-eid3a0dtah8hu" TargetMode="External"/><Relationship Id="rId14" Type="http://schemas.openxmlformats.org/officeDocument/2006/relationships/hyperlink" Target="https://www.enjoy.ly/uk/activity/57191692/pride-in-the-mac-arts-galashiels" TargetMode="External"/><Relationship Id="rId15" Type="http://schemas.openxmlformats.org/officeDocument/2006/relationships/hyperlink" Target="https://www.bordersbuses.co.uk/stops/6900677/up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