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Saturday Line-up for Manchester Village Pride 2026: Full Stage Times and Weekend Highlights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revelers are heading into the Gay Village this Saturday for Manchester Village Pride 2026, where a packed day of music, drag and community events promises unity, celebration and a proper knees-up , here's the full Saturday stage times and what to expect.</w:t>
      </w:r>
      <w:r/>
    </w:p>
    <w:p>
      <w:r/>
      <w:r>
        <w:t>Essential Takeaways</w:t>
      </w:r>
      <w:r/>
      <w:r/>
    </w:p>
    <w:p>
      <w:pPr>
        <w:pStyle w:val="ListBullet"/>
        <w:spacing w:line="240" w:lineRule="auto"/>
        <w:ind w:left="720"/>
      </w:pPr>
      <w:r/>
      <w:r>
        <w:rPr>
          <w:b/>
        </w:rPr>
        <w:t>Big names on the bill:</w:t>
      </w:r>
      <w:r>
        <w:t xml:space="preserve"> Gareth Gates and DJ Sammy headline the Main Stage, with drag stars, queer icons and surprise speakers throughout the day.</w:t>
      </w:r>
      <w:r/>
    </w:p>
    <w:p>
      <w:pPr>
        <w:pStyle w:val="ListBullet"/>
        <w:spacing w:line="240" w:lineRule="auto"/>
        <w:ind w:left="720"/>
      </w:pPr>
      <w:r/>
      <w:r>
        <w:rPr>
          <w:b/>
        </w:rPr>
        <w:t>Two music hubs:</w:t>
      </w:r>
      <w:r>
        <w:t xml:space="preserve"> Main Stage runs big performances and inspirational speakers, while the Community Stage spotlights charities, local choirs and tribute acts.</w:t>
      </w:r>
      <w:r/>
    </w:p>
    <w:p>
      <w:pPr>
        <w:pStyle w:val="ListBullet"/>
        <w:spacing w:line="240" w:lineRule="auto"/>
        <w:ind w:left="720"/>
      </w:pPr>
      <w:r/>
      <w:r>
        <w:rPr>
          <w:b/>
        </w:rPr>
        <w:t>Family-friendly options:</w:t>
      </w:r>
      <w:r>
        <w:t xml:space="preserve"> Proud Fest at the Great Northern Warehouse offers daytime events for families, and a Calm Space is provided for neurodivergent attendees.</w:t>
      </w:r>
      <w:r/>
    </w:p>
    <w:p>
      <w:pPr>
        <w:pStyle w:val="ListBullet"/>
        <w:spacing w:line="240" w:lineRule="auto"/>
        <w:ind w:left="720"/>
      </w:pPr>
      <w:r/>
      <w:r>
        <w:rPr>
          <w:b/>
        </w:rPr>
        <w:t>Festival feel:</w:t>
      </w:r>
      <w:r>
        <w:t xml:space="preserve"> Gaydio Dance Arena and DJ takeovers keep the party going between live sets, with runway moments and club DJs.</w:t>
      </w:r>
      <w:r/>
    </w:p>
    <w:p>
      <w:pPr>
        <w:pStyle w:val="ListBullet"/>
        <w:spacing w:line="240" w:lineRule="auto"/>
        <w:ind w:left="720"/>
      </w:pPr>
      <w:r/>
      <w:r>
        <w:rPr>
          <w:b/>
        </w:rPr>
        <w:t>Accessibility and care:</w:t>
      </w:r>
      <w:r>
        <w:t xml:space="preserve"> Neuroqueerz’ Calm Space at the Holiday Inn gives a low-stimulation option for anyone who needs it.</w:t>
      </w:r>
      <w:r/>
      <w:r/>
    </w:p>
    <w:p>
      <w:pPr>
        <w:pStyle w:val="Heading2"/>
      </w:pPr>
      <w:r>
        <w:t>What to expect on the Main Stage , pop, drag and two big headliners</w:t>
      </w:r>
      <w:r/>
    </w:p>
    <w:p>
      <w:r/>
      <w:r>
        <w:t>The Main Stage is the heart of the Saturday programme and it feels like a proper festival run sheet, with pop nostalgia and new queer talent rubbing shoulders. Expect set highlights like Kym Sims early in the afternoon, a series of powerhouse drag performances and an evening crescendo with Gareth Gates’ Boyband In The Buff followed by DJ Sammy spinning into the night. Organisers have sprinkled in inspirational speakers too, so it’s as much about community as it is about the tunes. If you want a photo-friendly spot near the front, arrive early , the crowd builds fast and the atmosphere is lively and loud.</w:t>
      </w:r>
      <w:r/>
    </w:p>
    <w:p>
      <w:pPr>
        <w:pStyle w:val="Heading2"/>
      </w:pPr>
      <w:r>
        <w:t>Community Stage , charities, choirs and local faces</w:t>
      </w:r>
      <w:r/>
    </w:p>
    <w:p>
      <w:r/>
      <w:r>
        <w:t>The Community Stage focuses on the city’s grassroots , think Manchester Proud Chorus, charity slots from The LGBT Foundation, Sparkle and The Proud Trust, and tribute moments like Freddie Mercury and Zara Larsson tributes. It’s a calmer, more intimate vibe than the Main Stage, and a great place to catch up-and-coming local performers. For families and anyone wanting to support community groups, this stage is the place to linger and listen. Bring a folding chair if you need a sit-down; the area tends to be more spacious.</w:t>
      </w:r>
      <w:r/>
    </w:p>
    <w:p>
      <w:pPr>
        <w:pStyle w:val="Heading2"/>
      </w:pPr>
      <w:r>
        <w:t>Gaydio Dance Arena and club takeovers , runway, DJs and late energy</w:t>
      </w:r>
      <w:r/>
    </w:p>
    <w:p>
      <w:r/>
      <w:r>
        <w:t>If you want to dance, the Gaydio Dance Arena has takeover sets, runway moments and club DJs such as Kat Brown Sugar, Reisner and Kim Lana. There are also fashion-forward runway moments from local creatives , perfect if you’re after a bit of theatre between mixes. This area keeps the energy high and is where friends tend to reconvene after catching acts across the village. Wear comfy shoes and pack a light layer; it’s likely to stay warm while the music’s pumping.</w:t>
      </w:r>
      <w:r/>
    </w:p>
    <w:p>
      <w:pPr>
        <w:pStyle w:val="Heading2"/>
      </w:pPr>
      <w:r>
        <w:t>Inclusive spaces and family-friendly options , Calm Space and Proud Fest</w:t>
      </w:r>
      <w:r/>
    </w:p>
    <w:p>
      <w:r/>
      <w:r>
        <w:t>Manchester Village Pride isn’t just music and late nights; it’s planning for different needs. Neuroqueerz runs a Calm Space at the Holiday Inn on Aytoun Street, offering a low-stimulation environment for neurodivergent or sensory-sensitive visitors. Meanwhile, Proud Fest at the Great Northern Warehouse provides daytime programming suitable for families. These provisions make the day more accessible , if you or someone you’re with needs a quieter moment, head for those zones early to familiarise yourself.</w:t>
      </w:r>
      <w:r/>
    </w:p>
    <w:p>
      <w:pPr>
        <w:pStyle w:val="Heading2"/>
      </w:pPr>
      <w:r>
        <w:t>Practical tips for getting the best day out</w:t>
      </w:r>
      <w:r/>
    </w:p>
    <w:p>
      <w:r/>
      <w:r>
        <w:t>Plan your route around the set times if you’ve got specific acts to catch , Main Stage slots are tightly scheduled and late changes can happen. Use public transport where possible; the Gay Village gets busy and bike parking fills fast. Stay hydrated and set a meeting point with friends, because phone signal can get patchy in crowded moments. Finally, check the official Manchester Village Pride channels on the day for any last-minute tweaks to the running order.</w:t>
      </w:r>
      <w:r/>
    </w:p>
    <w:p>
      <w:r/>
      <w:r>
        <w:t>It's a small change in plans that can make every moment more enjoyable , pick the stage that suits your mood and go have a proper Pride day.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1">
        <w:r>
          <w:rPr>
            <w:color w:val="0000EE"/>
            <w:u w:val="single"/>
          </w:rPr>
          <w:t>[3]</w:t>
        </w:r>
      </w:hyperlink>
      <w:r>
        <w:t xml:space="preserve">- Paragraph 3: </w:t>
      </w:r>
      <w:hyperlink r:id="rId10">
        <w:r>
          <w:rPr>
            <w:color w:val="0000EE"/>
            <w:u w:val="single"/>
          </w:rPr>
          <w:t>[2]</w:t>
        </w:r>
      </w:hyperlink>
      <w:r>
        <w:t xml:space="preserve">, </w:t>
      </w:r>
      <w:hyperlink r:id="rId11">
        <w:r>
          <w:rPr>
            <w:color w:val="0000EE"/>
            <w:u w:val="single"/>
          </w:rPr>
          <w:t>[3]</w:t>
        </w:r>
      </w:hyperlink>
      <w:r>
        <w:t xml:space="preserve">- Paragraph 4: </w:t>
      </w:r>
      <w:hyperlink r:id="rId11">
        <w:r>
          <w:rPr>
            <w:color w:val="0000EE"/>
            <w:u w:val="single"/>
          </w:rPr>
          <w:t>[3]</w:t>
        </w:r>
      </w:hyperlink>
      <w:r>
        <w:t xml:space="preserve">, </w:t>
      </w:r>
      <w:hyperlink r:id="rId10">
        <w:r>
          <w:rPr>
            <w:color w:val="0000EE"/>
            <w:u w:val="single"/>
          </w:rPr>
          <w:t>[2]</w:t>
        </w:r>
      </w:hyperlink>
      <w:r>
        <w:t xml:space="preserve">- Paragraph 5: </w:t>
      </w:r>
      <w:hyperlink r:id="rId10">
        <w:r>
          <w:rPr>
            <w:color w:val="0000EE"/>
            <w:u w:val="single"/>
          </w:rPr>
          <w:t>[2]</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https://www.manchestereveningnews.co.uk/whats-on/music-nightlife-news/manchester-village-pride-2026-saturday-34472147</w:t>
        </w:r>
      </w:hyperlink>
      <w:r>
        <w:t xml:space="preserve"> - Please view link - unable to able to access data</w:t>
      </w:r>
      <w:r/>
    </w:p>
    <w:p>
      <w:pPr>
        <w:pStyle w:val="ListNumber"/>
        <w:spacing w:line="240" w:lineRule="auto"/>
        <w:ind w:left="720"/>
      </w:pPr>
      <w:r/>
      <w:hyperlink r:id="rId10">
        <w:r>
          <w:rPr>
            <w:color w:val="0000EE"/>
            <w:u w:val="single"/>
          </w:rPr>
          <w:t>https://www.manchestervillagepride.org/faqs/</w:t>
        </w:r>
      </w:hyperlink>
      <w:r>
        <w:t xml:space="preserve"> - The official Manchester Village Pride website provides comprehensive information about the event, including dates, ticketing, and facilities. The event is scheduled from Friday 28th August to Monday 31st August 2026, with gates opening at 12pm on Saturday. Tickets are required for entry, and can be purchased in advance through Skiddle or at event box offices during the weekend. The website also details facilities such as viewing platforms, quiet zones, and BSL interpreters present on the Main Stage, Sackville Gardens, and at the Vigil.</w:t>
      </w:r>
      <w:r/>
    </w:p>
    <w:p>
      <w:pPr>
        <w:pStyle w:val="ListNumber"/>
        <w:spacing w:line="240" w:lineRule="auto"/>
        <w:ind w:left="720"/>
      </w:pPr>
      <w:r/>
      <w:hyperlink r:id="rId11">
        <w:r>
          <w:rPr>
            <w:color w:val="0000EE"/>
            <w:u w:val="single"/>
          </w:rPr>
          <w:t>https://www.manchestervillagepride.org/the-event/</w:t>
        </w:r>
      </w:hyperlink>
      <w:r>
        <w:t xml:space="preserve"> - This page outlines the programme highlights for Manchester Village Pride 2026. It details the Main Stage, Sackville Gardens: The Community Showcase, and the Dance Arena. The Main Stage will showcase the best of Manchester and the UK's queer talent, with all artists being paid fairly. The Community Showcase offers a space for reflection, acoustic sets, and community voices, while the Dance Arena is curated by legends of Manchester’s nightlife, featuring house, techno, and disco music.</w:t>
      </w:r>
      <w:r/>
    </w:p>
    <w:p>
      <w:pPr>
        <w:pStyle w:val="ListNumber"/>
        <w:spacing w:line="240" w:lineRule="auto"/>
        <w:ind w:left="720"/>
      </w:pPr>
      <w:r/>
      <w:hyperlink r:id="rId10">
        <w:r>
          <w:rPr>
            <w:color w:val="0000EE"/>
            <w:u w:val="single"/>
          </w:rPr>
          <w:t>https://www.manchestervillagepride.org/faqs/</w:t>
        </w:r>
      </w:hyperlink>
      <w:r>
        <w:t xml:space="preserve"> - The official Manchester Village Pride website provides comprehensive information about the event, including dates, ticketing, and facilities. The event is scheduled from Friday 28th August to Monday 31st August 2026, with gates opening at 12pm on Saturday. Tickets are required for entry, and can be purchased in advance through Skiddle or at event box offices during the weekend. The website also details facilities such as viewing platforms, quiet zones, and BSL interpreters present on the Main Stage, Sackville Gardens, and at the Vigil.</w:t>
      </w:r>
      <w:r/>
    </w:p>
    <w:p>
      <w:pPr>
        <w:pStyle w:val="ListNumber"/>
        <w:spacing w:line="240" w:lineRule="auto"/>
        <w:ind w:left="720"/>
      </w:pPr>
      <w:r/>
      <w:hyperlink r:id="rId11">
        <w:r>
          <w:rPr>
            <w:color w:val="0000EE"/>
            <w:u w:val="single"/>
          </w:rPr>
          <w:t>https://www.manchestervillagepride.org/the-event/</w:t>
        </w:r>
      </w:hyperlink>
      <w:r>
        <w:t xml:space="preserve"> - This page outlines the programme highlights for Manchester Village Pride 2026. It details the Main Stage, Sackville Gardens: The Community Showcase, and the Dance Arena. The Main Stage will showcase the best of Manchester and the UK's queer talent, with all artists being paid fairly. The Community Showcase offers a space for reflection, acoustic sets, and community voices, while the Dance Arena is curated by legends of Manchester’s nightlife, featuring house, techno, and disco music.</w:t>
      </w:r>
      <w:r/>
    </w:p>
    <w:p>
      <w:pPr>
        <w:pStyle w:val="ListNumber"/>
        <w:spacing w:line="240" w:lineRule="auto"/>
        <w:ind w:left="720"/>
      </w:pPr>
      <w:r/>
      <w:hyperlink r:id="rId10">
        <w:r>
          <w:rPr>
            <w:color w:val="0000EE"/>
            <w:u w:val="single"/>
          </w:rPr>
          <w:t>https://www.manchestervillagepride.org/faqs/</w:t>
        </w:r>
      </w:hyperlink>
      <w:r>
        <w:t xml:space="preserve"> - The official Manchester Village Pride website provides comprehensive information about the event, including dates, ticketing, and facilities. The event is scheduled from Friday 28th August to Monday 31st August 2026, with gates opening at 12pm on Saturday. Tickets are required for entry, and can be purchased in advance through Skiddle or at event box offices during the weekend. The website also details facilities such as viewing platforms, quiet zones, and BSL interpreters present on the Main Stage, Sackville Gardens, and at the Vigil.</w:t>
      </w:r>
      <w:r/>
    </w:p>
    <w:p>
      <w:pPr>
        <w:pStyle w:val="ListNumber"/>
        <w:spacing w:line="240" w:lineRule="auto"/>
        <w:ind w:left="720"/>
      </w:pPr>
      <w:r/>
      <w:hyperlink r:id="rId11">
        <w:r>
          <w:rPr>
            <w:color w:val="0000EE"/>
            <w:u w:val="single"/>
          </w:rPr>
          <w:t>https://www.manchestervillagepride.org/the-event/</w:t>
        </w:r>
      </w:hyperlink>
      <w:r>
        <w:t xml:space="preserve"> - This page outlines the programme highlights for Manchester Village Pride 2026. It details the Main Stage, Sackville Gardens: The Community Showcase, and the Dance Arena. The Main Stage will showcase the best of Manchester and the UK's queer talent, with all artists being paid fairly. The Community Showcase offers a space for reflection, acoustic sets, and community voices, while the Dance Arena is curated by legends of Manchester’s nightlife, featuring house, techno, and disco music.</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manchestereveningnews.co.uk/whats-on/music-nightlife-news/manchester-village-pride-2026-saturday-34472147" TargetMode="External"/><Relationship Id="rId10" Type="http://schemas.openxmlformats.org/officeDocument/2006/relationships/hyperlink" Target="https://www.manchestervillagepride.org/faqs/" TargetMode="External"/><Relationship Id="rId11" Type="http://schemas.openxmlformats.org/officeDocument/2006/relationships/hyperlink" Target="https://www.manchestervillagepride.org/the-ev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