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Sapphic TV Shows and Movies to Watch This September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streamers are firing up their autumn watchlists: new sapphic stories, returning favourites and queer-forward reality TV land across screens this September, offering everything from true‑life documentaries to buzzy dramas and cosy comedies, here’s what to queue and why it matters.</w:t>
      </w:r>
      <w:r/>
    </w:p>
    <w:p>
      <w:r/>
      <w:r>
        <w:t>Essential Takeaways</w:t>
      </w:r>
      <w:r/>
      <w:r/>
    </w:p>
    <w:p>
      <w:pPr>
        <w:pStyle w:val="ListBullet"/>
        <w:spacing w:line="240" w:lineRule="auto"/>
        <w:ind w:left="720"/>
      </w:pPr>
      <w:r/>
      <w:r>
        <w:rPr>
          <w:b/>
        </w:rPr>
        <w:t>Big return:</w:t>
      </w:r>
      <w:r>
        <w:t xml:space="preserve"> American Horror Story’s finale season reunites major cast members and brings a heightened, nostalgic creepiness. </w:t>
      </w:r>
      <w:r/>
    </w:p>
    <w:p>
      <w:pPr>
        <w:pStyle w:val="ListBullet"/>
        <w:spacing w:line="240" w:lineRule="auto"/>
        <w:ind w:left="720"/>
      </w:pPr>
      <w:r/>
      <w:r>
        <w:rPr>
          <w:b/>
        </w:rPr>
        <w:t>Documentary pick:</w:t>
      </w:r>
      <w:r>
        <w:t xml:space="preserve"> Barbara Forever, a vivid portrait of filmmaker Barbara Hammer, opens theatrically in US cities this month and offers an archival, kaleidoscopic look at lesbian cinema. </w:t>
      </w:r>
      <w:r/>
    </w:p>
    <w:p>
      <w:pPr>
        <w:pStyle w:val="ListBullet"/>
        <w:spacing w:line="240" w:lineRule="auto"/>
        <w:ind w:left="720"/>
      </w:pPr>
      <w:r/>
      <w:r>
        <w:rPr>
          <w:b/>
        </w:rPr>
        <w:t>Fresh sapphic fiction:</w:t>
      </w:r>
      <w:r>
        <w:t xml:space="preserve"> Slo Pitch and Monster: The Lizzie Borden Story introduce loud, messy, sexy queer protagonists you’ll want to root for. </w:t>
      </w:r>
      <w:r/>
    </w:p>
    <w:p>
      <w:pPr>
        <w:pStyle w:val="ListBullet"/>
        <w:spacing w:line="240" w:lineRule="auto"/>
        <w:ind w:left="720"/>
      </w:pPr>
      <w:r/>
      <w:r>
        <w:rPr>
          <w:b/>
        </w:rPr>
        <w:t>Reality and competition:</w:t>
      </w:r>
      <w:r>
        <w:t xml:space="preserve"> King of Drag season 2 and Special Forces season 5 put queer performers and celebrities under very different kinds of pressure, performance and survival. </w:t>
      </w:r>
      <w:r/>
    </w:p>
    <w:p>
      <w:pPr>
        <w:pStyle w:val="ListBullet"/>
        <w:spacing w:line="240" w:lineRule="auto"/>
        <w:ind w:left="720"/>
      </w:pPr>
      <w:r/>
      <w:r>
        <w:rPr>
          <w:b/>
        </w:rPr>
        <w:t>Where to watch:</w:t>
      </w:r>
      <w:r>
        <w:t xml:space="preserve"> Titles land across Netflix, Prime Video, FX, Revry, Crave and theatrical runs, so mix streaming with a cinema night for variety.</w:t>
      </w:r>
      <w:r/>
      <w:r/>
    </w:p>
    <w:p>
      <w:pPr>
        <w:pStyle w:val="Heading2"/>
      </w:pPr>
      <w:r>
        <w:t>Why Barbara Forever is a must‑see for cinephiles and queer history fans</w:t>
      </w:r>
      <w:r/>
    </w:p>
    <w:p>
      <w:r/>
      <w:r>
        <w:t>The film about Barbara Hammer opens theatrically in select US cities, giving viewers the rare chance to see a lifetime of experimental, lesbian filmmaking on the big screen. Critics and programmers have praised its rich archival texture and Hammer’s own voice, which threads her work together. If you care about queer film history, this is the kind of documentary that feels both scholarly and warmly lived‑in, think personal diaries, super‑8 grain and a soundtrack that lingers. Check local listings for Film Forum in New York or Laemmle Royal in Los Angeles and plan a trip; seeing Hammer’s images projected makes a real difference.</w:t>
      </w:r>
      <w:r/>
    </w:p>
    <w:p>
      <w:pPr>
        <w:pStyle w:val="Heading2"/>
      </w:pPr>
      <w:r>
        <w:t>Monster: The Lizzie Borden Story, true crime with sapphic fury</w:t>
      </w:r>
      <w:r/>
    </w:p>
    <w:p>
      <w:r/>
      <w:r>
        <w:t>Netflix’s take on Lizzie Borden reframes the infamous case as a story of repression, revenge and desire, casting the relationship between a wealthy daughter and her maid at the centre of the drama. It’s stylised and provocative, designed to shock as much as to sympathise, and the show leans into the gothic trappings: creaking wood, claustrophobic rooms and simmering resentments. If you enjoy historical reimaginings that rewrite the margins of famous crimes, this one will be appointment viewing, just expect a gaze that’s bold and deliberately theatrical.</w:t>
      </w:r>
      <w:r/>
    </w:p>
    <w:p>
      <w:pPr>
        <w:pStyle w:val="Heading2"/>
      </w:pPr>
      <w:r>
        <w:t>Slo Pitch: sports, slapstick and messy queer romance</w:t>
      </w:r>
      <w:r/>
    </w:p>
    <w:p>
      <w:r/>
      <w:r>
        <w:t>For something lighter, the sapphic softball comedy Slo Pitch brings a gloriously human, slightly chaotic energy to small‑town sports life. The show thrives on tactile details, the slap of a glove, beer‑soaked dugouts, ragged uniforms, and its characters are messy in that honest, relatable way. It’s perfect when you want warmth and laughs without pretence. If you’re choosing episodes for a group watch, start with character‑introducing instalments so everyone falls for the team’s quirks together.</w:t>
      </w:r>
      <w:r/>
    </w:p>
    <w:p>
      <w:pPr>
        <w:pStyle w:val="Heading2"/>
      </w:pPr>
      <w:r>
        <w:t>King of Drag and Special Forces, two very different tests</w:t>
      </w:r>
      <w:r/>
    </w:p>
    <w:p>
      <w:r/>
      <w:r>
        <w:t>Drag performance and physical endurance don’t usually share a billing, but this month brings both. King of Drag’s second season continues to spotlight drag kings and nonbinary performers, celebrating creativity and community in challenges that prize originality and showmanship. Meanwhile, Special Forces: World’s Toughest Test drops celebrities into brutal jungle conditions, no glamour, all grit. Together they show different sides of queer visibility: one performative and theatrical, the other a test of vulnerability and resilience. Pick based on mood, fierce runway looks or teeth‑clenching survival sequences.</w:t>
      </w:r>
      <w:r/>
    </w:p>
    <w:p>
      <w:pPr>
        <w:pStyle w:val="Heading2"/>
      </w:pPr>
      <w:r>
        <w:t>Binge recommendations and how to build your September queue</w:t>
      </w:r>
      <w:r/>
    </w:p>
    <w:p>
      <w:r/>
      <w:r>
        <w:t>Mix tone and platform: slot a documentary or theatrical title for a slower night, a horror or true‑crime drama for late‑evening chills, and a comedy for lighter downtime. If you’re streaming, use Netflix’s Best of the Best or Call My Agent! The Movie as midweek comfort watches; save American Horror Story and Monster for a weekend marathon with the lights off. For group viewing, Slo Pitch’s broad humour and King of Drag’s spectacle are crowd pleasers. And if you can, prioritise seeing Barbara Forever on the big screen, archival work like this rewards the full cinema treatment.</w:t>
      </w:r>
      <w:r/>
    </w:p>
    <w:p>
      <w:r/>
      <w:r>
        <w:t>It's a small change to your watchlist that can open up fresh queer perspectives, and make September a lot more interesting.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[5]</w:t>
        </w:r>
      </w:hyperlink>
      <w:r>
        <w:t xml:space="preserve">, </w:t>
      </w:r>
      <w:hyperlink r:id="rId11">
        <w:r>
          <w:rPr>
            <w:color w:val="0000EE"/>
            <w:u w:val="single"/>
          </w:rPr>
          <w:t>[7]</w:t>
        </w:r>
      </w:hyperlink>
      <w:r>
        <w:t xml:space="preserve">- Paragraph 2: </w:t>
      </w:r>
      <w:hyperlink r:id="rId12">
        <w:r>
          <w:rPr>
            <w:color w:val="0000EE"/>
            <w:u w:val="single"/>
          </w:rPr>
          <w:t>[2]</w:t>
        </w:r>
      </w:hyperlink>
      <w:r>
        <w:t xml:space="preserve">, </w:t>
      </w:r>
      <w:hyperlink r:id="rId13">
        <w:r>
          <w:rPr>
            <w:color w:val="0000EE"/>
            <w:u w:val="single"/>
          </w:rPr>
          <w:t>[4]</w:t>
        </w:r>
      </w:hyperlink>
      <w:r>
        <w:t xml:space="preserve">- Paragraph 3: </w:t>
      </w:r>
      <w:hyperlink r:id="rId9">
        <w:r>
          <w:rPr>
            <w:color w:val="0000EE"/>
            <w:u w:val="single"/>
          </w:rPr>
          <w:t>[1]</w:t>
        </w:r>
      </w:hyperlink>
      <w:r>
        <w:t xml:space="preserve">, </w:t>
      </w:r>
      <w:hyperlink r:id="rId10">
        <w:r>
          <w:rPr>
            <w:color w:val="0000EE"/>
            <w:u w:val="single"/>
          </w:rPr>
          <w:t>[5]</w:t>
        </w:r>
      </w:hyperlink>
      <w:r>
        <w:t xml:space="preserve">- Paragraph 4: </w:t>
      </w:r>
      <w:hyperlink r:id="rId9">
        <w:r>
          <w:rPr>
            <w:color w:val="0000EE"/>
            <w:u w:val="single"/>
          </w:rPr>
          <w:t>[1]</w:t>
        </w:r>
      </w:hyperlink>
      <w:r>
        <w:t xml:space="preserve">- Paragraph 5: </w:t>
      </w:r>
      <w:hyperlink r:id="rId9">
        <w:r>
          <w:rPr>
            <w:color w:val="0000EE"/>
            <w:u w:val="single"/>
          </w:rPr>
          <w:t>[1]</w:t>
        </w:r>
      </w:hyperlink>
      <w:r>
        <w:t xml:space="preserve">, </w:t>
      </w:r>
      <w:hyperlink r:id="rId12">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https://gomag.com/article/lesbian-tv-shows-and-movies-coming-in-september-2026/</w:t>
        </w:r>
      </w:hyperlink>
      <w:r>
        <w:t xml:space="preserve"> - Please view link - unable to able to access data</w:t>
      </w:r>
      <w:r/>
    </w:p>
    <w:p>
      <w:pPr>
        <w:pStyle w:val="ListNumber"/>
        <w:spacing w:line="240" w:lineRule="auto"/>
        <w:ind w:left="720"/>
      </w:pPr>
      <w:r/>
      <w:hyperlink r:id="rId12">
        <w:r>
          <w:rPr>
            <w:color w:val="0000EE"/>
            <w:u w:val="single"/>
          </w:rPr>
          <w:t>https://www.wmm.com/barbara-forever-opens-theatrically-this-september-films-by-barbara-hammer-available-through-wmm/</w:t>
        </w:r>
      </w:hyperlink>
      <w:r>
        <w:t xml:space="preserve"> - This article announces the theatrical release of 'Barbara Forever,' a documentary directed by Brydie O'Connor, which premiered at Sundance and won the Teddy Award at the Berlinale. The film explores the life and legacy of pioneering lesbian filmmaker Barbara Hammer. It also highlights that Women Make Movies distributes Hammer's seminal works, including 'Out in South Africa,' 'Tender Fictions,' and 'The Female Closet,' which are referenced in O'Connor’s new feature and available for exhibition, licensing, and purchase.</w:t>
      </w:r>
      <w:r/>
    </w:p>
    <w:p>
      <w:pPr>
        <w:pStyle w:val="ListNumber"/>
        <w:spacing w:line="240" w:lineRule="auto"/>
        <w:ind w:left="720"/>
      </w:pPr>
      <w:r/>
      <w:hyperlink r:id="rId14">
        <w:r>
          <w:rPr>
            <w:color w:val="0000EE"/>
            <w:u w:val="single"/>
          </w:rPr>
          <w:t>https://www.sfcinematheque.org/screening/alt-visions-p2/</w:t>
        </w:r>
      </w:hyperlink>
      <w:r>
        <w:t xml:space="preserve"> - This page provides details about the screening of 'Barbara Forever' by Brydie O’Connor as part of the 'Alternative Visions' program at the Berkeley Art Museum and Pacific Film Archive. The event is scheduled for Wednesday, September 16, 2026, at 7:00 pm. The screening is presented in association with the Berkeley Art Museum and Pacific Film Archive, with admission priced at $18 for general attendees and $12 for Cinematheque members.</w:t>
      </w:r>
      <w:r/>
    </w:p>
    <w:p>
      <w:pPr>
        <w:pStyle w:val="ListNumber"/>
        <w:spacing w:line="240" w:lineRule="auto"/>
        <w:ind w:left="720"/>
      </w:pPr>
      <w:r/>
      <w:hyperlink r:id="rId13">
        <w:r>
          <w:rPr>
            <w:color w:val="0000EE"/>
            <w:u w:val="single"/>
          </w:rPr>
          <w:t>https://www.justwatch.com/us/movie/barbara-forever</w:t>
        </w:r>
      </w:hyperlink>
      <w:r>
        <w:t xml:space="preserve"> - This page offers information about the availability of 'Barbara Forever' for streaming. As of now, the release date for the film on streaming services has not been announced. The page provides a synopsis of the documentary, which is an archive-driven exploration of the life, work, and legacy of iconic, pioneering lesbian filmmaker Barbara Hammer. The film has a runtime of 1 hour and 42 minutes.</w:t>
      </w:r>
      <w:r/>
    </w:p>
    <w:p>
      <w:pPr>
        <w:pStyle w:val="ListNumber"/>
        <w:spacing w:line="240" w:lineRule="auto"/>
        <w:ind w:left="720"/>
      </w:pPr>
      <w:r/>
      <w:hyperlink r:id="rId10">
        <w:r>
          <w:rPr>
            <w:color w:val="0000EE"/>
            <w:u w:val="single"/>
          </w:rPr>
          <w:t>https://www.tomsguide.com/entertainment/netflix/new-on-netflix-in-september-2026-5-best-movies-and-shows-to-stream-plus-full-release-list</w:t>
        </w:r>
      </w:hyperlink>
      <w:r>
        <w:t xml:space="preserve"> - This article highlights Netflix's September 2026 lineup, featuring a diverse array of new content. Notable releases include 'The Gentlemen' season 2, 'Monster: The Lizzie Borden Story,' 'Unabomber,' 'Stavros Halkias: Uncle Stav,' and a live broadcast of the NFL Melbourne Game between the San Francisco 49ers and Los Angeles Rams. The article also mentions the departure of several major movies and shows from the platform throughout the month.</w:t>
      </w:r>
      <w:r/>
    </w:p>
    <w:p>
      <w:pPr>
        <w:pStyle w:val="ListNumber"/>
        <w:spacing w:line="240" w:lineRule="auto"/>
        <w:ind w:left="720"/>
      </w:pPr>
      <w:r/>
      <w:hyperlink r:id="rId15">
        <w:r>
          <w:rPr>
            <w:color w:val="0000EE"/>
            <w:u w:val="single"/>
          </w:rPr>
          <w:t>https://www.tomsguide.com/entertainment/prime-video/new-on-prime-video-in-september-2026-top-picks-and-all-the-new-movies-and-shows-to-watch</w:t>
        </w:r>
      </w:hyperlink>
      <w:r>
        <w:t xml:space="preserve"> - This article discusses Prime Video's September 2026 lineup, offering an exciting mix of new originals and fan-favorite expansions. Highlights include 'The Runner' (Sept. 2), an intense action-thriller starring Gal Gadot; 'The Grand Tour' (Sept. 4), returning with a refreshed trio of presenters; and 'Neagley' (Sept. 16), a spinoff extending the Reacher universe, featuring Maria Sten as a former military investigator delving into a suspicious death.</w:t>
      </w:r>
      <w:r/>
    </w:p>
    <w:p>
      <w:pPr>
        <w:pStyle w:val="ListNumber"/>
        <w:spacing w:line="240" w:lineRule="auto"/>
        <w:ind w:left="720"/>
      </w:pPr>
      <w:r/>
      <w:hyperlink r:id="rId11">
        <w:r>
          <w:rPr>
            <w:color w:val="0000EE"/>
            <w:u w:val="single"/>
          </w:rPr>
          <w:t>https://www.tomsguide.com/entertainment/movies/movies-releasing-in-september-2026/</w:t>
        </w:r>
      </w:hyperlink>
      <w:r>
        <w:t xml:space="preserve"> - This article provides an overview of the top five must-watch movies releasing in September 2026. Among the highlighted films are 'Fall 2: Deadpoint,' an intense survival thriller set in Thailand; 'Mayday,' an action-comedy set in 1980s Soviet Russia starring Ryan Reynolds; 'Practical Magic 2,' continuing the saga of witch sisters Sandra Bullock and Nicole Kidman; and a reboot of the 'Resident Evil' franchise with a fresh storyline set in Raccoon City.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omag.com/article/lesbian-tv-shows-and-movies-coming-in-september-2026/" TargetMode="External"/><Relationship Id="rId10" Type="http://schemas.openxmlformats.org/officeDocument/2006/relationships/hyperlink" Target="https://www.tomsguide.com/entertainment/netflix/new-on-netflix-in-september-2026-5-best-movies-and-shows-to-stream-plus-full-release-list" TargetMode="External"/><Relationship Id="rId11" Type="http://schemas.openxmlformats.org/officeDocument/2006/relationships/hyperlink" Target="https://www.tomsguide.com/entertainment/movies/movies-releasing-in-september-2026/" TargetMode="External"/><Relationship Id="rId12" Type="http://schemas.openxmlformats.org/officeDocument/2006/relationships/hyperlink" Target="https://www.wmm.com/barbara-forever-opens-theatrically-this-september-films-by-barbara-hammer-available-through-wmm/" TargetMode="External"/><Relationship Id="rId13" Type="http://schemas.openxmlformats.org/officeDocument/2006/relationships/hyperlink" Target="https://www.justwatch.com/us/movie/barbara-forever" TargetMode="External"/><Relationship Id="rId14" Type="http://schemas.openxmlformats.org/officeDocument/2006/relationships/hyperlink" Target="https://www.sfcinematheque.org/screening/alt-visions-p2/" TargetMode="External"/><Relationship Id="rId15" Type="http://schemas.openxmlformats.org/officeDocument/2006/relationships/hyperlink" Target="https://www.tomsguide.com/entertainment/prime-video/new-on-prime-video-in-september-2026-top-picks-and-all-the-new-movies-and-shows-to-wat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