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Queerceañera 2026: Why LA’s “Siempre Contigo” Is More Than a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their calendars to late September: the LA LGBT Center’s fourth annual Queerceañera lands on Saturday, September 26, 2026, in Hollywood, and it’s a ticketed fundraiser reworking the quinceañera into a community cotillion that matters , for visibility, support and services across Los Angeles.</w:t>
      </w:r>
      <w:r/>
    </w:p>
    <w:p>
      <w:r/>
      <w:r>
        <w:t>Essential Takeaways</w:t>
      </w:r>
      <w:r/>
      <w:r/>
    </w:p>
    <w:p>
      <w:pPr>
        <w:pStyle w:val="ListBullet"/>
        <w:spacing w:line="240" w:lineRule="auto"/>
        <w:ind w:left="720"/>
      </w:pPr>
      <w:r/>
      <w:r>
        <w:rPr>
          <w:b/>
        </w:rPr>
        <w:t>When and where:</w:t>
      </w:r>
      <w:r>
        <w:t xml:space="preserve"> Queerceañera happens Saturday 26 September, 5:30pm–10pm at The Village at Ed Gould Plaza in Hollywood.</w:t>
      </w:r>
      <w:r/>
    </w:p>
    <w:p>
      <w:pPr>
        <w:pStyle w:val="ListBullet"/>
        <w:spacing w:line="240" w:lineRule="auto"/>
        <w:ind w:left="720"/>
      </w:pPr>
      <w:r/>
      <w:r>
        <w:rPr>
          <w:b/>
        </w:rPr>
        <w:t>Theme and symbol:</w:t>
      </w:r>
      <w:r>
        <w:t xml:space="preserve"> The 2026 theme is “Siempre Contigo” with a hummingbird motif that evokes ancestry and movement; visuals are designed to feel warm and rooted.</w:t>
      </w:r>
      <w:r/>
    </w:p>
    <w:p>
      <w:pPr>
        <w:pStyle w:val="ListBullet"/>
        <w:spacing w:line="240" w:lineRule="auto"/>
        <w:ind w:left="720"/>
      </w:pPr>
      <w:r/>
      <w:r>
        <w:rPr>
          <w:b/>
        </w:rPr>
        <w:t>Honouree:</w:t>
      </w:r>
      <w:r>
        <w:t xml:space="preserve"> Journalist Suzy Exposito is being recognised for reporting on queer Latine stories, highlighting representation in mainstream media.</w:t>
      </w:r>
      <w:r/>
    </w:p>
    <w:p>
      <w:pPr>
        <w:pStyle w:val="ListBullet"/>
        <w:spacing w:line="240" w:lineRule="auto"/>
        <w:ind w:left="720"/>
      </w:pPr>
      <w:r/>
      <w:r>
        <w:rPr>
          <w:b/>
        </w:rPr>
        <w:t>Purpose:</w:t>
      </w:r>
      <w:r>
        <w:t xml:space="preserve"> Now a ticketed fundraiser, proceeds support the LA LGBT Center’s housing, healthcare, legal and youth services across Los Angeles.</w:t>
      </w:r>
      <w:r/>
    </w:p>
    <w:p>
      <w:pPr>
        <w:pStyle w:val="ListBullet"/>
        <w:spacing w:line="240" w:lineRule="auto"/>
        <w:ind w:left="720"/>
      </w:pPr>
      <w:r/>
      <w:r>
        <w:rPr>
          <w:b/>
        </w:rPr>
        <w:t>Vibe and feel:</w:t>
      </w:r>
      <w:r>
        <w:t xml:space="preserve"> Expect a community cotillion , celebratory, ceremonial and socially minded, with opportunities to donate or get involved.</w:t>
      </w:r>
      <w:r/>
      <w:r/>
    </w:p>
    <w:p>
      <w:pPr>
        <w:pStyle w:val="Heading2"/>
      </w:pPr>
      <w:r>
        <w:t>What Queerceañera looks like this year , intimate, symbolic and civic-minded</w:t>
      </w:r>
      <w:r/>
    </w:p>
    <w:p>
      <w:r/>
      <w:r>
        <w:t>The strongest truth about this event is that it’s both festive and functional, marrying pageantry with philanthropy in a sleek, sunny Hollywood setting. The hummingbird imagery gives the night a soft visual cue , small, steady and migratory , which makes the décor and programming feel personal rather than flashy. According to the LA LGBT Center, organisers designed Queerceañera to honour Mexican and Latine ritual while centring queer community needs in Los Angeles, so you’ll see ceremony mixed with fundraising momentum.</w:t>
      </w:r>
      <w:r/>
    </w:p>
    <w:p>
      <w:r/>
      <w:r>
        <w:t>Expect music, toasts and a formal-ish procession that borrows from quinceañera tradition but reinterprets it as a community cotillion. The event’s move to a ticketed format reflects a broader trend: charities blending experiential nights with direct fundraising to sustain services. If you plan to attend, book early and consider a donation tier , tickets aren’t just admission, they’re a visible way to support housing and youth work.</w:t>
      </w:r>
      <w:r/>
    </w:p>
    <w:p>
      <w:pPr>
        <w:pStyle w:val="Heading2"/>
      </w:pPr>
      <w:r>
        <w:t>Why Suzy Exposito’s honour matters , representation on the front page</w:t>
      </w:r>
      <w:r/>
    </w:p>
    <w:p>
      <w:r/>
      <w:r>
        <w:t>Honouring a journalist feels like a smart cultural choice, because reporting shapes how queer Latine lives are seen in the city and beyond. Suzy Exposito’s work in the Los Angeles Times’ De Los section has spotlighted stories that might otherwise be overlooked, and the Centre’s decision to celebrate her underscores the link between storytelling and social change. The award recognises craft and impact, and it signals to younger writers and community members that their experiences matter.</w:t>
      </w:r>
      <w:r/>
    </w:p>
    <w:p>
      <w:r/>
      <w:r>
        <w:t>This kind of recognition also speaks to a larger conversation about diverse newsroom representation. When mainstream outlets carry nuanced queer Latine narratives, it helps destigmatise and humanise communities that advocacy groups serve every day. For attendees, the honouree element adds intellectual weight to the evening; it’s not just a gala, it’s a cultural endorsement.</w:t>
      </w:r>
      <w:r/>
    </w:p>
    <w:p>
      <w:pPr>
        <w:pStyle w:val="Heading2"/>
      </w:pPr>
      <w:r>
        <w:t>Tickets, fundraising and where the money goes , practical details</w:t>
      </w:r>
      <w:r/>
    </w:p>
    <w:p>
      <w:r/>
      <w:r>
        <w:t>Turning Queerceañera into a ticketed fundraiser means the night is purposely designed to raise operating funds, not just goodwill. The LA LGBT Center directs proceeds to core services: housing for people facing homelessness, healthcare programmes, legal assistance and youth services that include drop-in centres and counselling. Those are the tangible local outcomes behind the evening’s atmosphere, so buying a ticket has an immediate, practical ripple effect.</w:t>
      </w:r>
      <w:r/>
    </w:p>
    <w:p>
      <w:r/>
      <w:r>
        <w:t>If you’re weighing ticket tiers, look for options that bundle recognition or small donor perks; some events offer meet-and-greets or priority seating which also boost the total raised. For anyone short on cash but keen to contribute, the Centre’s site lists other ways to give or volunteer , a good workaround if the gala price feels steep.</w:t>
      </w:r>
      <w:r/>
    </w:p>
    <w:p>
      <w:pPr>
        <w:pStyle w:val="Heading2"/>
      </w:pPr>
      <w:r>
        <w:t>The community angle , ritual renovated for inclusion</w:t>
      </w:r>
      <w:r/>
    </w:p>
    <w:p>
      <w:r/>
      <w:r>
        <w:t>Queerceañera reframes a rite of passage as a public, intergenerational celebration of resilience and belonging. That resonates in a city where Latinx and queer cultures intersect constantly; the event explicitly reaches for cultural continuity with the hummingbird motif and Spanish-language naming, while making space for allies and many identities. Community members say this blend of ritual keeps the night emotionally grounded , equal parts joy and obligation.</w:t>
      </w:r>
      <w:r/>
    </w:p>
    <w:p>
      <w:r/>
      <w:r>
        <w:t>This reimagining is part of a broader movement: nonprofits are using cultural touchstones to foster donor engagement and celebrate identity simultaneously. It feels refreshing rather than commodified because the Centre funnels real support back into services. If you value symbolic recognition, this is a model that shows how cultural forms can be repurposed to sustain community care.</w:t>
      </w:r>
      <w:r/>
    </w:p>
    <w:p>
      <w:pPr>
        <w:pStyle w:val="Heading2"/>
      </w:pPr>
      <w:r>
        <w:t>Practical tips for attending , what to wear, bring and expect</w:t>
      </w:r>
      <w:r/>
    </w:p>
    <w:p>
      <w:r/>
      <w:r>
        <w:t>Dress is flexible: think festive but comfortable, something that reads as celebratory rather than formal ballgown. The Village at Ed Gould Plaza is an outdoor-friendly venue, so check the weather and layer accordingly. Bring cash or card for on-site donations and silent-auction items, and arrive early to soak up the procession , those entrance moments are the emotional heart of the night.</w:t>
      </w:r>
      <w:r/>
    </w:p>
    <w:p>
      <w:r/>
      <w:r>
        <w:t>If accessibility or cost are concerns, contact the LA LGBT Center in advance; organisations often reserve complimentary tickets or accommodations for community members who need them. And if you can’t make it, consider a direct donation to their housing or youth funds , the impact is the same.</w:t>
      </w:r>
      <w:r/>
    </w:p>
    <w:p>
      <w:r/>
      <w:r>
        <w:t>It's a small change that can make every celebration support someone in need.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2">
        <w:r>
          <w:rPr>
            <w:color w:val="0000EE"/>
            <w:u w:val="single"/>
          </w:rPr>
          <w:t>[3]</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https://thefightmag.com/2026/08/always-with-you/</w:t>
        </w:r>
      </w:hyperlink>
      <w:r>
        <w:t xml:space="preserve"> - Please view link - unable to able to access data</w:t>
      </w:r>
      <w:r/>
    </w:p>
    <w:p>
      <w:pPr>
        <w:pStyle w:val="ListNumber"/>
        <w:spacing w:line="240" w:lineRule="auto"/>
        <w:ind w:left="720"/>
      </w:pPr>
      <w:r/>
      <w:hyperlink r:id="rId10">
        <w:r>
          <w:rPr>
            <w:color w:val="0000EE"/>
            <w:u w:val="single"/>
          </w:rPr>
          <w:t>https://lalgbtcenter.org/event/queercenera-2026-siempre-contigo/</w:t>
        </w:r>
      </w:hyperlink>
      <w:r>
        <w:t xml:space="preserve"> - The Los Angeles LGBT Center is hosting its fourth annual Queerceañera on Saturday, September 26, 2026, from 5:30 pm to 10:00 pm at The Village at Ed Gould Plaza in Hollywood. This year's event, themed 'Siempre Contigo' ('Always With You'), honours award-winning journalist Suzy Exposito for her contributions to elevating LGBTQ+ Latine voices. The celebration aims to support the Center's housing, healthcare, legal, and youth services across Los Angeles.</w:t>
      </w:r>
      <w:r/>
    </w:p>
    <w:p>
      <w:pPr>
        <w:pStyle w:val="ListNumber"/>
        <w:spacing w:line="240" w:lineRule="auto"/>
        <w:ind w:left="720"/>
      </w:pPr>
      <w:r/>
      <w:hyperlink r:id="rId12">
        <w:r>
          <w:rPr>
            <w:color w:val="0000EE"/>
            <w:u w:val="single"/>
          </w:rPr>
          <w:t>https://lalgbtcenter.org/vanguard/press-releases/the-los-angeles-lgbt-centers-4th-annual-queerceanera-returns-sept-26-announces-honoree-prized-journalist-suzy-exposito/</w:t>
        </w:r>
      </w:hyperlink>
      <w:r>
        <w:t xml:space="preserve"> - The Los Angeles LGBT Center has announced the return of its fourth annual Queerceañera on September 26, 2026, at The Village at Ed Gould Plaza in Hollywood. The event will honour award-winning journalist Suzy Exposito for her contributions to journalism and commitment to elevating LGBTQ+ Latine voices. Under the theme 'Siempre Contigo' ('Always With You'), the celebration supports the Center's life-saving programs and services.</w:t>
      </w:r>
      <w:r/>
    </w:p>
    <w:p>
      <w:pPr>
        <w:pStyle w:val="ListNumber"/>
        <w:spacing w:line="240" w:lineRule="auto"/>
        <w:ind w:left="720"/>
      </w:pPr>
      <w:r/>
      <w:hyperlink r:id="rId13">
        <w:r>
          <w:rPr>
            <w:color w:val="0000EE"/>
            <w:u w:val="single"/>
          </w:rPr>
          <w:t>https://www.losangelesblade.com/2026/08/20/fourth-annual-queerceanera-honors-local-bisexual-latina-journalist-suzy-exposito/</w:t>
        </w:r>
      </w:hyperlink>
      <w:r>
        <w:t xml:space="preserve"> - The Los Angeles LGBT Center's fourth annual Queerceañera returns on September 26, 2026, honouring award-winning journalist Suzy Exposito for her contributions to journalism and commitment to elevating LGBTQ+ Latine voices. The event, themed 'Siempre Contigo' ('Always With You'), celebrates queer and trans Latine leadership and supports the Center's life-saving programs.</w:t>
      </w:r>
      <w:r/>
    </w:p>
    <w:p>
      <w:pPr>
        <w:pStyle w:val="ListNumber"/>
        <w:spacing w:line="240" w:lineRule="auto"/>
        <w:ind w:left="720"/>
      </w:pPr>
      <w:r/>
      <w:hyperlink r:id="rId14">
        <w:r>
          <w:rPr>
            <w:color w:val="0000EE"/>
            <w:u w:val="single"/>
          </w:rPr>
          <w:t>https://lalgbtcenter.org/</w:t>
        </w:r>
      </w:hyperlink>
      <w:r>
        <w:t xml:space="preserve"> - The Los Angeles LGBT Center is a comprehensive organisation offering a wide range of services to the LGBTQ+ community, including housing, healthcare, legal assistance, and youth services. Their mission is to create a world where LGBTQ+ people thrive as healthy, equal, and complete members of society.</w:t>
      </w:r>
      <w:r/>
    </w:p>
    <w:p>
      <w:pPr>
        <w:pStyle w:val="ListNumber"/>
        <w:spacing w:line="240" w:lineRule="auto"/>
        <w:ind w:left="720"/>
      </w:pPr>
      <w:r/>
      <w:hyperlink r:id="rId15">
        <w:r>
          <w:rPr>
            <w:color w:val="0000EE"/>
            <w:u w:val="single"/>
          </w:rPr>
          <w:t>https://donate.lalgbtcenter.org/donations/ncod-2026/</w:t>
        </w:r>
      </w:hyperlink>
      <w:r>
        <w:t xml:space="preserve"> - On National Coming Out Day, the Los Angeles LGBT Center honours the courage it takes to live openly and recommits to standing with youth who face fear, rejection, and homelessness when they do. Your support makes that possible, providing shelter, meals, counselling, and educational and job resources so that every young LGBTQ+ person has a safe place to come out and come home.</w:t>
      </w:r>
      <w:r/>
    </w:p>
    <w:p>
      <w:pPr>
        <w:pStyle w:val="ListNumber"/>
        <w:spacing w:line="240" w:lineRule="auto"/>
        <w:ind w:left="720"/>
      </w:pPr>
      <w:r/>
      <w:hyperlink r:id="rId11">
        <w:r>
          <w:rPr>
            <w:color w:val="0000EE"/>
            <w:u w:val="single"/>
          </w:rPr>
          <w:t>https://angelcity.com/events/092626-queerceanera?hsLang=en</w:t>
        </w:r>
      </w:hyperlink>
      <w:r>
        <w:t xml:space="preserve"> - Angel City Brewery is hosting the Queerceañera 2026: Siempre Contigo event on September 26, 2026, at The Village at Ed Gould Plaza in Hollywood. The event is an intergenerational celebration rooted in Latine tradition, reimagining the iconic quinceañera through a queer lens, creating an affirming space for LGBTQ+ youth and young adults to celebrate community, chosen family, cultural pride, and queer joy.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8/always-with-you/" TargetMode="External"/><Relationship Id="rId10" Type="http://schemas.openxmlformats.org/officeDocument/2006/relationships/hyperlink" Target="https://lalgbtcenter.org/event/queercenera-2026-siempre-contigo/" TargetMode="External"/><Relationship Id="rId11" Type="http://schemas.openxmlformats.org/officeDocument/2006/relationships/hyperlink" Target="https://angelcity.com/events/092626-queerceanera?hsLang=en" TargetMode="External"/><Relationship Id="rId12" Type="http://schemas.openxmlformats.org/officeDocument/2006/relationships/hyperlink" Target="https://lalgbtcenter.org/vanguard/press-releases/the-los-angeles-lgbt-centers-4th-annual-queerceanera-returns-sept-26-announces-honoree-prized-journalist-suzy-exposito/" TargetMode="External"/><Relationship Id="rId13" Type="http://schemas.openxmlformats.org/officeDocument/2006/relationships/hyperlink" Target="https://www.losangelesblade.com/2026/08/20/fourth-annual-queerceanera-honors-local-bisexual-latina-journalist-suzy-exposito/" TargetMode="External"/><Relationship Id="rId14" Type="http://schemas.openxmlformats.org/officeDocument/2006/relationships/hyperlink" Target="https://lalgbtcenter.org/" TargetMode="External"/><Relationship Id="rId15" Type="http://schemas.openxmlformats.org/officeDocument/2006/relationships/hyperlink" Target="https://donate.lalgbtcenter.org/donations/ncod-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