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Travel Picks: Why Spain Is Calling Every LGBTQ+ Traveller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heat and unapologetic personality, Spain is topping bucket lists for queer travellers , and for good reason. From Madrid’s late-night warmth to Barcelona’s seaside Pride pulse, this piece maps why Spain matters for LGBTQ+ visitors and how to make the most of a first (or return) trip.</w:t>
      </w:r>
      <w:r/>
    </w:p>
    <w:p>
      <w:r/>
      <w:r>
        <w:t>Essential Takeaways</w:t>
      </w:r>
      <w:r/>
      <w:r/>
    </w:p>
    <w:p>
      <w:pPr>
        <w:pStyle w:val="ListBullet"/>
        <w:spacing w:line="240" w:lineRule="auto"/>
        <w:ind w:left="720"/>
      </w:pPr>
      <w:r/>
      <w:r>
        <w:rPr>
          <w:b/>
        </w:rPr>
        <w:t>Warm welcome:</w:t>
      </w:r>
      <w:r>
        <w:t xml:space="preserve"> Spain ranks among Europe’s most LGBTQIA+ friendly destinations, with visible Pride scenes and inclusive laws.</w:t>
      </w:r>
      <w:r/>
    </w:p>
    <w:p>
      <w:pPr>
        <w:pStyle w:val="ListBullet"/>
        <w:spacing w:line="240" w:lineRule="auto"/>
        <w:ind w:left="720"/>
      </w:pPr>
      <w:r/>
      <w:r>
        <w:rPr>
          <w:b/>
        </w:rPr>
        <w:t>Rich queer history:</w:t>
      </w:r>
      <w:r>
        <w:t xml:space="preserve"> From Roman-era stories to modern icons, Spain’s queer past is dramatic and influential.</w:t>
      </w:r>
      <w:r/>
    </w:p>
    <w:p>
      <w:pPr>
        <w:pStyle w:val="ListBullet"/>
        <w:spacing w:line="240" w:lineRule="auto"/>
        <w:ind w:left="720"/>
      </w:pPr>
      <w:r/>
      <w:r>
        <w:rPr>
          <w:b/>
        </w:rPr>
        <w:t>Iconic cultural touchstones:</w:t>
      </w:r>
      <w:r>
        <w:t xml:space="preserve"> La Veneno’s catchphrases and the TV series about her are national talking points that open doors socially.</w:t>
      </w:r>
      <w:r/>
    </w:p>
    <w:p>
      <w:pPr>
        <w:pStyle w:val="ListBullet"/>
        <w:spacing w:line="240" w:lineRule="auto"/>
        <w:ind w:left="720"/>
      </w:pPr>
      <w:r/>
      <w:r>
        <w:rPr>
          <w:b/>
        </w:rPr>
        <w:t>Event-packed calendar:</w:t>
      </w:r>
      <w:r>
        <w:t xml:space="preserve"> Big-city Prides, the Gay Games in Valencia and regional festivals offer variety and energy.</w:t>
      </w:r>
      <w:r/>
    </w:p>
    <w:p>
      <w:pPr>
        <w:pStyle w:val="ListBullet"/>
        <w:spacing w:line="240" w:lineRule="auto"/>
        <w:ind w:left="720"/>
      </w:pPr>
      <w:r/>
      <w:r>
        <w:rPr>
          <w:b/>
        </w:rPr>
        <w:t>Practical tip:</w:t>
      </w:r>
      <w:r>
        <w:t xml:space="preserve"> Learn one or two cultural phrases , quoting La Veneno is a playful icebreaker with Spanish queer communities.</w:t>
      </w:r>
      <w:r/>
      <w:r/>
    </w:p>
    <w:p>
      <w:pPr>
        <w:pStyle w:val="Heading2"/>
      </w:pPr>
      <w:r>
        <w:t>Why Spain feels like the gayest country (and it’s not just the weather)</w:t>
      </w:r>
      <w:r/>
    </w:p>
    <w:p>
      <w:r/>
      <w:r>
        <w:t>Spain hits you first with light , sun on plazas, late dinners and a social ease that feels warm and inclusive. That welcome isn’t accidental; recent legal protections and cultural visibility have pushed Spain to the top of European LGBTQIA+ rankings. According to reports and public conversation, these changes matter on the ground: you’ll find bars, clubs and neighbourhoods that openly cater to queer life, and a tiredness of shame.</w:t>
      </w:r>
      <w:r/>
    </w:p>
    <w:p>
      <w:r/>
      <w:r>
        <w:t>Behind that glow is a complicated history. The road from repression , under conservative, Church-aligned and fascist influence , to prideful streets has been long, and knowing that context makes the present feel even more meaningful. If you care about depth as well as nightlife, Spain rewards curiosity.</w:t>
      </w:r>
      <w:r/>
    </w:p>
    <w:p>
      <w:r/>
      <w:r>
        <w:t>Practical tip: pick a city with the vibe you want. Madrid for a 24/7 queer scene, Barcelona for beaches plus clubs, Sitges for seaside Pride intimacy, and Valencia if you’re timing a sporting-cultural mash-up like the Gay Games.</w:t>
      </w:r>
      <w:r/>
    </w:p>
    <w:p>
      <w:pPr>
        <w:pStyle w:val="Heading2"/>
      </w:pPr>
      <w:r>
        <w:t>La Veneno: the voice you’ll want to know (and the phrase to try)</w:t>
      </w:r>
      <w:r/>
    </w:p>
    <w:p>
      <w:r/>
      <w:r>
        <w:t>If you want an instant cultural shortcut, learn a line from La Veneno , Cristina Ortiz Rodríguez , the trans media star whose personality still sparks recognition across Spain. Her exclamation ¡Digoooo! and the cheeky Ni puta ni santa became shorthand for a defiant, visible queer presence in mainstream Spanish media. Mentioning her, or the hit TV series that dramatised her life, signals you’ve done a bit of homework , and Spaniards tend to warm to that.</w:t>
      </w:r>
      <w:r/>
    </w:p>
    <w:p>
      <w:r/>
      <w:r>
        <w:t>Cultural note: the Netflix/critically acclaimed drama about La Veneno helped a new generation understand trans visibility in Spain, and critics in several countries flagged it as essential viewing. It’s a great primer before you go.</w:t>
      </w:r>
      <w:r/>
    </w:p>
    <w:p>
      <w:r/>
      <w:r>
        <w:t>Practical tip: use phrases playfully and respectfully. A light-hearted reference to La Veneno can be a conversation starter in bars, cafes and Pride crowds, but always gauge tone and context.</w:t>
      </w:r>
      <w:r/>
    </w:p>
    <w:p>
      <w:pPr>
        <w:pStyle w:val="Heading2"/>
      </w:pPr>
      <w:r>
        <w:t>Festivals and the Gay Games: a calendar for every kind of Pride</w:t>
      </w:r>
      <w:r/>
    </w:p>
    <w:p>
      <w:r/>
      <w:r>
        <w:t>Spain’s festival calendar is a magnet. Madrid and Barcelona stage huge, tourist-friendly Prides; smaller towns run local celebrations with unique flavours. And big-ticket events , like the international Gay Games in Valencia , reshape what a trip can be, mixing sport, culture and community.</w:t>
      </w:r>
      <w:r/>
    </w:p>
    <w:p>
      <w:r/>
      <w:r>
        <w:t>This year and the next look particularly busy, so plan accommodation early and expect crowds where energy is highest. If you’re after a quieter experience, regional celebrations often offer intimacy and strong local identity without the tourist crush.</w:t>
      </w:r>
      <w:r/>
    </w:p>
    <w:p>
      <w:r/>
      <w:r>
        <w:t>Practical tip: book transport and stays well ahead of major events, and look into community-run gatherings for more authentic connection.</w:t>
      </w:r>
      <w:r/>
    </w:p>
    <w:p>
      <w:pPr>
        <w:pStyle w:val="Heading2"/>
      </w:pPr>
      <w:r>
        <w:t>Queer history beyond the postcard: poets, rebels and resilience</w:t>
      </w:r>
      <w:r/>
    </w:p>
    <w:p>
      <w:r/>
      <w:r>
        <w:t>Spain’s queer narrative isn’t only contemporary party culture; it’s full of poetic and political turns. Across eras you’ll find stories of queer lovers in Roman accounts, rebellious performers and martyred artists whose lives complicated Spain’s public morality. These histories surface in museums, plaques and walking tours in several cities, offering richer travel than sun-and-sangria snapshots.</w:t>
      </w:r>
      <w:r/>
    </w:p>
    <w:p>
      <w:r/>
      <w:r>
        <w:t>Local historians and queer guides often bring these stories to life better than a guidebook, mixing archival detail with gossip and personality. It’s a reminder that travel that leans into history tends to feel more rewarding.</w:t>
      </w:r>
      <w:r/>
    </w:p>
    <w:p>
      <w:r/>
      <w:r>
        <w:t>Practical tip: seek out queer-themed tours or museum exhibits to add context , your visit will feel fuller for it.</w:t>
      </w:r>
      <w:r/>
    </w:p>
    <w:p>
      <w:pPr>
        <w:pStyle w:val="Heading2"/>
      </w:pPr>
      <w:r>
        <w:t>Getting there, staying safe and savouring the small moments</w:t>
      </w:r>
      <w:r/>
    </w:p>
    <w:p>
      <w:r/>
      <w:r>
        <w:t>Practicalities matter: Spain is well connected by air and rail, with reliable regional transport that makes multi-city trips easy. Language is a bonus; basic Spanish goes a long way, and a few local phrases will get smiles. At the same time, be mindful that not every corner is equally progressive; urban centres are generally safest and most open, while rural areas may be more conservative.</w:t>
      </w:r>
      <w:r/>
    </w:p>
    <w:p>
      <w:r/>
      <w:r>
        <w:t>When in doubt, ask locals, trust community venues and use apps or local gay press to find current recommendations. And remember the small, human pleasures: a midnight paseo, a café table under orange trees, or a friendly nod when you quote La Veneno just right.</w:t>
      </w:r>
      <w:r/>
    </w:p>
    <w:p>
      <w:r/>
      <w:r>
        <w:t>Practical tip: carry an accessible translation app, check local LGBTQIA+ centres for up-to-date safety advice, and plan rest days between big events.</w:t>
      </w:r>
      <w:r/>
    </w:p>
    <w:p>
      <w:r/>
      <w:r>
        <w:t>It’s a small move to learn a phrase or two, but it can make every encounter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[4]</w:t>
        </w:r>
      </w:hyperlink>
      <w:r>
        <w:t xml:space="preserve">, </w:t>
      </w:r>
      <w:hyperlink r:id="rId10">
        <w:r>
          <w:rPr>
            <w:color w:val="0000EE"/>
            <w:u w:val="single"/>
          </w:rPr>
          <w:t>[5]</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14">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https://www.dnamagazine.com.au/from-the-editor-my-guilty-secret-ive-never-been-to-spain-317/</w:t>
        </w:r>
      </w:hyperlink>
      <w:r>
        <w:t xml:space="preserve"> - Please view link - unable to able to access data</w:t>
      </w:r>
      <w:r/>
    </w:p>
    <w:p>
      <w:pPr>
        <w:pStyle w:val="ListNumber"/>
        <w:spacing w:line="240" w:lineRule="auto"/>
        <w:ind w:left="720"/>
      </w:pPr>
      <w:r/>
      <w:hyperlink r:id="rId9">
        <w:r>
          <w:rPr>
            <w:color w:val="0000EE"/>
            <w:u w:val="single"/>
          </w:rPr>
          <w:t>https://www.dnamagazine.com.au/from-the-editor-my-guilty-secret-ive-never-been-to-spain-317/</w:t>
        </w:r>
      </w:hyperlink>
      <w:r>
        <w:t xml:space="preserve"> - In this editorial, Andrew Creagh confesses his lack of visits to Spain, a country renowned for its vibrant LGBTQIA+ culture. He reflects on the nation's rich queer history, highlighting events like the Gay Games in Valencia and the Pride festivals in cities such as Madrid, Barcelona, and Sitges. Creagh also discusses Spain's recent advancements in LGBTQIA+ rights, including expanded legal protections for trans individuals, and introduces La Veneno, a pioneering trans icon celebrated for her unapologetic attitude and sharp wit.</w:t>
      </w:r>
      <w:r/>
    </w:p>
    <w:p>
      <w:pPr>
        <w:pStyle w:val="ListNumber"/>
        <w:spacing w:line="240" w:lineRule="auto"/>
        <w:ind w:left="720"/>
      </w:pPr>
      <w:r/>
      <w:hyperlink r:id="rId14">
        <w:r>
          <w:rPr>
            <w:color w:val="0000EE"/>
            <w:u w:val="single"/>
          </w:rPr>
          <w:t>https://www.eluniversal.com.mx/espectaculos/muere-la-veneno-primera-mujer-transexual-que-triunfo-en-television/</w:t>
        </w:r>
      </w:hyperlink>
      <w:r>
        <w:t xml:space="preserve"> - Cristina Ortiz Rodríguez, known as La Veneno, was a Spanish singer, actress, sex worker, and media personality who became one of the first trans women to achieve widespread public recognition in Spain. She is considered an LGBTQIA+ icon, celebrated for her unapologetic attitude, sharp wit, and a string of sassy catchphrases that defined her larger-than-life persona. Her signature exclamation was ¡Digoooo! which roughly translated as “I say!”, “I mean!”, or “You better believe it!” It was a staple of her television appearances and a recurring refrain in her music, particularly in El Rap De La Veneno. She also lived by the phrase Ni puta ni santa (Neither a whore nor a saint), which she used to describe her defiant, complex identity as a trans woman. Then there was her favourite self-description: Conocida Mundial, meaning “known around the world.” She said it with enormous pride and zero apology, and as her legacy spread internationally.</w:t>
      </w:r>
      <w:r/>
    </w:p>
    <w:p>
      <w:pPr>
        <w:pStyle w:val="ListNumber"/>
        <w:spacing w:line="240" w:lineRule="auto"/>
        <w:ind w:left="720"/>
      </w:pPr>
      <w:r/>
      <w:hyperlink r:id="rId11">
        <w:r>
          <w:rPr>
            <w:color w:val="0000EE"/>
            <w:u w:val="single"/>
          </w:rPr>
          <w:t>https://www.diariodenavarra.es/noticias/magazine/sociedad/2016/11/09/la_primera_transexual_que_triunfo_television_497711_1035.html</w:t>
        </w:r>
      </w:hyperlink>
      <w:r>
        <w:t xml:space="preserve"> - Cristina Ortiz Rodríguez, known as La Veneno, was a Spanish singer, actress, sex worker, and media personality who became one of the first trans women to achieve widespread public recognition in Spain. She is considered an LGBTQIA+ icon, celebrated for her unapologetic attitude, sharp wit, and a string of sassy catchphrases that defined her larger-than-life persona. Her signature exclamation was ¡Digoooo! which roughly translated as “I say!”, “I mean!”, or “You better believe it!” It was a staple of her television appearances and a recurring refrain in her music, particularly in El Rap De La Veneno. She also lived by the phrase Ni puta ni santa (Neither a whore nor a saint), which she used to describe her defiant, complex identity as a trans woman. Then there was her favourite self-description: Conocida Mundial, meaning “known around the world.” She said it with enormous pride and zero apology, and as her legacy spread internationally.</w:t>
      </w:r>
      <w:r/>
    </w:p>
    <w:p>
      <w:pPr>
        <w:pStyle w:val="ListNumber"/>
        <w:spacing w:line="240" w:lineRule="auto"/>
        <w:ind w:left="720"/>
      </w:pPr>
      <w:r/>
      <w:hyperlink r:id="rId10">
        <w:r>
          <w:rPr>
            <w:color w:val="0000EE"/>
            <w:u w:val="single"/>
          </w:rPr>
          <w:t>https://elpais.com/sociedad/2025-04-01/juani-ruiz-actriz-las-mujeres-trans-hemos-avanzado-gracias-a-la-serie-veneno.html</w:t>
        </w:r>
      </w:hyperlink>
      <w:r>
        <w:t xml:space="preserve"> - Juani Ruiz, a 62-year-old trans actress, highlights how her life changed after debuting in the series 'Veneno' in 2020, where she portrayed herself. This role marked her entry into the audiovisual world after years away from theatre and challenges like prostitution and low self-esteem. Since then, she has worked on productions such as 'Cardo', 'Vestidas de Azul', and 'Superestar', all by Los Javis. Ruiz deeply values how 'Veneno' has made trans women more visible and advanced rights and representations for the LGBTQIA+ community.</w:t>
      </w:r>
      <w:r/>
    </w:p>
    <w:p>
      <w:pPr>
        <w:pStyle w:val="ListNumber"/>
        <w:spacing w:line="240" w:lineRule="auto"/>
        <w:ind w:left="720"/>
      </w:pPr>
      <w:r/>
      <w:hyperlink r:id="rId12">
        <w:r>
          <w:rPr>
            <w:color w:val="0000EE"/>
            <w:u w:val="single"/>
          </w:rPr>
          <w:t>https://www.rottentomatoes.com/tv/veneno</w:t>
        </w:r>
      </w:hyperlink>
      <w:r>
        <w:t xml:space="preserve"> - The TV series 'Veneno' has received critical acclaim, holding a 100% rating on the Tomatometer and a 95% audience score on Rotten Tomatoes. The series, which premiered in March 2020, tells the true life story of Spanish transgender singer and TV personality Cristina Ortiz Rodríguez, known as La Veneno. It has been praised for its storytelling, performances, and representation of the LGBTQIA+ community.</w:t>
      </w:r>
      <w:r/>
    </w:p>
    <w:p>
      <w:pPr>
        <w:pStyle w:val="ListNumber"/>
        <w:spacing w:line="240" w:lineRule="auto"/>
        <w:ind w:left="720"/>
      </w:pPr>
      <w:r/>
      <w:hyperlink r:id="rId13">
        <w:r>
          <w:rPr>
            <w:color w:val="0000EE"/>
            <w:u w:val="single"/>
          </w:rPr>
          <w:t>https://www.huffingtonpost.es/entry/the-new-yorker-elige-una-serie-espanola-entre-las-mejores-de-2020_es_5fd33302c5b68256b114282d.html</w:t>
        </w:r>
      </w:hyperlink>
      <w:r>
        <w:t xml:space="preserve"> - The Spanish series 'Veneno', created by Los Javis, has been internationally recognised after being selected by the American magazine The New Yorker as one of the 14 best series of 2020. The production, which narrates the life of Cristina Ortiz (La Veneno), an iconic trans artist from the 1990s in Spain, has had a significant impact both nationally and internationally. In Spain, the series has won the Ondas Award and received three nominations for the Feroz Awards. In the USA, it gained popularity after its broadcast on HBO Max. The New Yorker describes the series' narrative as 'anarchically exuberant, slightly surreal' and particularly values the performances of Daniela Santiago and Isabel Torres, who portray Cristina Ortiz at different stages of her life. The critic highlights how the series reconstructs with a dreamlike and emotional approach the life of this key figure in Spanish pop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from-the-editor-my-guilty-secret-ive-never-been-to-spain-317/" TargetMode="External"/><Relationship Id="rId10" Type="http://schemas.openxmlformats.org/officeDocument/2006/relationships/hyperlink" Target="https://elpais.com/sociedad/2025-04-01/juani-ruiz-actriz-las-mujeres-trans-hemos-avanzado-gracias-a-la-serie-veneno.html" TargetMode="External"/><Relationship Id="rId11" Type="http://schemas.openxmlformats.org/officeDocument/2006/relationships/hyperlink" Target="https://www.diariodenavarra.es/noticias/magazine/sociedad/2016/11/09/la_primera_transexual_que_triunfo_television_497711_1035.html" TargetMode="External"/><Relationship Id="rId12" Type="http://schemas.openxmlformats.org/officeDocument/2006/relationships/hyperlink" Target="https://www.rottentomatoes.com/tv/veneno" TargetMode="External"/><Relationship Id="rId13" Type="http://schemas.openxmlformats.org/officeDocument/2006/relationships/hyperlink" Target="https://www.huffingtonpost.es/entry/the-new-yorker-elige-una-serie-espanola-entre-las-mejores-de-2020_es_5fd33302c5b68256b114282d.html" TargetMode="External"/><Relationship Id="rId14" Type="http://schemas.openxmlformats.org/officeDocument/2006/relationships/hyperlink" Target="https://www.eluniversal.com.mx/espectaculos/muere-la-veneno-primera-mujer-transexual-que-triunfo-en-tele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