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Musicals to Watch Free in Campo Grande This September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colourful queer musicals in Campo Grande this September , free screenings, post-film debates and a closing party bring classics and new voices to local stages, with accessible sessions and a lively community vibe. Here’s what to expect and how to make the most of the Cinema da Boca programme.</w:t>
      </w:r>
      <w:r/>
    </w:p>
    <w:p>
      <w:r/>
      <w:r>
        <w:t>Essential Takeaways</w:t>
      </w:r>
      <w:r/>
      <w:r/>
    </w:p>
    <w:p>
      <w:pPr>
        <w:pStyle w:val="ListBullet"/>
        <w:spacing w:line="240" w:lineRule="auto"/>
        <w:ind w:left="720"/>
      </w:pPr>
      <w:r/>
      <w:r>
        <w:rPr>
          <w:b/>
        </w:rPr>
        <w:t>Free access:</w:t>
      </w:r>
      <w:r>
        <w:t xml:space="preserve"> All seven screenings in the “Estranho, Excêntrico, Excepcional…” programme are free to the public, held across Teatro do Mundo, CUFA and Capivas Cervejaria. </w:t>
      </w:r>
      <w:r/>
    </w:p>
    <w:p>
      <w:pPr>
        <w:pStyle w:val="ListBullet"/>
        <w:spacing w:line="240" w:lineRule="auto"/>
        <w:ind w:left="720"/>
      </w:pPr>
      <w:r/>
      <w:r>
        <w:rPr>
          <w:b/>
        </w:rPr>
        <w:t>Wide range:</w:t>
      </w:r>
      <w:r>
        <w:t xml:space="preserve"> From The Rocky Horror Picture Show (1975) to Neptune Frost (2021) and the Brazilian feature O Melhor Amigo (2024), the selection spans decades and styles. </w:t>
      </w:r>
      <w:r/>
    </w:p>
    <w:p>
      <w:pPr>
        <w:pStyle w:val="ListBullet"/>
        <w:spacing w:line="240" w:lineRule="auto"/>
        <w:ind w:left="720"/>
      </w:pPr>
      <w:r/>
      <w:r>
        <w:rPr>
          <w:b/>
        </w:rPr>
        <w:t>Events and extras:</w:t>
      </w:r>
      <w:r>
        <w:t xml:space="preserve"> Several nights include post-film debates, a live performance opening and a DJ party to close the run , expect a social, participatory atmosphere. </w:t>
      </w:r>
      <w:r/>
    </w:p>
    <w:p>
      <w:pPr>
        <w:pStyle w:val="ListBullet"/>
        <w:spacing w:line="240" w:lineRule="auto"/>
        <w:ind w:left="720"/>
      </w:pPr>
      <w:r/>
      <w:r>
        <w:rPr>
          <w:b/>
        </w:rPr>
        <w:t>Accessibility:</w:t>
      </w:r>
      <w:r>
        <w:t xml:space="preserve"> The Cinema da Boca is offering sessions with resources for people with hearing impairments , check individual listings for details. </w:t>
      </w:r>
      <w:r/>
    </w:p>
    <w:p>
      <w:pPr>
        <w:pStyle w:val="ListBullet"/>
        <w:spacing w:line="240" w:lineRule="auto"/>
        <w:ind w:left="720"/>
      </w:pPr>
      <w:r/>
      <w:r>
        <w:rPr>
          <w:b/>
        </w:rPr>
        <w:t>Community curation:</w:t>
      </w:r>
      <w:r>
        <w:t xml:space="preserve"> Curator Felipe Feitosa frames the series as a look at how queer stories have found expression in the musical form over time, not a definitive taxonomy.</w:t>
      </w:r>
      <w:r/>
      <w:r/>
    </w:p>
    <w:p>
      <w:pPr>
        <w:pStyle w:val="Heading2"/>
      </w:pPr>
      <w:r>
        <w:t>A bold opening: Rocky Horror kicks things off with performance energy</w:t>
      </w:r>
      <w:r/>
    </w:p>
    <w:p>
      <w:r/>
      <w:r>
        <w:t>The season starts with The Rocky Horror Picture Show, a film that still smells faintly of glitter and rebellion, screening at Teatro do Mundo. The opening night includes a live performance by Casa de Quimera, so arrive early to soak up the costumes and crowd energy. According to the local programme, the film sets the tone , playful, transgressive and communal , inviting audiences to participate rather than passively watch. If you’ve never experienced Rocky in a live-adjacent setting, expect singalongs, audience callbacks and a vivid midnight-show atmosphere transplanted into a theatre evening. Tip: wear something you don’t mind getting a little confetti on, and bring friends , Rocky is best when shared.</w:t>
      </w:r>
      <w:r/>
    </w:p>
    <w:p>
      <w:pPr>
        <w:pStyle w:val="Heading2"/>
      </w:pPr>
      <w:r>
        <w:t>A cross-decade journey: classics meet contemporary voices</w:t>
      </w:r>
      <w:r/>
    </w:p>
    <w:p>
      <w:r/>
      <w:r>
        <w:t>The selection moves across eras, pairing 1980s comedies like Victor/Victoria with contemporary, politically textured works such as Neptune Frost. This contrast shows how the musical form has allowed different kinds of queer representation to surface over time. Feitosa says the aim isn’t to define “queer cinema” but to observe how queer narratives have found space within musical storytelling , that’s a helpful frame when you see a campy romp next to a poetic Afrofuturist piece. Practical note: check the classification ratings , some titles are 16+, so plan for family visits accordingly.</w:t>
      </w:r>
      <w:r/>
    </w:p>
    <w:p>
      <w:pPr>
        <w:pStyle w:val="Heading2"/>
      </w:pPr>
      <w:r>
        <w:t>Discussions and accessibility: more than just screenings</w:t>
      </w:r>
      <w:r/>
    </w:p>
    <w:p>
      <w:r/>
      <w:r>
        <w:t>Many nights conclude with curated debates, turning the shows into conversation starters for filmmakers, activists and audiences. These post-film talks can be great for viewers who want context on production choices or the social histories behind the films. Cinema da Boca also continues its practice of free, off-mainstream programming that’s been running since 2022, and the current edition includes sessions with accessibility features for people with hearing loss. If you need assisted services, contact the organisers ahead of time to confirm availability. Advice: arrive early to secure seating and to catch any introductions that set the scene for each screening.</w:t>
      </w:r>
      <w:r/>
    </w:p>
    <w:p>
      <w:pPr>
        <w:pStyle w:val="Heading2"/>
      </w:pPr>
      <w:r>
        <w:t>Local nightlife meets film: the finale promises a party</w:t>
      </w:r>
      <w:r/>
    </w:p>
    <w:p>
      <w:r/>
      <w:r>
        <w:t>The final night at Capivas Cervejaria pairs the 1963 short Scorpio Rising with a DJ-led party , a neat way to close the series by moving from screen to dancefloor. That sense of celebration underlines the festival’s community angle: films as social events, not just cultural products. For anyone curious about how queer musical aesthetics spill into nightlife and performance culture, the closing night is the most literal manifestation of that crossover. Expect loud music, conversation and a relaxed social vibe. Pro tip: plan your transport if you’re staying late, and consider grabbing a drink earlier to avoid queues.</w:t>
      </w:r>
      <w:r/>
    </w:p>
    <w:p>
      <w:pPr>
        <w:pStyle w:val="Heading2"/>
      </w:pPr>
      <w:r>
        <w:t>Why this programme matters now</w:t>
      </w:r>
      <w:r/>
    </w:p>
    <w:p>
      <w:r/>
      <w:r>
        <w:t>Small, free series like this expand local cultural horizons by showing titles that rarely reach commercial circuits in cities like Campo Grande. They offer a rare chance to see influential films together and to witness how queer storytelling has evolved within a genre often dismissed as mere entertainment. Community-driven curation also creates space for reflection: seeing Neptune Frost or O Melhor Amigo on the same bill as Rocky Horror invites questions about form, politics and representation. For regular cinephiles and newcomers alike, it’s an accessible, thought-provoking lineup. If you care about diverse cinema or just love a good musical, this is an opportunity to watch, talk and celebrate without the price tag.</w:t>
      </w:r>
      <w:r/>
    </w:p>
    <w:p>
      <w:r/>
      <w:r>
        <w:t>It's a small change that can make every screening feel like a scene from the kind of film you won’t forget.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[7]</w:t>
        </w:r>
      </w:hyperlink>
      <w:r>
        <w:t xml:space="preserve">- Paragraph 2: </w:t>
      </w:r>
      <w:hyperlink r:id="rId9">
        <w:r>
          <w:rPr>
            <w:color w:val="0000EE"/>
            <w:u w:val="single"/>
          </w:rPr>
          <w:t>[2]</w:t>
        </w:r>
      </w:hyperlink>
      <w:r>
        <w:t xml:space="preserve">, </w:t>
      </w:r>
      <w:hyperlink r:id="rId9">
        <w:r>
          <w:rPr>
            <w:color w:val="0000EE"/>
            <w:u w:val="single"/>
          </w:rPr>
          <w:t>[7]</w:t>
        </w:r>
      </w:hyperlink>
      <w:r>
        <w:t xml:space="preserve">- Paragraph 3: </w:t>
      </w:r>
      <w:hyperlink r:id="rId9">
        <w:r>
          <w:rPr>
            <w:color w:val="0000EE"/>
            <w:u w:val="single"/>
          </w:rPr>
          <w:t>[2]</w:t>
        </w:r>
      </w:hyperlink>
      <w:r>
        <w:t xml:space="preserve">, </w:t>
      </w:r>
      <w:hyperlink r:id="rId9">
        <w:r>
          <w:rPr>
            <w:color w:val="0000EE"/>
            <w:u w:val="single"/>
          </w:rPr>
          <w:t>[7]</w:t>
        </w:r>
      </w:hyperlink>
      <w:r>
        <w:t xml:space="preserve">- Paragraph 4: </w:t>
      </w:r>
      <w:hyperlink r:id="rId9">
        <w:r>
          <w:rPr>
            <w:color w:val="0000EE"/>
            <w:u w:val="single"/>
          </w:rPr>
          <w:t>[2]</w:t>
        </w:r>
      </w:hyperlink>
      <w:r>
        <w:t xml:space="preserve">, </w:t>
      </w:r>
      <w:hyperlink r:id="rId9">
        <w:r>
          <w:rPr>
            <w:color w:val="0000EE"/>
            <w:u w:val="single"/>
          </w:rPr>
          <w:t>[7]</w:t>
        </w:r>
      </w:hyperlink>
      <w:r>
        <w:t xml:space="preserve">- Paragraph 5: </w:t>
      </w:r>
      <w:hyperlink r:id="rId9">
        <w:r>
          <w:rPr>
            <w:color w:val="0000EE"/>
            <w:u w:val="single"/>
          </w:rPr>
          <w:t>[2]</w:t>
        </w:r>
      </w:hyperlink>
      <w:r>
        <w:t xml:space="preserve">,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https://www.campograndenews.com.br/lado-b/artes-23-08-2011-08/cineclube-exibe-musicais-queer-de-graca-durante-setembro</w:t>
        </w:r>
      </w:hyperlink>
      <w:r>
        <w:t xml:space="preserve"> - Please view link - unable to able to access data</w:t>
      </w:r>
      <w:r/>
    </w:p>
    <w:p>
      <w:pPr>
        <w:pStyle w:val="ListNumber"/>
        <w:spacing w:line="240" w:lineRule="auto"/>
        <w:ind w:left="720"/>
      </w:pPr>
      <w:r/>
      <w:hyperlink r:id="rId9">
        <w:r>
          <w:rPr>
            <w:color w:val="0000EE"/>
            <w:u w:val="single"/>
          </w:rPr>
          <w:t>https://www.campograndenews.com.br/lado-b/artes-23-08-2011-08/cineclube-exibe-musicais-queer-de-graca-durante-setembro</w:t>
        </w:r>
      </w:hyperlink>
      <w:r>
        <w:t xml:space="preserve"> - Campo Grande's Cinema da Boca is hosting a free exhibition of queer musicals throughout September. The event, titled 'Estranho, Excêntrico, Excepcional...', features seven films, including the 1975 classic 'The Rocky Horror Picture Show', directed by Jim Sharman. The screenings, debates, and DJ parties are held at venues like Teatro do Mundo, CUFA, and Capivas Cervejaria. The programme runs from September 3 to 23, with all sessions offering free entry.</w:t>
      </w:r>
      <w:r/>
    </w:p>
    <w:p>
      <w:pPr>
        <w:pStyle w:val="ListNumber"/>
        <w:spacing w:line="240" w:lineRule="auto"/>
        <w:ind w:left="720"/>
      </w:pPr>
      <w:r/>
      <w:hyperlink r:id="rId10">
        <w:r>
          <w:rPr>
            <w:color w:val="0000EE"/>
            <w:u w:val="single"/>
          </w:rPr>
          <w:t>https://www.20thcenturystudios.com/movies/the-rocky-horror-picture-show</w:t>
        </w:r>
      </w:hyperlink>
      <w:r>
        <w:t xml:space="preserve"> - Released on February 23, 1975, 'The Rocky Horror Picture Show' is a musical horror film directed by Jim Sharman. The story follows a newly engaged couple who, after their car breaks down, find themselves in the castle of Dr. Frank-N-Furter, a transvestite scientist. The film is renowned for its unique blend of horror, music, and science fiction elements.</w:t>
      </w:r>
      <w:r/>
    </w:p>
    <w:p>
      <w:pPr>
        <w:pStyle w:val="ListNumber"/>
        <w:spacing w:line="240" w:lineRule="auto"/>
        <w:ind w:left="720"/>
      </w:pPr>
      <w:r/>
      <w:hyperlink r:id="rId11">
        <w:r>
          <w:rPr>
            <w:color w:val="0000EE"/>
            <w:u w:val="single"/>
          </w:rPr>
          <w:t>https://www.imdb.com/title/tt0073629/</w:t>
        </w:r>
      </w:hyperlink>
      <w:r>
        <w:t xml:space="preserve"> - On IMDb, 'The Rocky Horror Picture Show' holds a rating of 7.4 out of 10, based on 186,000 user reviews. The film stars Tim Curry as Dr. Frank-N-Furter, Susan Sarandon as Janet Weiss, and Barry Bostwick as Brad Majors. Directed by Jim Sharman, the movie has become a cult classic since its release in 1975.</w:t>
      </w:r>
      <w:r/>
    </w:p>
    <w:p>
      <w:pPr>
        <w:pStyle w:val="ListNumber"/>
        <w:spacing w:line="240" w:lineRule="auto"/>
        <w:ind w:left="720"/>
      </w:pPr>
      <w:r/>
      <w:hyperlink r:id="rId12">
        <w:r>
          <w:rPr>
            <w:color w:val="0000EE"/>
            <w:u w:val="single"/>
          </w:rPr>
          <w:t>https://www.rottentomatoes.com/m/rocky_horror_picture_show</w:t>
        </w:r>
      </w:hyperlink>
      <w:r>
        <w:t xml:space="preserve"> - Rotten Tomatoes provides a comprehensive overview of 'The Rocky Horror Picture Show', including cast and crew details. The film, directed by Jim Sharman, features Tim Curry as Dr. Frank-N-Furter, Susan Sarandon as Janet Weiss, and Barry Bostwick as Brad Majors. It was released on September 29, 1975, and has since become a beloved cult classic.</w:t>
      </w:r>
      <w:r/>
    </w:p>
    <w:p>
      <w:pPr>
        <w:pStyle w:val="ListNumber"/>
        <w:spacing w:line="240" w:lineRule="auto"/>
        <w:ind w:left="720"/>
      </w:pPr>
      <w:r/>
      <w:hyperlink r:id="rId13">
        <w:r>
          <w:rPr>
            <w:color w:val="0000EE"/>
            <w:u w:val="single"/>
          </w:rPr>
          <w:t>https://www.theatlantic.com/ideas/2026/08/tim-curry-tribute/688422/?utm_source=apple_news</w:t>
        </w:r>
      </w:hyperlink>
      <w:r>
        <w:t xml:space="preserve"> - An article in The Atlantic pays tribute to Tim Curry, the iconic English actor known for his role as Dr. Frank-N-Furter in 'The Rocky Horror Picture Show'. The piece highlights Curry's versatile performances across film, stage, and television, and reflects on his enduring impact on popular culture.</w:t>
      </w:r>
      <w:r/>
    </w:p>
    <w:p>
      <w:pPr>
        <w:pStyle w:val="ListNumber"/>
        <w:spacing w:line="240" w:lineRule="auto"/>
        <w:ind w:left="720"/>
      </w:pPr>
      <w:r/>
      <w:hyperlink r:id="rId9">
        <w:r>
          <w:rPr>
            <w:color w:val="0000EE"/>
            <w:u w:val="single"/>
          </w:rPr>
          <w:t>https://www.campograndenews.com.br/lado-b/artes-23-08-2011-08/cineclube-exibe-musicais-queer-de-graca-durante-setembro</w:t>
        </w:r>
      </w:hyperlink>
      <w:r>
        <w:t xml:space="preserve"> - Campo Grande's Cinema da Boca is hosting a free exhibition of queer musicals throughout September. The event, titled 'Estranho, Excêntrico, Excepcional...', features seven films, including the 1975 classic 'The Rocky Horror Picture Show', directed by Jim Sharman. The screenings, debates, and DJ parties are held at venues like Teatro do Mundo, CUFA, and Capivas Cervejaria. The programme runs from September 3 to 23, with all sessions offering free entry.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mpograndenews.com.br/lado-b/artes-23-08-2011-08/cineclube-exibe-musicais-queer-de-graca-durante-setembro" TargetMode="External"/><Relationship Id="rId10" Type="http://schemas.openxmlformats.org/officeDocument/2006/relationships/hyperlink" Target="https://www.20thcenturystudios.com/movies/the-rocky-horror-picture-show" TargetMode="External"/><Relationship Id="rId11" Type="http://schemas.openxmlformats.org/officeDocument/2006/relationships/hyperlink" Target="https://www.imdb.com/title/tt0073629/" TargetMode="External"/><Relationship Id="rId12" Type="http://schemas.openxmlformats.org/officeDocument/2006/relationships/hyperlink" Target="https://www.rottentomatoes.com/m/rocky_horror_picture_show" TargetMode="External"/><Relationship Id="rId13" Type="http://schemas.openxmlformats.org/officeDocument/2006/relationships/hyperlink" Target="https://www.theatlantic.com/ideas/2026/08/tim-curry-tribute/688422/?utm_source=apple_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