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Festivals That Put Climate and Community First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are converging on Pride events this summer with a fresh focus , climate, cohesion and everyday queer life. Austria’s festivals are mixing parties and protest with panels and practical workshops, making Pride about much more than parades and pronouns.</w:t>
      </w:r>
      <w:r/>
    </w:p>
    <w:p>
      <w:r/>
      <w:r>
        <w:t>Essential Takeaways</w:t>
      </w:r>
      <w:r/>
      <w:r/>
    </w:p>
    <w:p>
      <w:pPr>
        <w:pStyle w:val="ListBullet"/>
        <w:spacing w:line="240" w:lineRule="auto"/>
        <w:ind w:left="720"/>
      </w:pPr>
      <w:r/>
      <w:r>
        <w:rPr>
          <w:b/>
        </w:rPr>
        <w:t>New focus:</w:t>
      </w:r>
      <w:r>
        <w:t xml:space="preserve"> Several Austrian Pride events are foregrounding climate change, renewable energy and democratic resilience alongside queer visibility. </w:t>
      </w:r>
      <w:r/>
    </w:p>
    <w:p>
      <w:pPr>
        <w:pStyle w:val="ListBullet"/>
        <w:spacing w:line="240" w:lineRule="auto"/>
        <w:ind w:left="720"/>
      </w:pPr>
      <w:r/>
      <w:r>
        <w:rPr>
          <w:b/>
        </w:rPr>
        <w:t>Mixed programme:</w:t>
      </w:r>
      <w:r>
        <w:t xml:space="preserve"> Expect parties, film, cook-ups, workshops on extremism and free expert panels , both celebratory and civic. </w:t>
      </w:r>
      <w:r/>
    </w:p>
    <w:p>
      <w:pPr>
        <w:pStyle w:val="ListBullet"/>
        <w:spacing w:line="240" w:lineRule="auto"/>
        <w:ind w:left="720"/>
      </w:pPr>
      <w:r/>
      <w:r>
        <w:rPr>
          <w:b/>
        </w:rPr>
        <w:t>Local reach:</w:t>
      </w:r>
      <w:r>
        <w:t xml:space="preserve"> Organisers emphasise showing queer people as neighbours and colleagues, not just performers; programmes include church services and communal cooking. </w:t>
      </w:r>
      <w:r/>
    </w:p>
    <w:p>
      <w:pPr>
        <w:pStyle w:val="ListBullet"/>
        <w:spacing w:line="240" w:lineRule="auto"/>
        <w:ind w:left="720"/>
      </w:pPr>
      <w:r/>
      <w:r>
        <w:rPr>
          <w:b/>
        </w:rPr>
        <w:t>Safer spaces matter:</w:t>
      </w:r>
      <w:r>
        <w:t xml:space="preserve"> Rising hate-crime figures nationally give added urgency to events that combine celebration with safety and dialogue. </w:t>
      </w:r>
      <w:r/>
    </w:p>
    <w:p>
      <w:pPr>
        <w:pStyle w:val="ListBullet"/>
        <w:spacing w:line="240" w:lineRule="auto"/>
        <w:ind w:left="720"/>
      </w:pPr>
      <w:r/>
      <w:r>
        <w:rPr>
          <w:b/>
        </w:rPr>
        <w:t>Accessible entry:</w:t>
      </w:r>
      <w:r>
        <w:t xml:space="preserve"> Many talks and panels, including key discussions, are free to attend , designed to draw in a broader public.</w:t>
      </w:r>
      <w:r/>
      <w:r/>
    </w:p>
    <w:p>
      <w:pPr>
        <w:pStyle w:val="Heading2"/>
      </w:pPr>
      <w:r>
        <w:t>Why Pride is shifting from identity-only to big-picture issues</w:t>
      </w:r>
      <w:r/>
    </w:p>
    <w:p>
      <w:r/>
      <w:r>
        <w:t>Pride week in parts of Austria is trading some of the narrow, hot-button debates for conversations that affect everyone, like how communities respond to climate change. That’s a refreshingly practical pivot, and it comes with familiar sensory notes , the hum of a street fair, the smell of food from communal cooking, sober debate in theatre lights. Organisers say this helps people see queer neighbours as part of everyday life , colleagues at the supermarket, lecturers at the university , not just as a cause to argue over. If you want to understand modern Pride, pay attention to the panels as much as the parade.</w:t>
      </w:r>
      <w:r/>
    </w:p>
    <w:p>
      <w:pPr>
        <w:pStyle w:val="Heading2"/>
      </w:pPr>
      <w:r>
        <w:t>How festivals blend party, politics and practical skills</w:t>
      </w:r>
      <w:r/>
    </w:p>
    <w:p>
      <w:r/>
      <w:r>
        <w:t>These Pride programmes don’t abandon parties or drag; they add film nights, cook-alongs and workshops on topics such as right-wing extremism and antisemitism. That mix makes events feel less like a single-issue rally and more like a community fair with depth. For instance, you’ll find evening cinema and daytime expert talks sharing a postcode, which invites families and curious locals to linger and learn. If you’re choosing an event, look for diversity in the schedule , it signals organisers are trying to reach beyond the usual crowd.</w:t>
      </w:r>
      <w:r/>
    </w:p>
    <w:p>
      <w:pPr>
        <w:pStyle w:val="Heading2"/>
      </w:pPr>
      <w:r>
        <w:t>Climate on the agenda: what that actually looks like</w:t>
      </w:r>
      <w:r/>
    </w:p>
    <w:p>
      <w:r/>
      <w:r>
        <w:t>Putting climate at the heart of Pride means panels on renewable energy, local resilience and civic action alongside queer-led climate activism. These discussions ask practical questions: how can LGBTQ+ groups partner with rural communities, what role do young farmers play, and how can everyday behaviour change scale? The benefits are twofold , a chance to connect queerness to universal civic concerns, and an opportunity to forge coalitions for action. Expect concrete takeaways rather than abstract theory: lists, contacts, and possible next steps.</w:t>
      </w:r>
      <w:r/>
    </w:p>
    <w:p>
      <w:pPr>
        <w:pStyle w:val="Heading2"/>
      </w:pPr>
      <w:r>
        <w:t>Safety and visibility in a tense moment</w:t>
      </w:r>
      <w:r/>
    </w:p>
    <w:p>
      <w:r/>
      <w:r>
        <w:t>National figures show a rise in homophobic crimes, so Pride organisers are balancing celebration with a clear safety agenda. That’s part practical , security planning, outreach to victims’ services , and part cultural: making visible the ordinary ways queer people contribute to city life. The aim is to reduce stigma and encourage reporting, because many incidents go unrecorded. Festivals that foreground both joy and protection send a strong message: visibility should be liberating, not dangerous.</w:t>
      </w:r>
      <w:r/>
    </w:p>
    <w:p>
      <w:pPr>
        <w:pStyle w:val="Heading2"/>
      </w:pPr>
      <w:r>
        <w:t>How to pick which Pride events to attend</w:t>
      </w:r>
      <w:r/>
    </w:p>
    <w:p>
      <w:r/>
      <w:r>
        <w:t>Decide what you want: spectacle, solidarity or a bit of both. If you’d like to leave with a plan, pick events advertising panels on climate, civic dialogue or workshops on extremism. Want to bring friends or family? Look for community-friendly items like communal meals and church services. Check accessibility details and whether talks are free , many offer low-barrier entry to encourage broader participation. And trust your nose: festivals with a mix of food stalls and serious talks usually feel the most welcoming.</w:t>
      </w:r>
      <w:r/>
    </w:p>
    <w:p>
      <w:r/>
      <w:r>
        <w:t>It's a small change that can make every Pride more relevant, safer and more connected to the place you 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https://www.sn.at/salzburg/chronik/abseits-von-pronomen-diskussionen-pride-festival-stellt-heuer-den-klimawandel-in-den-fokus-art-670438</w:t>
        </w:r>
      </w:hyperlink>
      <w:r>
        <w:t xml:space="preserve"> - Please view link - unable to able to access data</w:t>
      </w:r>
      <w:r/>
    </w:p>
    <w:p>
      <w:pPr>
        <w:pStyle w:val="ListNumber"/>
        <w:spacing w:line="240" w:lineRule="auto"/>
        <w:ind w:left="720"/>
      </w:pPr>
      <w:r/>
      <w:hyperlink r:id="rId9">
        <w:r>
          <w:rPr>
            <w:color w:val="0000EE"/>
            <w:u w:val="single"/>
          </w:rPr>
          <w:t>https://www.sn.at/salzburg/chronik/abseits-von-pronomen-diskussionen-pride-festival-stellt-heuer-den-klimawandel-in-den-fokus-art-670438</w:t>
        </w:r>
      </w:hyperlink>
      <w:r>
        <w:t xml:space="preserve"> - The article discusses the Salzburg Pride Festival's focus on climate change in 2026, highlighting the inclusion of an expert panel on the topic. Conny Felice, executive director of HOSI Salzburg, emphasises the festival's aim to address significant societal challenges, including climate change, renewable energy, and the strengthening of democracy. The event, running until 6 September, features workshops, cooking sessions, cinema screenings, and the CSD demonstration, aiming to make queer life more visible in everyday settings. The panel discussion 'Die großen Fragen' is scheduled for 3 September at Toihaus, with free admission.</w:t>
      </w:r>
      <w:r/>
    </w:p>
    <w:p>
      <w:pPr>
        <w:pStyle w:val="ListNumber"/>
        <w:spacing w:line="240" w:lineRule="auto"/>
        <w:ind w:left="720"/>
      </w:pPr>
      <w:r/>
      <w:hyperlink r:id="rId10">
        <w:r>
          <w:rPr>
            <w:color w:val="0000EE"/>
            <w:u w:val="single"/>
          </w:rPr>
          <w:t>https://www.sn.at/panorama/oesterreich/340000-menschen-bei-wiener-regenbogenparade-art-546277</w:t>
        </w:r>
      </w:hyperlink>
      <w:r>
        <w:t xml:space="preserve"> - The article reports on the 28th Rainbow Parade in Vienna, which took place on 8 June 2024. Organised by the Homosexual Initiative (HOSI) Vienna, the parade attracted 340,000 participants who marched along the Ringstrasse under the motto 'Pride is a demonstration'. The event aimed to raise awareness for the rights of LGBTIQ individuals, featuring 92 decorated trucks and various participant groups. The closing rally was held at Rathausplatz, emphasising the importance of visibility and acceptance for the LGBTIQ community.</w:t>
      </w:r>
      <w:r/>
    </w:p>
    <w:p>
      <w:pPr>
        <w:pStyle w:val="ListNumber"/>
        <w:spacing w:line="240" w:lineRule="auto"/>
        <w:ind w:left="720"/>
      </w:pPr>
      <w:r/>
      <w:hyperlink r:id="rId13">
        <w:r>
          <w:rPr>
            <w:color w:val="0000EE"/>
            <w:u w:val="single"/>
          </w:rPr>
          <w:t>https://viennapride.at/en/event/pride-parade-2024/</w:t>
        </w:r>
      </w:hyperlink>
      <w:r>
        <w:t xml:space="preserve"> - This page provides details about the 28th Rainbow Parade, also known as the Pride Parade, which took place on 8 June 2024 in Vienna. The parade marched around Vienna’s Ringstrasse, marking the end of Vienna Pride and making a statement for the rights, acceptance, and visibility of LGBTIQ people in Austria, Europe, and the world. The closing rally was held at Rathausplatz in Vienna. The event was free and organised by the Homosexual Initiative (HOSI) Wien.</w:t>
      </w:r>
      <w:r/>
    </w:p>
    <w:p>
      <w:pPr>
        <w:pStyle w:val="ListNumber"/>
        <w:spacing w:line="240" w:lineRule="auto"/>
        <w:ind w:left="720"/>
      </w:pPr>
      <w:r/>
      <w:hyperlink r:id="rId11">
        <w:r>
          <w:rPr>
            <w:color w:val="0000EE"/>
            <w:u w:val="single"/>
          </w:rPr>
          <w:t>https://viennapride.at/en/event/conference-2024/</w:t>
        </w:r>
      </w:hyperlink>
      <w:r>
        <w:t xml:space="preserve"> - The Vienna Pride Conference 2024 provided a platform for the LGBTIQ community and its allies to share knowledge, discuss solutions, and drive change. The focus was on human rights, health, business, and the labour market, highlighted by a diverse programme of lectures, discussions, workshops, and a job fair. Activists and experts shared insights and experiences in talks and discussions on 'LGBTIQ &amp; Human Rights', 'LGBTIQ &amp; Health', and 'PRIDE Business'. Workshops offered opportunities for active participation and exchange, while the LGBTIQ Job Fair provided space for networking with potential employers and discovering new career opportunities.</w:t>
      </w:r>
      <w:r/>
    </w:p>
    <w:p>
      <w:pPr>
        <w:pStyle w:val="ListNumber"/>
        <w:spacing w:line="240" w:lineRule="auto"/>
        <w:ind w:left="720"/>
      </w:pPr>
      <w:r/>
      <w:hyperlink r:id="rId12">
        <w:r>
          <w:rPr>
            <w:color w:val="0000EE"/>
            <w:u w:val="single"/>
          </w:rPr>
          <w:t>https://www.woman.at/veranstaltungen/vienna-pride</w:t>
        </w:r>
      </w:hyperlink>
      <w:r>
        <w:t xml:space="preserve"> - This article provides information about Vienna Pride 2024, Austria's largest LGBTQIA+ event, which took place from 25 May to 9 June 2024. The highlight was the 'Regenbogenparade' (Rainbow Parade), aiming to demonstrate for acceptance, respect, and equal rights for all, regardless of gender identities, gender characteristics, or sexual orientations. The event emphasised the visibility of lesbian, gay, bisexual, transgender, queer, intersex, asexual, and other gender identities and sexual orientations (LGBTQIA+). The article highlights the importance of such events in fostering a sense of community and support for LGBTQIA+ individuals.</w:t>
      </w:r>
      <w:r/>
    </w:p>
    <w:p>
      <w:pPr>
        <w:pStyle w:val="ListNumber"/>
        <w:spacing w:line="240" w:lineRule="auto"/>
        <w:ind w:left="720"/>
      </w:pPr>
      <w:r/>
      <w:hyperlink r:id="rId14">
        <w:r>
          <w:rPr>
            <w:color w:val="0000EE"/>
            <w:u w:val="single"/>
          </w:rPr>
          <w:t>https://dunav.at/de/vienna-pride-2024/</w:t>
        </w:r>
      </w:hyperlink>
      <w:r>
        <w:t xml:space="preserve"> - This page provides information about Vienna Pride 2024, which took place from 25 May to 9 June 2024 under the motto 'Pride is a Demonstration'. The event featured the Pride Village from 6 to 8 June and the 28th Rainbow Parade on 8 June. Numerous other events were held throughout Vienna, setting a clear sign for diversity, tolerance, and equality. The article includes statements from city officials, such as Vice Mayor Christoph Wiederkehr, who emphasised the importance of making diversity visible in Vienna and highlighted the campaign 'Lebe deine Liebe' (Live Your Love) focusing on education and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n.at/salzburg/chronik/abseits-von-pronomen-diskussionen-pride-festival-stellt-heuer-den-klimawandel-in-den-fokus-art-670438" TargetMode="External"/><Relationship Id="rId10" Type="http://schemas.openxmlformats.org/officeDocument/2006/relationships/hyperlink" Target="https://www.sn.at/panorama/oesterreich/340000-menschen-bei-wiener-regenbogenparade-art-546277" TargetMode="External"/><Relationship Id="rId11" Type="http://schemas.openxmlformats.org/officeDocument/2006/relationships/hyperlink" Target="https://viennapride.at/en/event/conference-2024/" TargetMode="External"/><Relationship Id="rId12" Type="http://schemas.openxmlformats.org/officeDocument/2006/relationships/hyperlink" Target="https://www.woman.at/veranstaltungen/vienna-pride" TargetMode="External"/><Relationship Id="rId13" Type="http://schemas.openxmlformats.org/officeDocument/2006/relationships/hyperlink" Target="https://viennapride.at/en/event/pride-parade-2024/" TargetMode="External"/><Relationship Id="rId14" Type="http://schemas.openxmlformats.org/officeDocument/2006/relationships/hyperlink" Target="https://dunav.at/de/vienna-prid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