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Comebacks: How St. Petersburg's Rainbow Refuses to Vanish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a painted rainbow quietly fights back , residents, activists and passersby in St. Petersburg are seeing the colours re-emerge beneath a blacked-out street mural, a small but potent reminder that visibility can be stubbornly persistent and deeply meaningful.</w:t>
      </w:r>
      <w:r/>
    </w:p>
    <w:p>
      <w:r/>
      <w:r>
        <w:t>Essential Takeaways</w:t>
      </w:r>
      <w:r/>
      <w:r/>
    </w:p>
    <w:p>
      <w:pPr>
        <w:pStyle w:val="ListBullet"/>
        <w:spacing w:line="240" w:lineRule="auto"/>
        <w:ind w:left="720"/>
      </w:pPr>
      <w:r/>
      <w:r>
        <w:rPr>
          <w:b/>
        </w:rPr>
        <w:t>What happened:</w:t>
      </w:r>
      <w:r>
        <w:t xml:space="preserve"> Florida ordered the Progressive Pride street mural removed from Central Avenue; city officials covered it with black pavement treatment in 2025.</w:t>
      </w:r>
      <w:r/>
    </w:p>
    <w:p>
      <w:pPr>
        <w:pStyle w:val="ListBullet"/>
        <w:spacing w:line="240" w:lineRule="auto"/>
        <w:ind w:left="720"/>
      </w:pPr>
      <w:r/>
      <w:r>
        <w:rPr>
          <w:b/>
        </w:rPr>
        <w:t>Unexpected comeback:</w:t>
      </w:r>
      <w:r>
        <w:t xml:space="preserve"> Over months the black coating has worn away in patches, letting the rainbow colours peek through , a visual and emotional reclaiming.</w:t>
      </w:r>
      <w:r/>
    </w:p>
    <w:p>
      <w:pPr>
        <w:pStyle w:val="ListBullet"/>
        <w:spacing w:line="240" w:lineRule="auto"/>
        <w:ind w:left="720"/>
      </w:pPr>
      <w:r/>
      <w:r>
        <w:rPr>
          <w:b/>
        </w:rPr>
        <w:t>Local context:</w:t>
      </w:r>
      <w:r>
        <w:t xml:space="preserve"> The mural was created by the community in 2020 and became a well-loved landmark for St. Petersburg’s LGBTQ+ scene.</w:t>
      </w:r>
      <w:r/>
    </w:p>
    <w:p>
      <w:pPr>
        <w:pStyle w:val="ListBullet"/>
        <w:spacing w:line="240" w:lineRule="auto"/>
        <w:ind w:left="720"/>
      </w:pPr>
      <w:r/>
      <w:r>
        <w:rPr>
          <w:b/>
        </w:rPr>
        <w:t>Broader fight:</w:t>
      </w:r>
      <w:r>
        <w:t xml:space="preserve"> This resurfacing comes amid wider battles over LGBTQ+ expression in Florida, including legal fights over performances and public art.</w:t>
      </w:r>
      <w:r/>
    </w:p>
    <w:p>
      <w:pPr>
        <w:pStyle w:val="ListBullet"/>
        <w:spacing w:line="240" w:lineRule="auto"/>
        <w:ind w:left="720"/>
      </w:pPr>
      <w:r/>
      <w:r>
        <w:rPr>
          <w:b/>
        </w:rPr>
        <w:t>Practical note:</w:t>
      </w:r>
      <w:r>
        <w:t xml:space="preserve"> The fading reveal is gradual and fragile; advocates are using the moment to push for new, durable ways to preserve queer visibility.</w:t>
      </w:r>
      <w:r/>
      <w:r/>
    </w:p>
    <w:p>
      <w:pPr>
        <w:pStyle w:val="Heading2"/>
      </w:pPr>
      <w:r>
        <w:t>A rainbow that won't stay quiet , the opening reveal</w:t>
      </w:r>
      <w:r/>
    </w:p>
    <w:p>
      <w:r/>
      <w:r>
        <w:t>People walking through Central Avenue notice small, bright slashes of colour where the black paint has thinned, and there’s a rare kind of delight in spotting them. According to reporting on local news, the Progressive Pride mural was created in 2020 through community fundraising and quickly became a visual anchor for queer life in St. Petersburg. When state officials moved to erase it in 2025, the city opted to cover the artwork rather than risk state funding complications. The slow reappearance feels almost poetic , a sign that history and memory don’t disappear just because they’re painted over.</w:t>
      </w:r>
      <w:r/>
    </w:p>
    <w:p>
      <w:pPr>
        <w:pStyle w:val="Heading2"/>
      </w:pPr>
      <w:r>
        <w:t>How the cover-up came about , the official line and local reaction</w:t>
      </w:r>
      <w:r/>
    </w:p>
    <w:p>
      <w:r/>
      <w:r>
        <w:t>The Florida Department of Transportation told the city the mural violated rules on pavement art, and that set the wheels in motion for the black-cover treatment. News outlets documented the decision and the city's compliance, which many residents found upsetting. For people who walked or cycled through that intersection, the mural was more than paint; it was a public statement of belonging. The fact that the rainbow is now showing through lends an almost cinematic arc to the story: official erasure met with slow, everyday reclamation.</w:t>
      </w:r>
      <w:r/>
    </w:p>
    <w:p>
      <w:pPr>
        <w:pStyle w:val="Heading2"/>
      </w:pPr>
      <w:r>
        <w:t>What the reveal says about memory and visibility</w:t>
      </w:r>
      <w:r/>
    </w:p>
    <w:p>
      <w:r/>
      <w:r>
        <w:t>Underneath the asphalt treatment, the colours have not vanished , they’ve simply been obscured. That’s an intimate metaphor for how communities carry identity through setbacks. Local reporting highlights how the mural’s resurfacing has become a conversation starter about the limits of erasure and the resilience of communal symbols. Artists and activists say moments like this matter because they keep conversations alive, and because the tactile sight of the rainbow returning is more persuasive than any statement.</w:t>
      </w:r>
      <w:r/>
    </w:p>
    <w:p>
      <w:pPr>
        <w:pStyle w:val="Heading2"/>
      </w:pPr>
      <w:r>
        <w:t>This isn’t isolated , part of a wider cultural clash in Florida</w:t>
      </w:r>
      <w:r/>
    </w:p>
    <w:p>
      <w:r/>
      <w:r>
        <w:t>The mural’s fate sits alongside other state-level actions that have targeted LGBTQ+ visibility, from bans on certain public artworks to restrictions on performances. Courts are still weighing big questions, and rulings this year have kept parts of those laws in play while broader challenges continue. That broader backdrop is why the mural’s slow comeback feels like more than civic trivia , it’s a small, vivid skirmish in a larger cultural contest about who gets to be seen in public space.</w:t>
      </w:r>
      <w:r/>
    </w:p>
    <w:p>
      <w:pPr>
        <w:pStyle w:val="Heading2"/>
      </w:pPr>
      <w:r>
        <w:t>What happens next , community options and practical choices</w:t>
      </w:r>
      <w:r/>
    </w:p>
    <w:p>
      <w:r/>
      <w:r>
        <w:t>Some locals and organisations are already discussing how to preserve queer history in ways that are harder to erase: think permanent installations, privately funded plaques, or protected works in sanctioned public-art spaces. Practical steps include documenting the mural with photographs, seeking public-art archive listings, or fundraising for weather-proofed replacements elsewhere. If you care, showing up , photographing, sharing responsibly, and supporting local LGBTQ+ cultural groups , makes a difference.</w:t>
      </w:r>
      <w:r/>
    </w:p>
    <w:p>
      <w:r/>
      <w:r>
        <w:t>It's a small change that can make every re-emerging stripe feel like a tiny victory.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[3]</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[7]</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https://instinctmagazine.com/st-petersburg-rainbow-comes-out/</w:t>
        </w:r>
      </w:hyperlink>
      <w:r>
        <w:t xml:space="preserve"> - Please view link - unable to able to access data</w:t>
      </w:r>
      <w:r/>
    </w:p>
    <w:p>
      <w:pPr>
        <w:pStyle w:val="ListNumber"/>
        <w:spacing w:line="240" w:lineRule="auto"/>
        <w:ind w:left="720"/>
      </w:pPr>
      <w:r/>
      <w:hyperlink r:id="rId10">
        <w:r>
          <w:rPr>
            <w:color w:val="0000EE"/>
            <w:u w:val="single"/>
          </w:rPr>
          <w:t>https://www.wusf.org/arts-culture/2025-08-22/state-denies-st-petes-request-to-exempt-street-murals</w:t>
        </w:r>
      </w:hyperlink>
      <w:r>
        <w:t xml:space="preserve"> - In August 2025, the Florida Department of Transportation (FDOT) denied St. Petersburg's request to exempt five of its street murals, including the Progressive Pride mural, from a statewide ban on pavement art. The city had argued that these murals fostered community identity, but FDOT maintained that such art could distract drivers and conflict with roadway standards. Consequently, the murals were scheduled for removal, with the city agreeing to reimburse FDOT for the costs involved. This decision sparked concerns about the erasure of cultural and political expressions in public spaces.</w:t>
      </w:r>
      <w:r/>
    </w:p>
    <w:p>
      <w:pPr>
        <w:pStyle w:val="ListNumber"/>
        <w:spacing w:line="240" w:lineRule="auto"/>
        <w:ind w:left="720"/>
      </w:pPr>
      <w:r/>
      <w:hyperlink r:id="rId14">
        <w:r>
          <w:rPr>
            <w:color w:val="0000EE"/>
            <w:u w:val="single"/>
          </w:rPr>
          <w:t>https://www.metroweekly.com/2025/12/st-petersburg-rainbow-bike-racks-pride-mural/</w:t>
        </w:r>
      </w:hyperlink>
      <w:r>
        <w:t xml:space="preserve"> - Following the removal of the Progressive Pride mural in St. Petersburg, the city installed 11 rainbow-colored bike racks in the Grand Central District. These installations aimed to honour the LGBTQ+ community and serve as a vibrant replacement for the art that was removed under state orders. The bike racks, funded through the city's public bike rack program, feature colours resembling the Pride Flag, symbolising the community's resilience and commitment to inclusivity.</w:t>
      </w:r>
      <w:r/>
    </w:p>
    <w:p>
      <w:pPr>
        <w:pStyle w:val="ListNumber"/>
        <w:spacing w:line="240" w:lineRule="auto"/>
        <w:ind w:left="720"/>
      </w:pPr>
      <w:r/>
      <w:hyperlink r:id="rId11">
        <w:r>
          <w:rPr>
            <w:color w:val="0000EE"/>
            <w:u w:val="single"/>
          </w:rPr>
          <w:t>https://www.tampabay.com/news/st-petersburg/2025/09/02/st-petersburg-pride-street-mural-removed-florida/</w:t>
        </w:r>
      </w:hyperlink>
      <w:r>
        <w:t xml:space="preserve"> - In September 2025, the Florida Department of Transportation (FDOT) removed the Progressive Pride street mural at the intersection of Central Avenue and 25th Street in St. Petersburg. This action was part of a broader initiative to eliminate street art with political or ideological messages from public roadways. The removal of the mural, which had been a vibrant symbol of the LGBTQ+ community for five years, was the last of five such artworks targeted in the city.</w:t>
      </w:r>
      <w:r/>
    </w:p>
    <w:p>
      <w:pPr>
        <w:pStyle w:val="ListNumber"/>
        <w:spacing w:line="240" w:lineRule="auto"/>
        <w:ind w:left="720"/>
      </w:pPr>
      <w:r/>
      <w:hyperlink r:id="rId15">
        <w:r>
          <w:rPr>
            <w:color w:val="0000EE"/>
            <w:u w:val="single"/>
          </w:rPr>
          <w:t>https://floridapolitics.com/archives/754078-st-petes-progressive-pride-mural-the-last-of-5-street-artworks-removed-by-state/</w:t>
        </w:r>
      </w:hyperlink>
      <w:r>
        <w:t xml:space="preserve"> - The Progressive Pride mural in St. Petersburg was the final piece of street art removed by the state in September 2025. The mural, located at the intersection of Central Avenue and 25th Street, was painted over by FDOT crews in the early hours, following a statewide directive to eliminate pavement art with political or ideological messages. This action was part of a broader crackdown on such artworks across Florida, raising concerns about the suppression of free expression and community identity.</w:t>
      </w:r>
      <w:r/>
    </w:p>
    <w:p>
      <w:pPr>
        <w:pStyle w:val="ListNumber"/>
        <w:spacing w:line="240" w:lineRule="auto"/>
        <w:ind w:left="720"/>
      </w:pPr>
      <w:r/>
      <w:hyperlink r:id="rId13">
        <w:r>
          <w:rPr>
            <w:color w:val="0000EE"/>
            <w:u w:val="single"/>
          </w:rPr>
          <w:t>https://stpetecatalyst.com/pride-bubbles-up-beneath-the-tar/</w:t>
        </w:r>
      </w:hyperlink>
      <w:r>
        <w:t xml:space="preserve"> - Nearly a year after the Florida Department of Transportation (FDOT) covered St. Petersburg's Progressive Pride mural with black paint, sections of the original rainbow design began to reappear. The black covering had deteriorated over time, allowing the vibrant colours beneath to resurface. This phenomenon symbolised the enduring presence of the LGBTQ+ community's identity and history, despite efforts to erase it from public view.</w:t>
      </w:r>
      <w:r/>
    </w:p>
    <w:p>
      <w:pPr>
        <w:pStyle w:val="ListNumber"/>
        <w:spacing w:line="240" w:lineRule="auto"/>
        <w:ind w:left="720"/>
      </w:pPr>
      <w:r/>
      <w:hyperlink r:id="rId12">
        <w:r>
          <w:rPr>
            <w:color w:val="0000EE"/>
            <w:u w:val="single"/>
          </w:rPr>
          <w:t>https://www.publicartarchive.org/art/Progressive-Pride-Mural/0eb7251c</w:t>
        </w:r>
      </w:hyperlink>
      <w:r>
        <w:t xml:space="preserve"> - The Progressive Pride Mural in St. Petersburg, Florida, was created in 2020 by artist Andrea Pawlisz and a team of collaborators. Located at Central Avenue and 25th Street, the mural was a vibrant symbol of the LGBTQ+ community. In June 2025, following the passage of Senate Bill 1662, the Florida Department of Transportation (FDOT) updated its design standards to prohibit all 'pavement or surface art' on public roadways, leading to the removal of the mural along with others across the state.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st-petersburg-rainbow-comes-out/" TargetMode="External"/><Relationship Id="rId10" Type="http://schemas.openxmlformats.org/officeDocument/2006/relationships/hyperlink" Target="https://www.wusf.org/arts-culture/2025-08-22/state-denies-st-petes-request-to-exempt-street-murals" TargetMode="External"/><Relationship Id="rId11" Type="http://schemas.openxmlformats.org/officeDocument/2006/relationships/hyperlink" Target="https://www.tampabay.com/news/st-petersburg/2025/09/02/st-petersburg-pride-street-mural-removed-florida/" TargetMode="External"/><Relationship Id="rId12" Type="http://schemas.openxmlformats.org/officeDocument/2006/relationships/hyperlink" Target="https://www.publicartarchive.org/art/Progressive-Pride-Mural/0eb7251c" TargetMode="External"/><Relationship Id="rId13" Type="http://schemas.openxmlformats.org/officeDocument/2006/relationships/hyperlink" Target="https://stpetecatalyst.com/pride-bubbles-up-beneath-the-tar/" TargetMode="External"/><Relationship Id="rId14" Type="http://schemas.openxmlformats.org/officeDocument/2006/relationships/hyperlink" Target="https://www.metroweekly.com/2025/12/st-petersburg-rainbow-bike-racks-pride-mural/" TargetMode="External"/><Relationship Id="rId15" Type="http://schemas.openxmlformats.org/officeDocument/2006/relationships/hyperlink" Target="https://floridapolitics.com/archives/754078-st-petes-progressive-pride-mural-the-last-of-5-street-artworks-removed-by-st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