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Porto Pride 2026 Guide: Where to Celebrate Pride Weekend in Porto</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and sightseers are turning autumn plans into Pride plans , Porto Pride returns September 11–13, offering three days of free open-air music, panels, river cruises and late-night parties that make Northern Portugal a lively, LGBTQIA+‑friendly late‑summer escape.</w:t>
      </w:r>
      <w:r/>
    </w:p>
    <w:p>
      <w:r/>
      <w:r>
        <w:t>Essential Takeaways</w:t>
      </w:r>
      <w:r/>
      <w:r/>
    </w:p>
    <w:p>
      <w:pPr>
        <w:pStyle w:val="ListBullet"/>
        <w:spacing w:line="240" w:lineRule="auto"/>
        <w:ind w:left="720"/>
      </w:pPr>
      <w:r/>
      <w:r>
        <w:rPr>
          <w:b/>
        </w:rPr>
        <w:t>When and where:</w:t>
      </w:r>
      <w:r>
        <w:t xml:space="preserve"> Porto Pride runs September 11–13, centred on Largo Amor de Perdição and several city hotspots.</w:t>
      </w:r>
      <w:r/>
    </w:p>
    <w:p>
      <w:pPr>
        <w:pStyle w:val="ListBullet"/>
        <w:spacing w:line="240" w:lineRule="auto"/>
        <w:ind w:left="720"/>
      </w:pPr>
      <w:r/>
      <w:r>
        <w:rPr>
          <w:b/>
        </w:rPr>
        <w:t>Free festival feel:</w:t>
      </w:r>
      <w:r>
        <w:t xml:space="preserve"> The main programme is free and public, focusing on local performers and community voices rather than heavy corporate branding.</w:t>
      </w:r>
      <w:r/>
    </w:p>
    <w:p>
      <w:pPr>
        <w:pStyle w:val="ListBullet"/>
        <w:spacing w:line="240" w:lineRule="auto"/>
        <w:ind w:left="720"/>
      </w:pPr>
      <w:r/>
      <w:r>
        <w:rPr>
          <w:b/>
        </w:rPr>
        <w:t>Events to mark:</w:t>
      </w:r>
      <w:r>
        <w:t xml:space="preserve"> Expect a Pride Summit with panels, a mainstage festival, a Pride Party Boat on the Douro, drag brunches, and official after‑parties.</w:t>
      </w:r>
      <w:r/>
    </w:p>
    <w:p>
      <w:pPr>
        <w:pStyle w:val="ListBullet"/>
        <w:spacing w:line="240" w:lineRule="auto"/>
        <w:ind w:left="720"/>
      </w:pPr>
      <w:r/>
      <w:r>
        <w:rPr>
          <w:b/>
        </w:rPr>
        <w:t>Where to base yourself:</w:t>
      </w:r>
      <w:r>
        <w:t xml:space="preserve"> YOTEL Porto is an official partner with rooftop activations, meet‑ups, and a 20% direct‑booking discount for stays 10–14 September (promo code YOPRIDE20).</w:t>
      </w:r>
      <w:r/>
    </w:p>
    <w:p>
      <w:pPr>
        <w:pStyle w:val="ListBullet"/>
        <w:spacing w:line="240" w:lineRule="auto"/>
        <w:ind w:left="720"/>
      </w:pPr>
      <w:r/>
      <w:r>
        <w:rPr>
          <w:b/>
        </w:rPr>
        <w:t>Vibe check:</w:t>
      </w:r>
      <w:r>
        <w:t xml:space="preserve"> Historic streets, warm Portuguese light and a community‑first line‑up give the weekend a friendly, authentic feel.</w:t>
      </w:r>
      <w:r/>
      <w:r/>
    </w:p>
    <w:p>
      <w:pPr>
        <w:pStyle w:val="Heading2"/>
      </w:pPr>
      <w:r>
        <w:t>Why Porto Pride feels different , intimate, local and very Porto</w:t>
      </w:r>
      <w:r/>
    </w:p>
    <w:p>
      <w:r/>
      <w:r>
        <w:t>Porto Pride has quietly earned a reputation for feeling more like a neighbourhood celebration than a corporate parade, and you notice that as soon as you arrive. The main stage highlights Portuguese drag, trans activists and national pop names, so the sound and humour feel distinctly local rather than cloned from bigger capitals. Organisers dropped tickets and moved the party into public squares in 2019, and that shift opened the city to thousands more attendees overnight. Expect a colourful, communal atmosphere where neighbours, visitors and queer travellers mingle under the same sky.</w:t>
      </w:r>
      <w:r/>
    </w:p>
    <w:p>
      <w:pPr>
        <w:pStyle w:val="Heading2"/>
      </w:pPr>
      <w:r>
        <w:t>The historic backdrop that makes it special</w:t>
      </w:r>
      <w:r/>
    </w:p>
    <w:p>
      <w:r/>
      <w:r>
        <w:t>Largo Amor de Perdição isn't just pretty pavement , it’s a square with a story. The name nods to a 19th‑century romance penned by Camilo Castelo Branco while imprisoned nearby, and it's fitting that a place once associated with forbidden love now hosts a festival of liberation. Walking the cobbled lanes after a summer afternoon set, you get a sense of continuity: old stones, modern playlists and people reclaiming public space. For visitors, it makes Porto Pride feel like a cultural day out as much as a party.</w:t>
      </w:r>
      <w:r/>
    </w:p>
    <w:p>
      <w:pPr>
        <w:pStyle w:val="Heading2"/>
      </w:pPr>
      <w:r>
        <w:t>What to plan for: panels, parties and a boat on the Douro</w:t>
      </w:r>
      <w:r/>
    </w:p>
    <w:p>
      <w:r/>
      <w:r>
        <w:t>The weekend mixes practical advocacy with pure entertainment. The Pride Summit brings panel discussions on rights and queer culture, useful if you want context and conversation beyond the DJ sets. The main festival in Praça de D. João I and surrounding squares offers free performances, while the Pride Party Boat provides a scenic Douro cruise that’s as much a photo moment as a dancefloor. End the night at official after‑parties, or slow things down with a drag brunch the following morning , it’s a programme designed for people who want options, not a single track.</w:t>
      </w:r>
      <w:r/>
    </w:p>
    <w:p>
      <w:pPr>
        <w:pStyle w:val="Heading2"/>
      </w:pPr>
      <w:r>
        <w:t>Where to stay and how to book smart</w:t>
      </w:r>
      <w:r/>
    </w:p>
    <w:p>
      <w:r/>
      <w:r>
        <w:t>If you're treating this as a short city break, pick a base that puts you in the middle of the action. YOTEL Porto returns as an official hotel partner and has become a hub for festival guests, hosting drag artists and creators for meet‑ups in its courtyard and rooftop spaces. The hotel is offering a discount for direct bookings between 10–14 September with the code YOPRIDE20, which can be worth grabbing early as rooms fill fast. Otherwise, look for accommodation in the Cordoaria and Ribeira neighbourhoods to keep walking distance to most events.</w:t>
      </w:r>
      <w:r/>
    </w:p>
    <w:p>
      <w:pPr>
        <w:pStyle w:val="Heading2"/>
      </w:pPr>
      <w:r>
        <w:t>Practical tips for first‑timers and seasoned Pride travellers</w:t>
      </w:r>
      <w:r/>
    </w:p>
    <w:p>
      <w:r/>
      <w:r>
        <w:t>Go light but ready: Porto’s late‑summer sun can be strong, so pack sunscreen, a lightweight layer for the evening and comfortable shoes for cobbles. Bring a small charger and a reusable bottle, and download local maps , some events spread across several squares. If you care about community ethos, seek out local drag acts and panels rather than just the headline sets; you’ll leave with better stories and a sense of what makes Porto Pride unique. And if you’re booking with a group, snag accommodation early , festivals this size can make the city feel sold out fast.</w:t>
      </w:r>
      <w:r/>
    </w:p>
    <w:p>
      <w:r/>
      <w:r>
        <w:t>It’s a modest festival with big heart, and a short trip that rewards you with music, history and a genuinely warm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9">
        <w:r>
          <w:rPr>
            <w:color w:val="0000EE"/>
            <w:u w:val="single"/>
          </w:rPr>
          <w:t>[1]</w:t>
        </w:r>
      </w:hyperlink>
      <w:r>
        <w:t xml:space="preserve">, </w:t>
      </w:r>
      <w:hyperlink r:id="rId11">
        <w:r>
          <w:rPr>
            <w:color w:val="0000EE"/>
            <w:u w:val="single"/>
          </w:rPr>
          <w:t>[5]</w:t>
        </w:r>
      </w:hyperlink>
      <w:r>
        <w:t xml:space="preserve">- Paragraph 4: </w:t>
      </w:r>
      <w:hyperlink r:id="rId9">
        <w:r>
          <w:rPr>
            <w:color w:val="0000EE"/>
            <w:u w:val="single"/>
          </w:rPr>
          <w:t>[1]</w:t>
        </w:r>
      </w:hyperlink>
      <w:r>
        <w:t xml:space="preserve">, </w:t>
      </w:r>
      <w:hyperlink r:id="rId13">
        <w:r>
          <w:rPr>
            <w:color w:val="0000EE"/>
            <w:u w:val="single"/>
          </w:rPr>
          <w:t>[3]</w:t>
        </w:r>
      </w:hyperlink>
      <w:r>
        <w:t xml:space="preserve">- Paragraph 5: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https://gayety.com/porto-pride-september-guide-yotel</w:t>
        </w:r>
      </w:hyperlink>
      <w:r>
        <w:t xml:space="preserve"> - Please view link - unable to able to access data</w:t>
      </w:r>
      <w:r/>
    </w:p>
    <w:p>
      <w:pPr>
        <w:pStyle w:val="ListNumber"/>
        <w:spacing w:line="240" w:lineRule="auto"/>
        <w:ind w:left="720"/>
      </w:pPr>
      <w:r/>
      <w:hyperlink r:id="rId10">
        <w:r>
          <w:rPr>
            <w:color w:val="0000EE"/>
            <w:u w:val="single"/>
          </w:rPr>
          <w:t>https://portopride.com/</w:t>
        </w:r>
      </w:hyperlink>
      <w:r>
        <w:t xml:space="preserve"> - Porto Pride is the oldest Pride event in northern Portugal, held annually since 2001. In 2019, it transformed into a free, open-air celebration under the motto 'Dar cor ao Porto' (Bringing colour to Porto), attracting over 10,000 attendees to Praça de D. João I. The 2026 event is scheduled for 11–13 September, featuring a summit at Teatro Rivoli, a festival at Largo Amor de Perdição, and various community gatherings. The festival aims to promote diversity and inclusion in Porto. (</w:t>
      </w:r>
      <w:hyperlink r:id="rId15">
        <w:r>
          <w:rPr>
            <w:color w:val="0000EE"/>
            <w:u w:val="single"/>
          </w:rPr>
          <w:t>portopride.com</w:t>
        </w:r>
      </w:hyperlink>
      <w:r>
        <w:t>)</w:t>
      </w:r>
      <w:r/>
    </w:p>
    <w:p>
      <w:pPr>
        <w:pStyle w:val="ListNumber"/>
        <w:spacing w:line="240" w:lineRule="auto"/>
        <w:ind w:left="720"/>
      </w:pPr>
      <w:r/>
      <w:hyperlink r:id="rId13">
        <w:r>
          <w:rPr>
            <w:color w:val="0000EE"/>
            <w:u w:val="single"/>
          </w:rPr>
          <w:t>https://www.yotel.com/en/hotels/yotel-porto</w:t>
        </w:r>
      </w:hyperlink>
      <w:r>
        <w:t xml:space="preserve"> - YOTEL Porto is a modern hotel located in the city centre, offering comfortable accommodations and amenities. For the 2026 Porto Pride, YOTEL Porto returns as an official hotel partner, providing a central hub for festival-goers. The hotel hosts participating drag artists and LGBTQIA+ travel content creators, offering community meet-ups in its outdoor courtyard. Guests can enjoy Pride activations, giveaways, VELA offers, and rooftop social spaces throughout the weekend. A 20% discount is available for direct bookings between 10–14 September using the promotional code YOPRIDE20. (</w:t>
      </w:r>
      <w:hyperlink r:id="rId16">
        <w:r>
          <w:rPr>
            <w:color w:val="0000EE"/>
            <w:u w:val="single"/>
          </w:rPr>
          <w:t>yotel.com</w:t>
        </w:r>
      </w:hyperlink>
      <w:r>
        <w:t>)</w:t>
      </w:r>
      <w:r/>
    </w:p>
    <w:p>
      <w:pPr>
        <w:pStyle w:val="ListNumber"/>
        <w:spacing w:line="240" w:lineRule="auto"/>
        <w:ind w:left="720"/>
      </w:pPr>
      <w:r/>
      <w:hyperlink r:id="rId12">
        <w:r>
          <w:rPr>
            <w:color w:val="0000EE"/>
            <w:u w:val="single"/>
          </w:rPr>
          <w:t>https://www.gaytravel4u.com/event/porto-pride-festival/</w:t>
        </w:r>
      </w:hyperlink>
      <w:r>
        <w:t xml:space="preserve"> - Porto Pride is the oldest Pride event in northern Portugal, an annual festival celebrating diversity and equal rights. The 2026 edition is scheduled from 11 to 13 September, featuring three days and nights of events. The festival began in 2001 and has been operating as a free outdoor celebration since 2019. The event includes drag shows, circuit parties, music, and performances. The Porto Pride March (Marcha Do Orgulho) is a separate event taking place in June. (</w:t>
      </w:r>
      <w:hyperlink r:id="rId17">
        <w:r>
          <w:rPr>
            <w:color w:val="0000EE"/>
            <w:u w:val="single"/>
          </w:rPr>
          <w:t>gaytravel4u.com</w:t>
        </w:r>
      </w:hyperlink>
      <w:r>
        <w:t>)</w:t>
      </w:r>
      <w:r/>
    </w:p>
    <w:p>
      <w:pPr>
        <w:pStyle w:val="ListNumber"/>
        <w:spacing w:line="240" w:lineRule="auto"/>
        <w:ind w:left="720"/>
      </w:pPr>
      <w:r/>
      <w:hyperlink r:id="rId11">
        <w:r>
          <w:rPr>
            <w:color w:val="0000EE"/>
            <w:u w:val="single"/>
          </w:rPr>
          <w:t>https://www.gaycation.eu/portugal/porto/events/porto-pride-2026</w:t>
        </w:r>
      </w:hyperlink>
      <w:r>
        <w:t xml:space="preserve"> - Porto Pride is a three-day festival, distinct from the city's Marcha do Orgulho LGBTI+ do Porto, which is held earlier in the year. The 2026 festival includes a summit at Teatro Rivoli, a festival at Largo Amor de Perdição, an after-party at PINK Club, a drag brunch at Hard Rock Café Porto, and a boat party across the river at Vila Nova de Gaia. A warm-up sunset party at the Time Out Market opens the run a fortnight before the festival weekend. (</w:t>
      </w:r>
      <w:hyperlink r:id="rId18">
        <w:r>
          <w:rPr>
            <w:color w:val="0000EE"/>
            <w:u w:val="single"/>
          </w:rPr>
          <w:t>gaycation.eu</w:t>
        </w:r>
      </w:hyperlink>
      <w:r>
        <w:t>)</w:t>
      </w:r>
      <w:r/>
    </w:p>
    <w:p>
      <w:pPr>
        <w:pStyle w:val="ListNumber"/>
        <w:spacing w:line="240" w:lineRule="auto"/>
        <w:ind w:left="720"/>
      </w:pPr>
      <w:r/>
      <w:hyperlink r:id="rId14">
        <w:r>
          <w:rPr>
            <w:color w:val="0000EE"/>
            <w:u w:val="single"/>
          </w:rPr>
          <w:t>https://www.gaytravel4u.nl/event/porto-pride-festival/</w:t>
        </w:r>
      </w:hyperlink>
      <w:r>
        <w:t xml:space="preserve"> - Porto Pride is the oldest Pride event in northern Portugal, an annual festival celebrating diversity and equal rights. The 2026 edition is scheduled from 11 to 13 September, featuring three days and nights of events. The festival began in 2001 and has been operating as a free outdoor celebration since 2019. The event includes drag shows, circuit parties, music, and performances. The Porto Pride March (Marcha Do Orgulho) is a separate event taking place in June. (</w:t>
      </w:r>
      <w:hyperlink r:id="rId19">
        <w:r>
          <w:rPr>
            <w:color w:val="0000EE"/>
            <w:u w:val="single"/>
          </w:rPr>
          <w:t>gaytravel4u.nl</w:t>
        </w:r>
      </w:hyperlink>
      <w:r>
        <w:t>)</w:t>
      </w:r>
      <w:r/>
    </w:p>
    <w:p>
      <w:pPr>
        <w:pStyle w:val="ListNumber"/>
        <w:spacing w:line="240" w:lineRule="auto"/>
        <w:ind w:left="720"/>
      </w:pPr>
      <w:r/>
      <w:hyperlink r:id="rId20">
        <w:r>
          <w:rPr>
            <w:color w:val="0000EE"/>
            <w:u w:val="single"/>
          </w:rPr>
          <w:t>https://www.pinkuk.com/events/europe/portugal/porto/porto/porto-pride-2026</w:t>
        </w:r>
      </w:hyperlink>
      <w:r>
        <w:t xml:space="preserve"> - Porto Pride takes place over the weekend of 11th to 13th September 2026. Porto Pride is the biggest LGBTQ+ event in the North of Portugal, aiming to promote human rights and help the city become an LGBTQ+ friendly destination. The event includes a summit at DeHouse Trindade, a festival at Largo Amor de Perdição, an after-party at PINK Club, a drag brunch at Hard Rock Café Porto, and a Pride Drag Party Boat at Vila Nova de Gaia (Cais Living Cruise). (</w:t>
      </w:r>
      <w:hyperlink r:id="rId21">
        <w:r>
          <w:rPr>
            <w:color w:val="0000EE"/>
            <w:u w:val="single"/>
          </w:rPr>
          <w:t>pinkuk.com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porto-pride-september-guide-yotel" TargetMode="External"/><Relationship Id="rId10" Type="http://schemas.openxmlformats.org/officeDocument/2006/relationships/hyperlink" Target="https://portopride.com/" TargetMode="External"/><Relationship Id="rId11" Type="http://schemas.openxmlformats.org/officeDocument/2006/relationships/hyperlink" Target="https://www.gaycation.eu/portugal/porto/events/porto-pride-2026" TargetMode="External"/><Relationship Id="rId12" Type="http://schemas.openxmlformats.org/officeDocument/2006/relationships/hyperlink" Target="https://www.gaytravel4u.com/event/porto-pride-festival/" TargetMode="External"/><Relationship Id="rId13" Type="http://schemas.openxmlformats.org/officeDocument/2006/relationships/hyperlink" Target="https://www.yotel.com/en/hotels/yotel-porto" TargetMode="External"/><Relationship Id="rId14" Type="http://schemas.openxmlformats.org/officeDocument/2006/relationships/hyperlink" Target="https://www.gaytravel4u.nl/event/porto-pride-festival/" TargetMode="External"/><Relationship Id="rId15" Type="http://schemas.openxmlformats.org/officeDocument/2006/relationships/hyperlink" Target="https://portopride.com/?utm_source=openai" TargetMode="External"/><Relationship Id="rId16" Type="http://schemas.openxmlformats.org/officeDocument/2006/relationships/hyperlink" Target="https://www.yotel.com/en/hotels/yotel-porto?utm_source=openai" TargetMode="External"/><Relationship Id="rId17" Type="http://schemas.openxmlformats.org/officeDocument/2006/relationships/hyperlink" Target="https://www.gaytravel4u.com/event/porto-pride-festival/?utm_source=openai" TargetMode="External"/><Relationship Id="rId18" Type="http://schemas.openxmlformats.org/officeDocument/2006/relationships/hyperlink" Target="https://gaycation.eu/portugal/porto/events/porto-pride-2026?utm_source=openai" TargetMode="External"/><Relationship Id="rId19" Type="http://schemas.openxmlformats.org/officeDocument/2006/relationships/hyperlink" Target="https://www.gaytravel4u.nl/event/porto-pride-festival/?utm_source=openai" TargetMode="External"/><Relationship Id="rId20" Type="http://schemas.openxmlformats.org/officeDocument/2006/relationships/hyperlink" Target="https://www.pinkuk.com/events/europe/portugal/porto/porto/porto-pride-2026" TargetMode="External"/><Relationship Id="rId21" Type="http://schemas.openxmlformats.org/officeDocument/2006/relationships/hyperlink" Target="https://pinkuk.com/events/europe/portugal/porto/porto/porto-pride-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