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Portland LGBTQ+ Venues for a Summer Comeback: Drag Plaza and New Bars Lead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travellers are noticing Portland’s queer nightlife reviving this summer, with fresh venues and a shaded downtown gathering space bringing energy back to the scene; here’s what opened, what closed, and why it matters for anyone looking for lively queer nightlife in the Rose City.</w:t>
      </w:r>
      <w:r/>
    </w:p>
    <w:p>
      <w:r/>
      <w:r>
        <w:t>Essential Takeaways</w:t>
      </w:r>
      <w:r/>
      <w:r/>
    </w:p>
    <w:p>
      <w:pPr>
        <w:pStyle w:val="ListBullet"/>
        <w:spacing w:line="240" w:lineRule="auto"/>
        <w:ind w:left="720"/>
      </w:pPr>
      <w:r/>
      <w:r>
        <w:rPr>
          <w:b/>
        </w:rPr>
        <w:t>New hub:</w:t>
      </w:r>
      <w:r>
        <w:t xml:space="preserve"> Darcelle XV Plaza opened June 25, offering Thursday drag shows, concerts, and public events in a shaded downtown spot.</w:t>
      </w:r>
      <w:r/>
    </w:p>
    <w:p>
      <w:pPr>
        <w:pStyle w:val="ListBullet"/>
        <w:spacing w:line="240" w:lineRule="auto"/>
        <w:ind w:left="720"/>
      </w:pPr>
      <w:r/>
      <w:r>
        <w:rPr>
          <w:b/>
        </w:rPr>
        <w:t>Closures and shifts:</w:t>
      </w:r>
      <w:r>
        <w:t xml:space="preserve"> Beloved venues like Scandals and Back 2 Earth closed or relocated amid rising costs and pandemic hangovers, but Scandals has re-emerged as Scandals East.</w:t>
      </w:r>
      <w:r/>
    </w:p>
    <w:p>
      <w:pPr>
        <w:pStyle w:val="ListBullet"/>
        <w:spacing w:line="240" w:lineRule="auto"/>
        <w:ind w:left="720"/>
      </w:pPr>
      <w:r/>
      <w:r>
        <w:rPr>
          <w:b/>
        </w:rPr>
        <w:t>Fresh options:</w:t>
      </w:r>
      <w:r>
        <w:t xml:space="preserve"> Camp took over Scandals’ old spot and launched with daily happy hours, drag bingo, karaoke and budget-friendly food.</w:t>
      </w:r>
      <w:r/>
    </w:p>
    <w:p>
      <w:pPr>
        <w:pStyle w:val="ListBullet"/>
        <w:spacing w:line="240" w:lineRule="auto"/>
        <w:ind w:left="720"/>
      </w:pPr>
      <w:r/>
      <w:r>
        <w:rPr>
          <w:b/>
        </w:rPr>
        <w:t>Community feel:</w:t>
      </w:r>
      <w:r>
        <w:t xml:space="preserve"> Events include everything from drag story hours to pet fashion shows, creating family-friendly and nightlife-friendly moments alike.</w:t>
      </w:r>
      <w:r/>
    </w:p>
    <w:p>
      <w:pPr>
        <w:pStyle w:val="ListBullet"/>
        <w:spacing w:line="240" w:lineRule="auto"/>
        <w:ind w:left="720"/>
      </w:pPr>
      <w:r/>
      <w:r>
        <w:rPr>
          <w:b/>
        </w:rPr>
        <w:t>Practical note:</w:t>
      </w:r>
      <w:r>
        <w:t xml:space="preserve"> Many new venues mix daytime businesses with evening bar hours, so check opening times before you go.</w:t>
      </w:r>
      <w:r/>
      <w:r/>
    </w:p>
    <w:p>
      <w:pPr>
        <w:pStyle w:val="Heading2"/>
      </w:pPr>
      <w:r>
        <w:t>A shaded downtown stage changes the summer rhythm</w:t>
      </w:r>
      <w:r/>
    </w:p>
    <w:p>
      <w:r/>
      <w:r>
        <w:t>Darcelle XV Plaza feels like a deliberate gift to the neighbourhood, a shaded public stage named for the city’s celebrated drag elder that’s already hosting mass weddings, performances and summer concerts. According to local reporting, the plaza’s programming mixes theatrical lectures, drag shows and movie nights, so it’s equally a tourist draw and a community commons. That kind of public programming matters because it turns queer nightlife into daytime life too , you can drop by an afternoon lecture and then return for an evening show. If you’re planning a weekend in Portland, slot a Thursday night at the plaza into your plans; the sunset drag set is exactly the kind of people-watching moment the city does well.</w:t>
      </w:r>
      <w:r/>
    </w:p>
    <w:p>
      <w:pPr>
        <w:pStyle w:val="Heading2"/>
      </w:pPr>
      <w:r>
        <w:t>Bars folding, rebirthing and adapting to a new normal</w:t>
      </w:r>
      <w:r/>
    </w:p>
    <w:p>
      <w:r/>
      <w:r>
        <w:t>Portland’s queer bar map has been shifting as places that survived the pandemic’s shutdowns face rising rents and operating costs. Scandals, a decades‑old fixture, closed its longtime downtown home but reappeared as Scandals East, sharing space with a Brazilian eatery so evenings slide smoothly from bowls to boozy sets. Back 2 Earth, a short‑lived queer spot in the King neighbourhood, chose not to renew its lease after struggling to keep the space “specifically queer,” a reminder that neighbourhood booms and market pressures can reshape queer venues fast. For regulars, the lesson is practical: follow the community on social channels and sign up for venue newsletters; places these days change hours and homes quickly but often keep their spirit.</w:t>
      </w:r>
      <w:r/>
    </w:p>
    <w:p>
      <w:pPr>
        <w:pStyle w:val="Heading2"/>
      </w:pPr>
      <w:r>
        <w:t>Camp brings kitsch, bargains and air‑conditioned relief</w:t>
      </w:r>
      <w:r/>
    </w:p>
    <w:p>
      <w:r/>
      <w:r>
        <w:t>Camp opened in the former Scandals brick-and-mortar and landed just before Pride, arriving with a menu of $8 “Camp Dawgs,” zero‑proof cocktails and an air‑conditioned room that will feel essential as summers warm. The bar pairs daily happy hours with weekly game nights, karaoke and drag bingo, making it easy to drop in any night for something different. If you chew through nightlife quickly, Camp’s programming cadence , cheap eats early, entertainment later , is a smart hybrid: cheap, casual nights segue into full-throttle drag evenings. Bring cash for bingo prizes, but expect friendly staff and a roomy spot for groups that like an easygoing vibe rather than a loud club.</w:t>
      </w:r>
      <w:r/>
    </w:p>
    <w:p>
      <w:pPr>
        <w:pStyle w:val="Heading2"/>
      </w:pPr>
      <w:r>
        <w:t>What the new programming mix means for community life</w:t>
      </w:r>
      <w:r/>
    </w:p>
    <w:p>
      <w:r/>
      <w:r>
        <w:t>Organisers are programming across age groups and interests, from drag queen story hours and pet fashion shows to lectures on drag in Shakespeare , it’s queer culture presented as civic culture. That trend echoes coverage of Portland’s recent pop-up events and LGBTQ+ nightlife innovation, where daytime activations build bridges to traditional bar culture. For families or older patrons, daytime plaza programming offers safer, gentler access to queer culture; for clubgoers, evenings remain vibrant with DJs and cabaret. It’s a reminder that a resilient scene isn’t only night-only; cultural programming keeps neighbourhoods engaged and venues viable.</w:t>
      </w:r>
      <w:r/>
    </w:p>
    <w:p>
      <w:pPr>
        <w:pStyle w:val="Heading2"/>
      </w:pPr>
      <w:r>
        <w:t>Picking nights and places: practical tips for visitors and locals</w:t>
      </w:r>
      <w:r/>
    </w:p>
    <w:p>
      <w:r/>
      <w:r>
        <w:t>Check start times: some venues share space with daytime businesses and switch over in the late afternoon, so arrive after the handoff to catch the full bar experience. Follow venues on Instagram or join email lists to get the latest event calendars and pop‑up announcements , many queer events pop up with short notice. If you care about queer ownership and legacy, ask staff about a venue’s history; local bartenders often know which spots are carrying a neighbourhood’s memory forward. And if you’re scouting for people‑watching, bring sunglasses and comfy shoes , the plaza and Camp’s outdoor lineups are perfect for lingering and meeting friends.</w:t>
      </w:r>
      <w:r/>
    </w:p>
    <w:p>
      <w:r/>
      <w:r>
        <w:t>It's a small change that can make every night feel like a celebration, so go out, be curious, and support the spots that keep Portland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https://www.gaycities.com/articles/106609/portlands-queer-scene-is-making-a-summer-comeback-with-a-new-venue-drag-plaza/</w:t>
        </w:r>
      </w:hyperlink>
      <w:r>
        <w:t xml:space="preserve"> - Please view link - unable to able to access data</w:t>
      </w:r>
      <w:r/>
    </w:p>
    <w:p>
      <w:pPr>
        <w:pStyle w:val="ListNumber"/>
        <w:spacing w:line="240" w:lineRule="auto"/>
        <w:ind w:left="720"/>
      </w:pPr>
      <w:r/>
      <w:hyperlink r:id="rId9">
        <w:r>
          <w:rPr>
            <w:color w:val="0000EE"/>
            <w:u w:val="single"/>
          </w:rPr>
          <w:t>https://www.gaycities.com/articles/106609/portlands-queer-scene-is-making-a-summer-comeback-with-a-new-venue-drag-plaza/</w:t>
        </w:r>
      </w:hyperlink>
      <w:r>
        <w:t xml:space="preserve"> - Portland's queer bar scene is undergoing significant changes, with the closure of Back 2 Earth in the King neighborhood and the opening of Camp Bar in its place. Scandals, a longstanding LGBTQ+ venue, has reopened as Scandals East, sharing space with Carioca Bowls, a Brazilian-themed eatery. Additionally, Darcelle XV Plaza, named after the late drag queen Darcelle XV, has been established as a new downtown gathering space, hosting various events to revitalise the city's queer community.</w:t>
      </w:r>
      <w:r/>
    </w:p>
    <w:p>
      <w:pPr>
        <w:pStyle w:val="ListNumber"/>
        <w:spacing w:line="240" w:lineRule="auto"/>
        <w:ind w:left="720"/>
      </w:pPr>
      <w:r/>
      <w:hyperlink r:id="rId11">
        <w:r>
          <w:rPr>
            <w:color w:val="0000EE"/>
            <w:u w:val="single"/>
          </w:rPr>
          <w:t>https://www.wweek.com/bars/2025/05/08/misfits-lgbtq-bar-on-northeast-82nd-avenue-announces-closure/</w:t>
        </w:r>
      </w:hyperlink>
      <w:r>
        <w:t xml:space="preserve"> - Misfits Bar &amp; Lounge, a queer-friendly venue in Portland's Madison South neighbourhood, announced its closure in May 2025. The owners, David Elderton and Sophie Garribo, converted the Eastside Bar &amp; Grill into Misfits in 2022, aiming to create a space for queer, trans, and nonbinary individuals. Despite efforts to sustain the business, they faced challenges and expressed hope for reopening if new investors could be found.</w:t>
      </w:r>
      <w:r/>
    </w:p>
    <w:p>
      <w:pPr>
        <w:pStyle w:val="ListNumber"/>
        <w:spacing w:line="240" w:lineRule="auto"/>
        <w:ind w:left="720"/>
      </w:pPr>
      <w:r/>
      <w:hyperlink r:id="rId10">
        <w:r>
          <w:rPr>
            <w:color w:val="0000EE"/>
            <w:u w:val="single"/>
          </w:rPr>
          <w:t>https://www.axios.com/local/portland/2025/06/26/portland-lgbtq-popups-events-nightlife</w:t>
        </w:r>
      </w:hyperlink>
      <w:r>
        <w:t xml:space="preserve"> - In response to the closure of several iconic LGBTQ+ bars in Portland, including Crush, Misfit's Bar + Lounge, Sissy's, and CC Slaughters, a new wave of pop-up events and alternative spaces are emerging. These include Blow Pony's dance parties, drag burlesque shows, trans socials, and nonbinary DJ nights, aiming to reinvent how the LGBTQ+ community connects and celebrates in the city.</w:t>
      </w:r>
      <w:r/>
    </w:p>
    <w:p>
      <w:pPr>
        <w:pStyle w:val="ListNumber"/>
        <w:spacing w:line="240" w:lineRule="auto"/>
        <w:ind w:left="720"/>
      </w:pPr>
      <w:r/>
      <w:hyperlink r:id="rId13">
        <w:r>
          <w:rPr>
            <w:color w:val="0000EE"/>
            <w:u w:val="single"/>
          </w:rPr>
          <w:t>https://www.portlandmercury.com/food-and-drink/2023/06/27/46579465/just-in-time-for-pride-a-popular-portland-gay-bar-reopens</w:t>
        </w:r>
      </w:hyperlink>
      <w:r>
        <w:t xml:space="preserve"> - Local Lounge, a longstanding gay bar in Portland, closed in 2021. In June 2023, it reopened as Back 2 Earth, just in time for Pride Month. The new venue offers a fresh queer personality, vibe, and aesthetic, featuring local DJs and performers, and aims to revitalise the city's gay bar scene.</w:t>
      </w:r>
      <w:r/>
    </w:p>
    <w:p>
      <w:pPr>
        <w:pStyle w:val="ListNumber"/>
        <w:spacing w:line="240" w:lineRule="auto"/>
        <w:ind w:left="720"/>
      </w:pPr>
      <w:r/>
      <w:hyperlink r:id="rId12">
        <w:r>
          <w:rPr>
            <w:color w:val="0000EE"/>
            <w:u w:val="single"/>
          </w:rPr>
          <w:t>https://www.pdxmonthly.com/eat-and-drink/2026/01/biggest-portland-restaurant-closures-2025</w:t>
        </w:r>
      </w:hyperlink>
      <w:r>
        <w:t xml:space="preserve"> - Portland's restaurant and bar industry faced significant challenges in 2025, leading to the closure of several beloved establishments. Factors such as lingering effects of the pandemic, high rents, and low customer traffic contributed to the loss of cherished venues, highlighting the need for support to sustain the city's vibrant food and beverage scene.</w:t>
      </w:r>
      <w:r/>
    </w:p>
    <w:p>
      <w:pPr>
        <w:pStyle w:val="ListNumber"/>
        <w:spacing w:line="240" w:lineRule="auto"/>
        <w:ind w:left="720"/>
      </w:pPr>
      <w:r/>
      <w:hyperlink r:id="rId14">
        <w:r>
          <w:rPr>
            <w:color w:val="0000EE"/>
            <w:u w:val="single"/>
          </w:rPr>
          <w:t>https://pdx.eater.com/2023/12/4/23988350/crush-bar-portland-closing</w:t>
        </w:r>
      </w:hyperlink>
      <w:r>
        <w:t xml:space="preserve"> - Crush Bar, the longest-running queer bar in East Portland, announced its closure on December 2, 2023, after more than 20 years of operation. The bar, known for its craft cocktails and bar fare, hosted a final drag show on New Year's Eve, marking the end of an era for Portland's LGBTQ+ nightlife.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609/portlands-queer-scene-is-making-a-summer-comeback-with-a-new-venue-drag-plaza/" TargetMode="External"/><Relationship Id="rId10" Type="http://schemas.openxmlformats.org/officeDocument/2006/relationships/hyperlink" Target="https://www.axios.com/local/portland/2025/06/26/portland-lgbtq-popups-events-nightlife" TargetMode="External"/><Relationship Id="rId11" Type="http://schemas.openxmlformats.org/officeDocument/2006/relationships/hyperlink" Target="https://www.wweek.com/bars/2025/05/08/misfits-lgbtq-bar-on-northeast-82nd-avenue-announces-closure/" TargetMode="External"/><Relationship Id="rId12" Type="http://schemas.openxmlformats.org/officeDocument/2006/relationships/hyperlink" Target="https://www.pdxmonthly.com/eat-and-drink/2026/01/biggest-portland-restaurant-closures-2025" TargetMode="External"/><Relationship Id="rId13" Type="http://schemas.openxmlformats.org/officeDocument/2006/relationships/hyperlink" Target="https://www.portlandmercury.com/food-and-drink/2023/06/27/46579465/just-in-time-for-pride-a-popular-portland-gay-bar-reopens" TargetMode="External"/><Relationship Id="rId14" Type="http://schemas.openxmlformats.org/officeDocument/2006/relationships/hyperlink" Target="https://pdx.eater.com/2023/12/4/23988350/crush-bar-portland-clos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