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Multiverse Nights: Meow Wolf Grapevine’s DANCEPORTATION and Queer Adulti‑Verse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Step into a neon-soaked weekend: Meow Wolf Grapevine is turning The Real Unreal into a party portal with DANCEPORTATION, DJs, burlesque, drag and stilt walkers, perfect for long Labour Day plans and anyone looking for an immersive, queer-forward night out. Tickets, extras and two more drag-heavy dates round out the month.</w:t>
      </w:r>
      <w:r/>
    </w:p>
    <w:p>
      <w:r/>
      <w:r>
        <w:t>Essential Takeaways</w:t>
      </w:r>
      <w:r/>
      <w:r/>
    </w:p>
    <w:p>
      <w:pPr>
        <w:pStyle w:val="ListBullet"/>
        <w:spacing w:line="240" w:lineRule="auto"/>
        <w:ind w:left="720"/>
      </w:pPr>
      <w:r/>
      <w:r>
        <w:rPr>
          <w:b/>
        </w:rPr>
        <w:t>When and what:</w:t>
      </w:r>
      <w:r>
        <w:t xml:space="preserve"> DANCEPORTATION runs over the long Labour Day weekend at Meow Wolf Grapevine’s The Real Unreal, featuring nearly three dozen acts across multiple stages.</w:t>
      </w:r>
      <w:r/>
    </w:p>
    <w:p>
      <w:pPr>
        <w:pStyle w:val="ListBullet"/>
        <w:spacing w:line="240" w:lineRule="auto"/>
        <w:ind w:left="720"/>
      </w:pPr>
      <w:r/>
      <w:r>
        <w:rPr>
          <w:b/>
        </w:rPr>
        <w:t>Performer vibe:</w:t>
      </w:r>
      <w:r>
        <w:t xml:space="preserve"> Expect DJs, burlesque, stilt walkers, drag and high-energy performers, including LGBTQ+ acts such as Circus Bitties, Spyke Styletto and Polly Trixx.</w:t>
      </w:r>
      <w:r/>
    </w:p>
    <w:p>
      <w:pPr>
        <w:pStyle w:val="ListBullet"/>
        <w:spacing w:line="240" w:lineRule="auto"/>
        <w:ind w:left="720"/>
      </w:pPr>
      <w:r/>
      <w:r>
        <w:rPr>
          <w:b/>
        </w:rPr>
        <w:t>Cost and add-ons:</w:t>
      </w:r>
      <w:r>
        <w:t xml:space="preserve"> Advance entry is $42; ear plugs and special Chromadepth glasses are available for about $2 each.</w:t>
      </w:r>
      <w:r/>
    </w:p>
    <w:p>
      <w:pPr>
        <w:pStyle w:val="ListBullet"/>
        <w:spacing w:line="240" w:lineRule="auto"/>
        <w:ind w:left="720"/>
      </w:pPr>
      <w:r/>
      <w:r>
        <w:rPr>
          <w:b/>
        </w:rPr>
        <w:t>More queer nights:</w:t>
      </w:r>
      <w:r>
        <w:t xml:space="preserve"> Two drag-focused Adulti‑Verse events follow in September, Exótico on 17 September and Double Exposure (PolaCon After Dark) on 24 September.</w:t>
      </w:r>
      <w:r/>
    </w:p>
    <w:p>
      <w:pPr>
        <w:pStyle w:val="ListBullet"/>
        <w:spacing w:line="240" w:lineRule="auto"/>
        <w:ind w:left="720"/>
      </w:pPr>
      <w:r/>
      <w:r>
        <w:rPr>
          <w:b/>
        </w:rPr>
        <w:t>Sensory note:</w:t>
      </w:r>
      <w:r>
        <w:t xml:space="preserve"> The show is loud, bright and theatrical, bring ear protection and comfy shoes for wandering the multiverse.</w:t>
      </w:r>
      <w:r/>
      <w:r/>
    </w:p>
    <w:p>
      <w:pPr>
        <w:pStyle w:val="Heading2"/>
      </w:pPr>
      <w:r>
        <w:t>Why DANCEPORTATION feels like a proper festival night out</w:t>
      </w:r>
      <w:r/>
    </w:p>
    <w:p>
      <w:r/>
      <w:r>
        <w:t>Meow Wolf’s The Real Unreal already hums with colour and texture, but DANCEPORTATION pushes the venue into full party mode. Think pulsing soundscapes, neon installations and performers weaving through immersive environments, there’s a tactile, almost cinematic buzz to the whole thing.</w:t>
      </w:r>
      <w:r/>
    </w:p>
    <w:p>
      <w:r/>
      <w:r>
        <w:t>Organisers have gathered nearly three dozen acts to populate multiple stages within the space, so you’ll drift from DJ-led dance floors to intimate performance pockets. It’s a format that keeps surprises coming, and it’s exactly the sort of multi-sensory night that suits a long weekend crowd.</w:t>
      </w:r>
      <w:r/>
    </w:p>
    <w:p>
      <w:pPr>
        <w:pStyle w:val="Heading2"/>
      </w:pPr>
      <w:r>
        <w:t>Who’s on stage, and why the queer line‑up matters</w:t>
      </w:r>
      <w:r/>
    </w:p>
    <w:p>
      <w:r/>
      <w:r>
        <w:t>The bill highlights a solid representation of LGBTQ+ talent, with acts such as Circus Bitties, Spyke Styletto, Polly Trixx, Mousey the Pup and Dannys the Man specifically called out. That matters because it signals intent: Meow Wolf isn’t just booking token slots, they’re centring queer performance within the programming.</w:t>
      </w:r>
      <w:r/>
    </w:p>
    <w:p>
      <w:r/>
      <w:r>
        <w:t>For attendees, that means a more varied range of styles, burlesque, drag, high-camp theatrics and cutting-edge DJ sets, all presented without the usual boundaries of a theatre or nightclub. If you like performance that flirts with the strange, this is where to be.</w:t>
      </w:r>
      <w:r/>
    </w:p>
    <w:p>
      <w:pPr>
        <w:pStyle w:val="Heading2"/>
      </w:pPr>
      <w:r>
        <w:t>Tickets, extras and what to bring</w:t>
      </w:r>
      <w:r/>
    </w:p>
    <w:p>
      <w:r/>
      <w:r>
        <w:t>Advance tickets are priced at $42, which for a multi-act, multi-stage immersive event feels reasonable if you plan to stay a while. There are modest add‑ons, ear plugs and Chromadepth glasses for roughly $2 each, that are worth considering. The show is loud and heavily visual; ear plugs protect your ears and the glasses can enhance depth and colour in certain installations.</w:t>
      </w:r>
      <w:r/>
    </w:p>
    <w:p>
      <w:r/>
      <w:r>
        <w:t>Practical tip: wear comfortable shoes, bring a small bag, and charge your phone. Lines can form at popular spots, and you’ll want battery for photos, maps, and getting friends back together.</w:t>
      </w:r>
      <w:r/>
    </w:p>
    <w:p>
      <w:pPr>
        <w:pStyle w:val="Heading2"/>
      </w:pPr>
      <w:r>
        <w:t>Can’t make Labour Day? The queer programming continues</w:t>
      </w:r>
      <w:r/>
    </w:p>
    <w:p>
      <w:r/>
      <w:r>
        <w:t>If you miss the opening DANCEPORTATION night, there are two more queer-focused Adulti‑Verse evenings later in September. On 17 September Meow Wolf hosts Exótico, a Latinx drag and burlesque showcase, and on 24 September there’s Double Exposure: The PolaCon After Dark Show, which promises more drag-focused spectacle.</w:t>
      </w:r>
      <w:r/>
    </w:p>
    <w:p>
      <w:r/>
      <w:r>
        <w:t>These dates make the venue a great option for people who want to plan ahead around theme nights, or for those who prefer a drag-led evening rather than the festival-style DANCEPORTATION mix.</w:t>
      </w:r>
      <w:r/>
    </w:p>
    <w:p>
      <w:pPr>
        <w:pStyle w:val="Heading2"/>
      </w:pPr>
      <w:r>
        <w:t>What to expect on arrival and how to make the most of it</w:t>
      </w:r>
      <w:r/>
    </w:p>
    <w:p>
      <w:r/>
      <w:r>
        <w:t>Expect a queue, a sensory overload and moments that feel improvised and intimate alongside larger stagepieces. Meow Wolf spaces are built for exploration, so give yourself permission to wander rather than trying to see everything at once.</w:t>
      </w:r>
      <w:r/>
    </w:p>
    <w:p>
      <w:r/>
      <w:r>
        <w:t>If you want a curated evening, pick a handful of acts you don’t want to miss and time your arrival for those slots. Otherwise, let the space guide you, some of the best moments happen when performers pop up in unexpected corners.</w:t>
      </w:r>
      <w:r/>
    </w:p>
    <w:p>
      <w:r/>
      <w:r>
        <w:t>It’s a small change that can make every chew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Paragraph 4: </w:t>
      </w:r>
      <w:hyperlink r:id="rId10">
        <w:r>
          <w:rPr>
            <w:color w:val="0000EE"/>
            <w:u w:val="single"/>
          </w:rPr>
          <w:t>[7]</w:t>
        </w:r>
      </w:hyperlink>
      <w:r>
        <w:t xml:space="preserve">- Paragraph 5: </w:t>
      </w:r>
      <w:hyperlink r:id="rId10">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https://hesaiddallas.com/2026/08/31/dance-across-the-multiverse/</w:t>
        </w:r>
      </w:hyperlink>
      <w:r>
        <w:t xml:space="preserve"> - Please view link - unable to able to access data</w:t>
      </w:r>
      <w:r/>
    </w:p>
    <w:p>
      <w:pPr>
        <w:pStyle w:val="ListNumber"/>
        <w:spacing w:line="240" w:lineRule="auto"/>
        <w:ind w:left="720"/>
      </w:pPr>
      <w:r/>
      <w:hyperlink r:id="rId10">
        <w:r>
          <w:rPr>
            <w:color w:val="0000EE"/>
            <w:u w:val="single"/>
          </w:rPr>
          <w:t>https://meowwolf.com/visit/grapevine</w:t>
        </w:r>
      </w:hyperlink>
      <w:r>
        <w:t xml:space="preserve"> - Meow Wolf Grapevine's 'The Real Unreal' is an immersive art exhibition located in Grapevine, Texas. Opened on July 14, 2023, it spans approximately 29,000 square feet within the Grapevine Mills shopping mall. The exhibition features contributions from numerous artists, including Texas-based collaborators, and offers visitors an interactive journey through fantastical realms. The narrative centers on the disappearance of a child, Jared Fuqua, and the family's quest to find him, inviting guests to explore the house and the world beyond the portal to uncover the mysteries and connections between the characters and the realms they encounter.</w:t>
      </w:r>
      <w:r/>
    </w:p>
    <w:p>
      <w:pPr>
        <w:pStyle w:val="ListNumber"/>
        <w:spacing w:line="240" w:lineRule="auto"/>
        <w:ind w:left="720"/>
      </w:pPr>
      <w:r/>
      <w:hyperlink r:id="rId10">
        <w:r>
          <w:rPr>
            <w:color w:val="0000EE"/>
            <w:u w:val="single"/>
          </w:rPr>
          <w:t>https://meowwolf.com/visit/grapevine</w:t>
        </w:r>
      </w:hyperlink>
      <w:r>
        <w:t xml:space="preserve"> - Meow Wolf Grapevine's 'The Real Unreal' is an immersive art exhibition located in Grapevine, Texas. Opened on July 14, 2023, it spans approximately 29,000 square feet within the Grapevine Mills shopping mall. The exhibition features contributions from numerous artists, including Texas-based collaborators, and offers visitors an interactive journey through fantastical realms. The narrative centers on the disappearance of a child, Jared Fuqua, and the family's quest to find him, inviting guests to explore the house and the world beyond the portal to uncover the mysteries and connections between the characters and the realms they encounter.</w:t>
      </w:r>
      <w:r/>
    </w:p>
    <w:p>
      <w:pPr>
        <w:pStyle w:val="ListNumber"/>
        <w:spacing w:line="240" w:lineRule="auto"/>
        <w:ind w:left="720"/>
      </w:pPr>
      <w:r/>
      <w:hyperlink r:id="rId10">
        <w:r>
          <w:rPr>
            <w:color w:val="0000EE"/>
            <w:u w:val="single"/>
          </w:rPr>
          <w:t>https://meowwolf.com/visit/grapevine</w:t>
        </w:r>
      </w:hyperlink>
      <w:r>
        <w:t xml:space="preserve"> - Meow Wolf Grapevine's 'The Real Unreal' is an immersive art exhibition located in Grapevine, Texas. Opened on July 14, 2023, it spans approximately 29,000 square feet within the Grapevine Mills shopping mall. The exhibition features contributions from numerous artists, including Texas-based collaborators, and offers visitors an interactive journey through fantastical realms. The narrative centers on the disappearance of a child, Jared Fuqua, and the family's quest to find him, inviting guests to explore the house and the world beyond the portal to uncover the mysteries and connections between the characters and the realms they encounter.</w:t>
      </w:r>
      <w:r/>
    </w:p>
    <w:p>
      <w:pPr>
        <w:pStyle w:val="ListNumber"/>
        <w:spacing w:line="240" w:lineRule="auto"/>
        <w:ind w:left="720"/>
      </w:pPr>
      <w:r/>
      <w:hyperlink r:id="rId10">
        <w:r>
          <w:rPr>
            <w:color w:val="0000EE"/>
            <w:u w:val="single"/>
          </w:rPr>
          <w:t>https://meowwolf.com/visit/grapevine</w:t>
        </w:r>
      </w:hyperlink>
      <w:r>
        <w:t xml:space="preserve"> - Meow Wolf Grapevine's 'The Real Unreal' is an immersive art exhibition located in Grapevine, Texas. Opened on July 14, 2023, it spans approximately 29,000 square feet within the Grapevine Mills shopping mall. The exhibition features contributions from numerous artists, including Texas-based collaborators, and offers visitors an interactive journey through fantastical realms. The narrative centers on the disappearance of a child, Jared Fuqua, and the family's quest to find him, inviting guests to explore the house and the world beyond the portal to uncover the mysteries and connections between the characters and the realms they encounter.</w:t>
      </w:r>
      <w:r/>
    </w:p>
    <w:p>
      <w:pPr>
        <w:pStyle w:val="ListNumber"/>
        <w:spacing w:line="240" w:lineRule="auto"/>
        <w:ind w:left="720"/>
      </w:pPr>
      <w:r/>
      <w:hyperlink r:id="rId10">
        <w:r>
          <w:rPr>
            <w:color w:val="0000EE"/>
            <w:u w:val="single"/>
          </w:rPr>
          <w:t>https://meowwolf.com/visit/grapevine</w:t>
        </w:r>
      </w:hyperlink>
      <w:r>
        <w:t xml:space="preserve"> - Meow Wolf Grapevine's 'The Real Unreal' is an immersive art exhibition located in Grapevine, Texas. Opened on July 14, 2023, it spans approximately 29,000 square feet within the Grapevine Mills shopping mall. The exhibition features contributions from numerous artists, including Texas-based collaborators, and offers visitors an interactive journey through fantastical realms. The narrative centers on the disappearance of a child, Jared Fuqua, and the family's quest to find him, inviting guests to explore the house and the world beyond the portal to uncover the mysteries and connections between the characters and the realms they encounter.</w:t>
      </w:r>
      <w:r/>
    </w:p>
    <w:p>
      <w:pPr>
        <w:pStyle w:val="ListNumber"/>
        <w:spacing w:line="240" w:lineRule="auto"/>
        <w:ind w:left="720"/>
      </w:pPr>
      <w:r/>
      <w:hyperlink r:id="rId10">
        <w:r>
          <w:rPr>
            <w:color w:val="0000EE"/>
            <w:u w:val="single"/>
          </w:rPr>
          <w:t>https://meowwolf.com/visit/grapevine</w:t>
        </w:r>
      </w:hyperlink>
      <w:r>
        <w:t xml:space="preserve"> - Meow Wolf Grapevine's 'The Real Unreal' is an immersive art exhibition located in Grapevine, Texas. Opened on July 14, 2023, it spans approximately 29,000 square feet within the Grapevine Mills shopping mall. The exhibition features contributions from numerous artists, including Texas-based collaborators, and offers visitors an interactive journey through fantastical realms. The narrative centers on the disappearance of a child, Jared Fuqua, and the family's quest to find him, inviting guests to explore the house and the world beyond the portal to uncover the mysteries and connections between the characters and the realms they encounter.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esaiddallas.com/2026/08/31/dance-across-the-multiverse/" TargetMode="External"/><Relationship Id="rId10" Type="http://schemas.openxmlformats.org/officeDocument/2006/relationships/hyperlink" Target="https://meowwolf.com/visit/grapev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