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Ottawa Capital Pride 2024: Where, When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colour and the culture: Ottawa’s Capital Pride returns with parades, parties and packed programming across downtown , here’s what locals and visitors should know about dates, route, highlights and how to make the most of the festival weekend.</w:t>
      </w:r>
      <w:r/>
    </w:p>
    <w:p>
      <w:r/>
      <w:r>
        <w:t>Essential Takeaways</w:t>
      </w:r>
      <w:r/>
      <w:r/>
    </w:p>
    <w:p>
      <w:pPr>
        <w:pStyle w:val="ListBullet"/>
        <w:spacing w:line="240" w:lineRule="auto"/>
        <w:ind w:left="720"/>
      </w:pPr>
      <w:r/>
      <w:r>
        <w:rPr>
          <w:b/>
        </w:rPr>
        <w:t>When it happens:</w:t>
      </w:r>
      <w:r>
        <w:t xml:space="preserve"> Pride weekend events run across mid-August, with the main parade on the scheduled parade day; plan for gatherings throughout the week.</w:t>
      </w:r>
      <w:r/>
    </w:p>
    <w:p>
      <w:pPr>
        <w:pStyle w:val="ListBullet"/>
        <w:spacing w:line="240" w:lineRule="auto"/>
        <w:ind w:left="720"/>
      </w:pPr>
      <w:r/>
      <w:r>
        <w:rPr>
          <w:b/>
        </w:rPr>
        <w:t>Where to be:</w:t>
      </w:r>
      <w:r>
        <w:t xml:space="preserve"> Downtown Ottawa is the hub , parade route and festival sites centre around Wellington Street and neighbouring blocks for easy transit access.</w:t>
      </w:r>
      <w:r/>
    </w:p>
    <w:p>
      <w:pPr>
        <w:pStyle w:val="ListBullet"/>
        <w:spacing w:line="240" w:lineRule="auto"/>
        <w:ind w:left="720"/>
      </w:pPr>
      <w:r/>
      <w:r>
        <w:rPr>
          <w:b/>
        </w:rPr>
        <w:t>What’s on:</w:t>
      </w:r>
      <w:r>
        <w:t xml:space="preserve"> A mix of family-friendly activities, nightlife events, drag showcases and the Pride Pageant , something for every age and vibe.</w:t>
      </w:r>
      <w:r/>
    </w:p>
    <w:p>
      <w:pPr>
        <w:pStyle w:val="ListBullet"/>
        <w:spacing w:line="240" w:lineRule="auto"/>
        <w:ind w:left="720"/>
      </w:pPr>
      <w:r/>
      <w:r>
        <w:rPr>
          <w:b/>
        </w:rPr>
        <w:t>Atmosphere note:</w:t>
      </w:r>
      <w:r>
        <w:t xml:space="preserve"> Expect lively crowds, bright costumes and a festive soundtrack; sunscreen, water and comfy shoes help you stay in the mood.</w:t>
      </w:r>
      <w:r/>
    </w:p>
    <w:p>
      <w:pPr>
        <w:pStyle w:val="ListBullet"/>
        <w:spacing w:line="240" w:lineRule="auto"/>
        <w:ind w:left="720"/>
      </w:pPr>
      <w:r/>
      <w:r>
        <w:rPr>
          <w:b/>
        </w:rPr>
        <w:t>Practical tip:</w:t>
      </w:r>
      <w:r>
        <w:t xml:space="preserve"> Check the official Capital Pride schedule and arrival times for floats and road closures to avoid surprises.</w:t>
      </w:r>
      <w:r/>
      <w:r/>
    </w:p>
    <w:p>
      <w:pPr>
        <w:pStyle w:val="Heading2"/>
      </w:pPr>
      <w:r>
        <w:t>Why Capital Pride matters this summer</w:t>
      </w:r>
      <w:r/>
    </w:p>
    <w:p>
      <w:r/>
      <w:r>
        <w:t>Ottawa’s Pride has grown into more than a single parade , it’s now a week-long festival with free and ticketed events that celebrate queer culture and community. People will notice the city humming with colour, vendors, and performance stages, a sensory mix of music, drag makeup and the warm buzz of conversation. According to the festival organisers, the programme intentionally blends political visibility with joy, so you’ll see both celebratory parties and advocacy-focused events. If you’re visiting, treat the parade as the centrepiece and the surrounding events as chances to meet local grassroots groups and artists.</w:t>
      </w:r>
      <w:r/>
    </w:p>
    <w:p>
      <w:pPr>
        <w:pStyle w:val="Heading2"/>
      </w:pPr>
      <w:r>
        <w:t>Parade logistics: route, timing and tips</w:t>
      </w:r>
      <w:r/>
    </w:p>
    <w:p>
      <w:r/>
      <w:r>
        <w:t>The parade is the main draw and runs through downtown, with a route designed to be accessible and spectator-friendly. Capital Pride posts official parade details on its website, including start times and viewing points, so check that before you head out. Arrive early if you want a front-row spot, and bring a refillable water bottle , it gets crowded and warm. For families, there are usually designated accessible viewing areas, and public transit options are plentiful, though expect some temporary road closures and bus reroutes during parade hours.</w:t>
      </w:r>
      <w:r/>
    </w:p>
    <w:p>
      <w:pPr>
        <w:pStyle w:val="Heading2"/>
      </w:pPr>
      <w:r>
        <w:t>Family-friendly programming and the Pride Pageant</w:t>
      </w:r>
      <w:r/>
    </w:p>
    <w:p>
      <w:r/>
      <w:r>
        <w:t>Not every Pride moment is late-night clubbing; the festival offers daytime family events and a Pride Pageant that highlights local talent and community stories. Community centres and partnerships host crafts, storytimes and quieter meet-ups so parents can bring children without worrying about unsuitable content. The pageant, often held at a community venue, is a great showcase of personalities and performance, and it’s a fantastic way to support emerging artists. Ticketing for some pageant shows may be required, so book ahead if there’s a particular act you want to see.</w:t>
      </w:r>
      <w:r/>
    </w:p>
    <w:p>
      <w:pPr>
        <w:pStyle w:val="Heading2"/>
      </w:pPr>
      <w:r>
        <w:t>Nightlife, performances and headline acts</w:t>
      </w:r>
      <w:r/>
    </w:p>
    <w:p>
      <w:r/>
      <w:r>
        <w:t>As daylight fades, the festival shifts into concerts, drag shows and club nights that draw crowd energy and big production. Local promoters and Pride organisers announce line-ups across the week, and there are both free outdoor stages and ticketed evening events. If you’re after the buzzy, late-night scene, plan for queues at popular venues and consider pre-booking wristbands or entry passes. Keep in mind that popular shows can sell out, so follow Capital Pride and partner pages for the latest on headline performers and after-parties.</w:t>
      </w:r>
      <w:r/>
    </w:p>
    <w:p>
      <w:pPr>
        <w:pStyle w:val="Heading2"/>
      </w:pPr>
      <w:r>
        <w:t>Accessibility, safety and community resources</w:t>
      </w:r>
      <w:r/>
    </w:p>
    <w:p>
      <w:r/>
      <w:r>
        <w:t>Capital Pride and many partner organisations emphasise accessibility and safety across the festival, offering quiet spaces, accessible viewing zones and resource tents with information for LGBTQ2S+ attendees. Volunteers and stewards are generally on hand to answer questions, and there are often visible first-aid posts. If you need support or a respite from the crowds, look for the festival’s resource guides or contact points listed on the official schedule. It’s worth noting that some political groups and unions also participate in outreach at Pride, adding community services and information to the mix.</w:t>
      </w:r>
      <w:r/>
    </w:p>
    <w:p>
      <w:pPr>
        <w:pStyle w:val="Heading2"/>
      </w:pPr>
      <w:r>
        <w:t>Making the most of your weekend: planning tips</w:t>
      </w:r>
      <w:r/>
    </w:p>
    <w:p>
      <w:r/>
      <w:r>
        <w:t>Plan your weekend like a mini city break: pick a base near downtown, download the schedule, and prioritise a few must-see events rather than trying to do everything. Pack sunscreen, a light rain layer, and sensible footwear , the scene is colourful but often involves a lot of standing. If you want souvenirs or local art, browse vendor rows early for the best finds. And if you’re coming as an ally, remember that showing up respectfully and listening to performers and speakers makes the experience richer for everyone.</w:t>
      </w:r>
      <w:r/>
    </w:p>
    <w:p>
      <w:r/>
      <w:r>
        <w:t>It's a small change , but a weekend at Capital Pride can leave you smiling, informed and part of something lively.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2">
        <w:r>
          <w:rPr>
            <w:color w:val="0000EE"/>
            <w:u w:val="single"/>
          </w:rPr>
          <w:t>[3]</w:t>
        </w:r>
      </w:hyperlink>
      <w:r>
        <w:t xml:space="preserve">- Paragraph 3: </w:t>
      </w:r>
      <w:hyperlink r:id="rId11">
        <w:r>
          <w:rPr>
            <w:color w:val="0000EE"/>
            <w:u w:val="single"/>
          </w:rPr>
          <w:t>[7]</w:t>
        </w:r>
      </w:hyperlink>
      <w:r>
        <w:t xml:space="preserve">, </w:t>
      </w:r>
      <w:hyperlink r:id="rId13">
        <w:r>
          <w:rPr>
            <w:color w:val="0000EE"/>
            <w:u w:val="single"/>
          </w:rPr>
          <w:t>[5]</w:t>
        </w:r>
      </w:hyperlink>
      <w:r>
        <w:t xml:space="preserve">- Paragraph 4: </w:t>
      </w:r>
      <w:hyperlink r:id="rId10">
        <w:r>
          <w:rPr>
            <w:color w:val="0000EE"/>
            <w:u w:val="single"/>
          </w:rPr>
          <w:t>[6]</w:t>
        </w:r>
      </w:hyperlink>
      <w:r>
        <w:t xml:space="preserve">, </w:t>
      </w:r>
      <w:hyperlink r:id="rId14">
        <w:r>
          <w:rPr>
            <w:color w:val="0000EE"/>
            <w:u w:val="single"/>
          </w:rPr>
          <w:t>[4]</w:t>
        </w:r>
      </w:hyperlink>
      <w:r>
        <w:t xml:space="preserve">- Paragraph 5: </w:t>
      </w:r>
      <w:hyperlink r:id="rId11">
        <w:r>
          <w:rPr>
            <w:color w:val="0000EE"/>
            <w:u w:val="single"/>
          </w:rPr>
          <w:t>[7]</w:t>
        </w:r>
      </w:hyperlink>
      <w:r>
        <w:t xml:space="preserve">, </w:t>
      </w:r>
      <w:hyperlink r:id="rId15">
        <w:r>
          <w:rPr>
            <w:color w:val="0000EE"/>
            <w:u w:val="single"/>
          </w:rPr>
          <w:t>[2]</w:t>
        </w:r>
      </w:hyperlink>
      <w:r>
        <w:t xml:space="preserve">- Paragraph 6: </w:t>
      </w:r>
      <w:hyperlink r:id="rId15">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https://ottawacitizen.com/news/capital-pride-parade-weekend</w:t>
        </w:r>
      </w:hyperlink>
      <w:r>
        <w:t xml:space="preserve"> - Please view link - unable to able to access data</w:t>
      </w:r>
      <w:r/>
    </w:p>
    <w:p>
      <w:pPr>
        <w:pStyle w:val="ListNumber"/>
        <w:spacing w:line="240" w:lineRule="auto"/>
        <w:ind w:left="720"/>
      </w:pPr>
      <w:r/>
      <w:hyperlink r:id="rId15">
        <w:r>
          <w:rPr>
            <w:color w:val="0000EE"/>
            <w:u w:val="single"/>
          </w:rPr>
          <w:t>https://www.unifor6004.ca/local/local-6004/events/ottawa-capital-pride-2024</w:t>
        </w:r>
      </w:hyperlink>
      <w:r>
        <w:t xml:space="preserve"> - In August 2024, members from various Unifor Locals and National representatives participated in Ottawa's Pride Parade, joining over 150,000 attendees. The event celebrated inclusion, respect, and equality, aligning with Unifor's commitment to solidarity and enhancing rights for all individuals. (</w:t>
      </w:r>
      <w:hyperlink r:id="rId16">
        <w:r>
          <w:rPr>
            <w:color w:val="0000EE"/>
            <w:u w:val="single"/>
          </w:rPr>
          <w:t>unifor6004.ca</w:t>
        </w:r>
      </w:hyperlink>
      <w:r>
        <w:t>)</w:t>
      </w:r>
      <w:r/>
    </w:p>
    <w:p>
      <w:pPr>
        <w:pStyle w:val="ListNumber"/>
        <w:spacing w:line="240" w:lineRule="auto"/>
        <w:ind w:left="720"/>
      </w:pPr>
      <w:r/>
      <w:hyperlink r:id="rId12">
        <w:r>
          <w:rPr>
            <w:color w:val="0000EE"/>
            <w:u w:val="single"/>
          </w:rPr>
          <w:t>https://en.wikipedia.org/wiki/Capital_Pride_%28Ottawa%29</w:t>
        </w:r>
      </w:hyperlink>
      <w:r>
        <w:t xml:space="preserve"> - Established in 1986, Ottawa Capital Pride is an annual LGBTQ+ event held in Ottawa, Ontario, and Gatineau, Quebec, from mid to late August. It has evolved into a 7- to 9-day celebration advocating for equality, diversity, and inclusion in the National Capital Region. (</w:t>
      </w:r>
      <w:hyperlink r:id="rId17">
        <w:r>
          <w:rPr>
            <w:color w:val="0000EE"/>
            <w:u w:val="single"/>
          </w:rPr>
          <w:t>en.wikipedia.org</w:t>
        </w:r>
      </w:hyperlink>
      <w:r>
        <w:t>)</w:t>
      </w:r>
      <w:r/>
    </w:p>
    <w:p>
      <w:pPr>
        <w:pStyle w:val="ListNumber"/>
        <w:spacing w:line="240" w:lineRule="auto"/>
        <w:ind w:left="720"/>
      </w:pPr>
      <w:r/>
      <w:hyperlink r:id="rId14">
        <w:r>
          <w:rPr>
            <w:color w:val="0000EE"/>
            <w:u w:val="single"/>
          </w:rPr>
          <w:t>https://pinkuk.com/events/north-america/canada/ontario/ottawa/ottawa-capital-pride-festival-2024</w:t>
        </w:r>
      </w:hyperlink>
      <w:r>
        <w:t xml:space="preserve"> - The 2024 Ottawa Capital Pride Festival took place from August 17th to 25th, featuring over 50 community events and a dozen signature events. The theme, 'Listen. Learn. Act.', encouraged embracing advocacy by recognising diverse experiences and supporting equality and justice. (</w:t>
      </w:r>
      <w:hyperlink r:id="rId18">
        <w:r>
          <w:rPr>
            <w:color w:val="0000EE"/>
            <w:u w:val="single"/>
          </w:rPr>
          <w:t>pinkuk.com</w:t>
        </w:r>
      </w:hyperlink>
      <w:r>
        <w:t>)</w:t>
      </w:r>
      <w:r/>
    </w:p>
    <w:p>
      <w:pPr>
        <w:pStyle w:val="ListNumber"/>
        <w:spacing w:line="240" w:lineRule="auto"/>
        <w:ind w:left="720"/>
      </w:pPr>
      <w:r/>
      <w:hyperlink r:id="rId13">
        <w:r>
          <w:rPr>
            <w:color w:val="0000EE"/>
            <w:u w:val="single"/>
          </w:rPr>
          <w:t>https://centretownottawa.ca/events/capital-pride-pageant/</w:t>
        </w:r>
      </w:hyperlink>
      <w:r>
        <w:t xml:space="preserve"> - On August 17, 2024, the Capital Pride Pageant was held at the National Arts Centre in Ottawa. The event showcased local drag talent competing for titles such as Mr., Mx., and Ms. Capital Pride, with performances by the 2023 Royal Court and judging by notable figures. (</w:t>
      </w:r>
      <w:hyperlink r:id="rId19">
        <w:r>
          <w:rPr>
            <w:color w:val="0000EE"/>
            <w:u w:val="single"/>
          </w:rPr>
          <w:t>centretownottawa.ca</w:t>
        </w:r>
      </w:hyperlink>
      <w:r>
        <w:t>)</w:t>
      </w:r>
      <w:r/>
    </w:p>
    <w:p>
      <w:pPr>
        <w:pStyle w:val="ListNumber"/>
        <w:spacing w:line="240" w:lineRule="auto"/>
        <w:ind w:left="720"/>
      </w:pPr>
      <w:r/>
      <w:hyperlink r:id="rId10">
        <w:r>
          <w:rPr>
            <w:color w:val="0000EE"/>
            <w:u w:val="single"/>
          </w:rPr>
          <w:t>https://ottawa.citynews.ca/2024/08/13/summer-pride-festival-kicks-off-later-this-week-with-a-jam-packed-schedule/</w:t>
        </w:r>
      </w:hyperlink>
      <w:r>
        <w:t xml:space="preserve"> - The 2024 Summer Pride Festival in Ottawa, scheduled from August 17-25, featured more than 50 community events and a dozen signature events. The festival aimed to create opportunities to celebrate, advocate, educate, and connect people, respecting the full diversity of the 2SLGBTQ+ community. (</w:t>
      </w:r>
      <w:hyperlink r:id="rId20">
        <w:r>
          <w:rPr>
            <w:color w:val="0000EE"/>
            <w:u w:val="single"/>
          </w:rPr>
          <w:t>ottawa.citynews.ca</w:t>
        </w:r>
      </w:hyperlink>
      <w:r>
        <w:t>)</w:t>
      </w:r>
      <w:r/>
    </w:p>
    <w:p>
      <w:pPr>
        <w:pStyle w:val="ListNumber"/>
        <w:spacing w:line="240" w:lineRule="auto"/>
        <w:ind w:left="720"/>
      </w:pPr>
      <w:r/>
      <w:hyperlink r:id="rId11">
        <w:r>
          <w:rPr>
            <w:color w:val="0000EE"/>
            <w:u w:val="single"/>
          </w:rPr>
          <w:t>https://capitalpride.ca/events/prideparade/</w:t>
        </w:r>
      </w:hyperlink>
      <w:r>
        <w:t xml:space="preserve"> - The Pride Parade in Ottawa is scheduled for August 30, 2026, at 1:00 PM. The event will feature over 150 groups and more than 100,000 community members, with Grand Marshal Brianne Jenner leading the parade. The route begins at Booth and Wellington and ends at Bank and Slater. (</w:t>
      </w:r>
      <w:hyperlink r:id="rId21">
        <w:r>
          <w:rPr>
            <w:color w:val="0000EE"/>
            <w:u w:val="single"/>
          </w:rPr>
          <w:t>capitalpride.ca</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news/capital-pride-parade-weekend" TargetMode="External"/><Relationship Id="rId10" Type="http://schemas.openxmlformats.org/officeDocument/2006/relationships/hyperlink" Target="https://ottawa.citynews.ca/2024/08/13/summer-pride-festival-kicks-off-later-this-week-with-a-jam-packed-schedule/" TargetMode="External"/><Relationship Id="rId11" Type="http://schemas.openxmlformats.org/officeDocument/2006/relationships/hyperlink" Target="https://capitalpride.ca/events/prideparade/" TargetMode="External"/><Relationship Id="rId12" Type="http://schemas.openxmlformats.org/officeDocument/2006/relationships/hyperlink" Target="https://en.wikipedia.org/wiki/Capital_Pride_%28Ottawa%29" TargetMode="External"/><Relationship Id="rId13" Type="http://schemas.openxmlformats.org/officeDocument/2006/relationships/hyperlink" Target="https://centretownottawa.ca/events/capital-pride-pageant/" TargetMode="External"/><Relationship Id="rId14" Type="http://schemas.openxmlformats.org/officeDocument/2006/relationships/hyperlink" Target="https://pinkuk.com/events/north-america/canada/ontario/ottawa/ottawa-capital-pride-festival-2024" TargetMode="External"/><Relationship Id="rId15" Type="http://schemas.openxmlformats.org/officeDocument/2006/relationships/hyperlink" Target="https://www.unifor6004.ca/local/local-6004/events/ottawa-capital-pride-2024" TargetMode="External"/><Relationship Id="rId16" Type="http://schemas.openxmlformats.org/officeDocument/2006/relationships/hyperlink" Target="https://www.unifor6004.ca/local/local-6004/events/ottawa-capital-pride-2024?utm_source=openai" TargetMode="External"/><Relationship Id="rId17" Type="http://schemas.openxmlformats.org/officeDocument/2006/relationships/hyperlink" Target="https://en.wikipedia.org/wiki/Capital_Pride_%28Ottawa%29?utm_source=openai" TargetMode="External"/><Relationship Id="rId18" Type="http://schemas.openxmlformats.org/officeDocument/2006/relationships/hyperlink" Target="https://pinkuk.com/events/north-america/canada/ontario/ottawa/ottawa-capital-pride-festival-2024?utm_source=openai" TargetMode="External"/><Relationship Id="rId19" Type="http://schemas.openxmlformats.org/officeDocument/2006/relationships/hyperlink" Target="https://centretownottawa.ca/events/capital-pride-pageant/?utm_source=openai" TargetMode="External"/><Relationship Id="rId20" Type="http://schemas.openxmlformats.org/officeDocument/2006/relationships/hyperlink" Target="https://ottawa.citynews.ca/2024/08/13/summer-pride-festival-kicks-off-later-this-week-with-a-jam-packed-schedule/?utm_source=openai" TargetMode="External"/><Relationship Id="rId21" Type="http://schemas.openxmlformats.org/officeDocument/2006/relationships/hyperlink" Target="https://capitalpride.ca/events/pridepara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