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TV Trailers of August: Why Adults Season 2 Is the One to Watch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crowding streaming queues this month as a wave of bold, queer-forward trailers landed online; fans should note where and when to watch, and why Adults season 2 is already stealing hearts. Here’s a roundup of the standout previews and practical viewing tips so you don’t miss a moment.</w:t>
      </w:r>
      <w:r/>
    </w:p>
    <w:p>
      <w:r/>
      <w:r>
        <w:t>Essential Takeaways</w:t>
      </w:r>
      <w:r/>
      <w:r/>
    </w:p>
    <w:p>
      <w:pPr>
        <w:pStyle w:val="ListBullet"/>
        <w:spacing w:line="240" w:lineRule="auto"/>
        <w:ind w:left="720"/>
      </w:pPr>
      <w:r/>
      <w:r>
        <w:rPr>
          <w:b/>
        </w:rPr>
        <w:t>Standout trailer:</w:t>
      </w:r>
      <w:r>
        <w:t xml:space="preserve"> Adults season 2 dropped a buzzy trailer that highlights the show's warm comedy and simmering will-they-won’t-they between Anton and Paul.</w:t>
      </w:r>
      <w:r/>
    </w:p>
    <w:p>
      <w:pPr>
        <w:pStyle w:val="ListBullet"/>
        <w:spacing w:line="240" w:lineRule="auto"/>
        <w:ind w:left="720"/>
      </w:pPr>
      <w:r/>
      <w:r>
        <w:rPr>
          <w:b/>
        </w:rPr>
        <w:t>Where to watch:</w:t>
      </w:r>
      <w:r>
        <w:t xml:space="preserve"> Adults season 2 streams on Hulu in some regions and via FX; check local listings for exact dates and platforms.</w:t>
      </w:r>
      <w:r/>
    </w:p>
    <w:p>
      <w:pPr>
        <w:pStyle w:val="ListBullet"/>
        <w:spacing w:line="240" w:lineRule="auto"/>
        <w:ind w:left="720"/>
      </w:pPr>
      <w:r/>
      <w:r>
        <w:rPr>
          <w:b/>
        </w:rPr>
        <w:t>Tone and texture:</w:t>
      </w:r>
      <w:r>
        <w:t xml:space="preserve"> New trailers favour character-driven, queer-centred storytelling with a lively, authentic Gen Z voice.</w:t>
      </w:r>
      <w:r/>
    </w:p>
    <w:p>
      <w:pPr>
        <w:pStyle w:val="ListBullet"/>
        <w:spacing w:line="240" w:lineRule="auto"/>
        <w:ind w:left="720"/>
      </w:pPr>
      <w:r/>
      <w:r>
        <w:rPr>
          <w:b/>
        </w:rPr>
        <w:t>Practical viewing:</w:t>
      </w:r>
      <w:r>
        <w:t xml:space="preserve"> If you binge, expect short episodes that feel like hangouts , perfect for casual weekend marathons.</w:t>
      </w:r>
      <w:r/>
    </w:p>
    <w:p>
      <w:pPr>
        <w:pStyle w:val="ListBullet"/>
        <w:spacing w:line="240" w:lineRule="auto"/>
        <w:ind w:left="720"/>
      </w:pPr>
      <w:r/>
      <w:r>
        <w:rPr>
          <w:b/>
        </w:rPr>
        <w:t>Why it matters:</w:t>
      </w:r>
      <w:r>
        <w:t xml:space="preserve"> Shows like Adults are broadening representation, pairing laugh-out-loud moments with nuanced queer relationships.</w:t>
      </w:r>
      <w:r/>
      <w:r/>
    </w:p>
    <w:p>
      <w:pPr>
        <w:pStyle w:val="Heading2"/>
      </w:pPr>
      <w:r>
        <w:t>Why the Adults season 2 trailer stopped people mid-scroll</w:t>
      </w:r>
      <w:r/>
    </w:p>
    <w:p>
      <w:r/>
      <w:r>
        <w:t>The trailer lands with a warm, familiar energy that feels like stepping back into a friend's living room, and the chemistry between Owen Thiele’s Anton and Jack Innanen’s Paul practically hums off the screen. According to interviews and coverage, season 2 leans into that will-they-won’t-they tension while keeping the ensemble’s comic rhythms tight. Fans reacted quickly online, praising both the sweetness and the sharp jokes , the sort of trailer that makes you queue episodes before the season even premieres.</w:t>
      </w:r>
      <w:r/>
    </w:p>
    <w:p>
      <w:pPr>
        <w:pStyle w:val="Heading2"/>
      </w:pPr>
      <w:r>
        <w:t>How to watch: where Adults season 2 will stream</w:t>
      </w:r>
      <w:r/>
    </w:p>
    <w:p>
      <w:r/>
      <w:r>
        <w:t>Distribution can be fiddly, but the trailer push makes one thing clear: networks and streamers are competing for eyeballs on the queer comedies. Axios and other outlets note a pile-up of new streaming launches this month, and Tom’s Guide and FX listings suggest Hulu and FX platforms are the likeliest homes depending on your region. The easy fix is to check local guides or the show’s official social channels; if you’re outside the US, expect staggered dates and possible regional partners.</w:t>
      </w:r>
      <w:r/>
    </w:p>
    <w:p>
      <w:pPr>
        <w:pStyle w:val="Heading2"/>
      </w:pPr>
      <w:r>
        <w:t>What makes this season feel different , and why viewers care</w:t>
      </w:r>
      <w:r/>
    </w:p>
    <w:p>
      <w:r/>
      <w:r>
        <w:t>There’s a sharper sense of grown-up stakes this time around, while the show keeps its soft, chatty vibe. In interviews, Owen Thiele points to more emotional depth for Anton and a clearer portrait of Paul’s fluidity, which gives the romance a believable, lived-in texture. Viewers say it’s less about big plot twists and more about small, honest moments , a trend that’s shaping a lot of the best Gen Z-focused TV right now, according to critics at The Daily Beast.</w:t>
      </w:r>
      <w:r/>
    </w:p>
    <w:p>
      <w:pPr>
        <w:pStyle w:val="Heading2"/>
      </w:pPr>
      <w:r>
        <w:t>Other trailers worth bookmarking this month</w:t>
      </w:r>
      <w:r/>
    </w:p>
    <w:p>
      <w:r/>
      <w:r>
        <w:t>August wasn’t just about Adults. Industry round-ups flagged a handful of other queer-forward and genre-bending trailers , from intimate comedies to darker, moodier dramas , that are worth a look. Blexmedia and Axios highlighted several drops that signal streaming platforms are diversifying their slates, so if you want variety, mark a few release dates and set reminders the way you would for film festivals: small, curated sessions beat backlog overwhelm.</w:t>
      </w:r>
      <w:r/>
    </w:p>
    <w:p>
      <w:pPr>
        <w:pStyle w:val="Heading2"/>
      </w:pPr>
      <w:r>
        <w:t>How to pick what to watch first , practical tips</w:t>
      </w:r>
      <w:r/>
    </w:p>
    <w:p>
      <w:r/>
      <w:r>
        <w:t>Start by deciding how you want to feel: light and cosy, or tense and gritty. For a weekend binge, choose shorter-episode comedies like Adults; they feel like catching up with mates. If you prefer thrills, slot in one darker drama per evening. Use free trials thoughtfully, share accounts within household rules, and create a watchlist the moment a trailer excites you , trailers are short, but they’re great at pointing you to a show’s tone and pacing before you commit.</w:t>
      </w:r>
      <w:r/>
    </w:p>
    <w:p>
      <w:r/>
      <w:r>
        <w:t>It's a small change that can make every premiere feel like an event , mark your calendar and enjoy the ride.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[4]</w:t>
        </w:r>
      </w:hyperlink>
      <w:r>
        <w:t xml:space="preserve">- Paragraph 4: </w:t>
      </w:r>
      <w:hyperlink r:id="rId13">
        <w:r>
          <w:rPr>
            <w:color w:val="0000EE"/>
            <w:u w:val="single"/>
          </w:rPr>
          <w:t>[6]</w:t>
        </w:r>
      </w:hyperlink>
      <w:r>
        <w:t xml:space="preserve">, </w:t>
      </w:r>
      <w:hyperlink r:id="rId11">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https://meaws.com/news/queerty-crossword-aug-31-2026/105053</w:t>
        </w:r>
      </w:hyperlink>
      <w:r>
        <w:t xml:space="preserve"> - Please view link - unable to able to access data</w:t>
      </w:r>
      <w:r/>
    </w:p>
    <w:p>
      <w:pPr>
        <w:pStyle w:val="ListNumber"/>
        <w:spacing w:line="240" w:lineRule="auto"/>
        <w:ind w:left="720"/>
      </w:pPr>
      <w:r/>
      <w:hyperlink r:id="rId10">
        <w:r>
          <w:rPr>
            <w:color w:val="0000EE"/>
            <w:u w:val="single"/>
          </w:rPr>
          <w:t>https://www.tomsguide.com/entertainment/hulu/3-new-hulu-shows-you-need-to-binge-watch-this-weekend-aug-28-30-2026</w:t>
        </w:r>
      </w:hyperlink>
      <w:r>
        <w:t xml:space="preserve"> - This article highlights three standout series available on Hulu for binge-watching over the weekend of August 28-30, 2026. The first is 'Adults' season 2, a situational comedy following five friends—Samir, Billie, Paul Baker, Issa, and Anton—as they navigate adulthood while living together in Samir’s childhood home. The piece draws parallels to HBO's 'Girls,' noting the show's relatable themes and humour. The second series is season 14 of the animated sci-fi sitcom 'Futurama,' which continues its legacy of slapstick and clever storytelling set in the third millennium. The third is 'Furious,' a compelling crime drama featuring Emmy Rossum as former NYPD detective Alice Black, now hunting a vigilante serial killer and trafficking survivor, played by Lola Petticrew. All three shows are now streaming on Hulu and are recommended for weekend viewing. (</w:t>
      </w:r>
      <w:hyperlink r:id="rId16">
        <w:r>
          <w:rPr>
            <w:color w:val="0000EE"/>
            <w:u w:val="single"/>
          </w:rPr>
          <w:t>tomsguide.com</w:t>
        </w:r>
      </w:hyperlink>
      <w:r>
        <w:t>)</w:t>
      </w:r>
      <w:r/>
    </w:p>
    <w:p>
      <w:pPr>
        <w:pStyle w:val="ListNumber"/>
        <w:spacing w:line="240" w:lineRule="auto"/>
        <w:ind w:left="720"/>
      </w:pPr>
      <w:r/>
      <w:hyperlink r:id="rId12">
        <w:r>
          <w:rPr>
            <w:color w:val="0000EE"/>
            <w:u w:val="single"/>
          </w:rPr>
          <w:t>https://www.tomsguide.com/entertainment/streaming/how-to-watch-adults-season-2</w:t>
        </w:r>
      </w:hyperlink>
      <w:r>
        <w:t xml:space="preserve"> - This guide provides information on how to watch 'Adults' season 2, which premiered on August 27, 2026. The sitcom follows five friends—Samir, Billie, Paul Baker, Issa, and Anton—as they navigate adulthood while living together in Samir’s childhood home. The article details various streaming options, including live viewing on FXX via YouTube TV, Hulu + Live TV, Fubo, or Sling Blue, with on-demand streaming available via Hulu starting August 27. For international viewers, the show is accessible on Disney+ beginning August 28 in Canada, the U.K., and Australia. The piece also recommends using a VPN, such as NordVPN, for those traveling outside their home country to access regional streaming services. (</w:t>
      </w:r>
      <w:hyperlink r:id="rId17">
        <w:r>
          <w:rPr>
            <w:color w:val="0000EE"/>
            <w:u w:val="single"/>
          </w:rPr>
          <w:t>tomsguide.com</w:t>
        </w:r>
      </w:hyperlink>
      <w:r>
        <w:t>)</w:t>
      </w:r>
      <w:r/>
    </w:p>
    <w:p>
      <w:pPr>
        <w:pStyle w:val="ListNumber"/>
        <w:spacing w:line="240" w:lineRule="auto"/>
        <w:ind w:left="720"/>
      </w:pPr>
      <w:r/>
      <w:hyperlink r:id="rId15">
        <w:r>
          <w:rPr>
            <w:color w:val="0000EE"/>
            <w:u w:val="single"/>
          </w:rPr>
          <w:t>https://www.thedailybeast.com/obsessed/why-actual-adults-should-check-out-tvs-best-gen-z-show/</w:t>
        </w:r>
      </w:hyperlink>
      <w:r>
        <w:t xml:space="preserve"> - This article argues that FX's 'Adults' is a must-watch for millennial and Gen X viewers, despite being perceived as a Gen Z-centric sitcom. Centered around five diverse 24-year-olds grappling with relatable issues such as careers, relationships, and health, the show delivers humour while capturing the universal struggle of transitioning into adulthood. The piece highlights the inclusive cast and nuanced portrayal of identity, avoiding clichés and stereotypes. The ensemble includes a mix of personalities—free spirits, type-A planners, loyal romantics—who support each other through life's challenges. The show strikes a balance of comedy and emotion, often resolving conflicts through unity rather than drama. With Season 2 releasing on August 27 on Hulu/FX, 'Adults' invites older viewers to reconnect with their youthful selves and find solace in shared experiences. (</w:t>
      </w:r>
      <w:hyperlink r:id="rId18">
        <w:r>
          <w:rPr>
            <w:color w:val="0000EE"/>
            <w:u w:val="single"/>
          </w:rPr>
          <w:t>thedailybeast.com</w:t>
        </w:r>
      </w:hyperlink>
      <w:r>
        <w:t>)</w:t>
      </w:r>
      <w:r/>
    </w:p>
    <w:p>
      <w:pPr>
        <w:pStyle w:val="ListNumber"/>
        <w:spacing w:line="240" w:lineRule="auto"/>
        <w:ind w:left="720"/>
      </w:pPr>
      <w:r/>
      <w:hyperlink r:id="rId14">
        <w:r>
          <w:rPr>
            <w:color w:val="0000EE"/>
            <w:u w:val="single"/>
          </w:rPr>
          <w:t>https://www.marieclaire.com/culture/tv-shows/owen-thiele-adults-season-2-2026-interview/</w:t>
        </w:r>
      </w:hyperlink>
      <w:r>
        <w:t xml:space="preserve"> - This interview features Owen Thiele, who portrays Anton in FX’s Gen Z comedy series 'Adults.' Thiele discusses his rising career, his role in the series, and his experiences as a Black queer man navigating identity and fame. He also co-hosts the podcast 'In Your Dreams,' a storytelling platform featuring high-profile guests. Raised in Hollywood by white Jewish parents after being adopted at birth, Thiele shares candid insights into his background and career. The article highlights his entertainment pedigree, including a grandfather behind the hit 'What a Wonderful World' and cousins like Bob Balaban. With projects like 'Overcompensating' and 'Peaked' in the works, Thiele is also developing 'Off Color,' a semi-autobiographical Prime Video series with Ilana Glazer. Despite his growing fame, Thiele remains grounded, valuing authentic storytelling and meaningful connection. (</w:t>
      </w:r>
      <w:hyperlink r:id="rId19">
        <w:r>
          <w:rPr>
            <w:color w:val="0000EE"/>
            <w:u w:val="single"/>
          </w:rPr>
          <w:t>marieclaire.com</w:t>
        </w:r>
      </w:hyperlink>
      <w:r>
        <w:t>)</w:t>
      </w:r>
      <w:r/>
    </w:p>
    <w:p>
      <w:pPr>
        <w:pStyle w:val="ListNumber"/>
        <w:spacing w:line="240" w:lineRule="auto"/>
        <w:ind w:left="720"/>
      </w:pPr>
      <w:r/>
      <w:hyperlink r:id="rId13">
        <w:r>
          <w:rPr>
            <w:color w:val="0000EE"/>
            <w:u w:val="single"/>
          </w:rPr>
          <w:t>https://www.axios.com/2026/08/27/new-streaming-dark-matter-whisper-man-vince-young</w:t>
        </w:r>
      </w:hyperlink>
      <w:r>
        <w:t xml:space="preserve"> - This article highlights notable streaming releases across various genres, including crime, comedy, sci-fi, and sports. It mentions the thriller 'The Whisper Man,' debuting on Netflix, and Hulu's premiere of Season 2 of its comedy-drama 'Adults' on August 27, 2026. For sci-fi fans, Season 2 of 'Dark Matter' becomes available on Apple TV. Netflix also introduces a compelling three-part true crime documentary titled 'Death of the Pastor's Wife' and a sports documentary, 'Untold: The Testimony of Vince Young,' focusing on the former football star’s story. These diverse offerings provide viewers with a wide range of entertainment options across multiple platforms. (</w:t>
      </w:r>
      <w:hyperlink r:id="rId20">
        <w:r>
          <w:rPr>
            <w:color w:val="0000EE"/>
            <w:u w:val="single"/>
          </w:rPr>
          <w:t>axios.com</w:t>
        </w:r>
      </w:hyperlink>
      <w:r>
        <w:t>)</w:t>
      </w:r>
      <w:r/>
    </w:p>
    <w:p>
      <w:pPr>
        <w:pStyle w:val="ListNumber"/>
        <w:spacing w:line="240" w:lineRule="auto"/>
        <w:ind w:left="720"/>
      </w:pPr>
      <w:r/>
      <w:hyperlink r:id="rId11">
        <w:r>
          <w:rPr>
            <w:color w:val="0000EE"/>
            <w:u w:val="single"/>
          </w:rPr>
          <w:t>https://blexmedia.com/fx-drops-trailer-for-adults-season-2/</w:t>
        </w:r>
      </w:hyperlink>
      <w:r>
        <w:t xml:space="preserve"> - This article discusses the release of the trailer for Season 2 of FX’s ensemble comedy 'Adults,' confirming Raven-Symoné among the guest stars joining the returning cast. The trailer picks up with the five New York roommates slightly older but questionably wiser. Issa discovers that her boyfriend Paul Baker has a secret group of straight friends outside of their main circle and begins exploring freezing her eggs. Billie is caught pretending to have bathroom sex with a club hookup played by Gaten Matarazzo to impress people listening outside. The group puts increasing pressure on Anton to end his dry spell. The article provides insights into the new season's plotlines and character developments. (</w:t>
      </w:r>
      <w:hyperlink r:id="rId21">
        <w:r>
          <w:rPr>
            <w:color w:val="0000EE"/>
            <w:u w:val="single"/>
          </w:rPr>
          <w:t>blexmedia.com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queerty-crossword-aug-31-2026/105053" TargetMode="External"/><Relationship Id="rId10" Type="http://schemas.openxmlformats.org/officeDocument/2006/relationships/hyperlink" Target="https://www.tomsguide.com/entertainment/hulu/3-new-hulu-shows-you-need-to-binge-watch-this-weekend-aug-28-30-2026" TargetMode="External"/><Relationship Id="rId11" Type="http://schemas.openxmlformats.org/officeDocument/2006/relationships/hyperlink" Target="https://blexmedia.com/fx-drops-trailer-for-adults-season-2/" TargetMode="External"/><Relationship Id="rId12" Type="http://schemas.openxmlformats.org/officeDocument/2006/relationships/hyperlink" Target="https://www.tomsguide.com/entertainment/streaming/how-to-watch-adults-season-2" TargetMode="External"/><Relationship Id="rId13" Type="http://schemas.openxmlformats.org/officeDocument/2006/relationships/hyperlink" Target="https://www.axios.com/2026/08/27/new-streaming-dark-matter-whisper-man-vince-young" TargetMode="External"/><Relationship Id="rId14" Type="http://schemas.openxmlformats.org/officeDocument/2006/relationships/hyperlink" Target="https://www.marieclaire.com/culture/tv-shows/owen-thiele-adults-season-2-2026-interview/" TargetMode="External"/><Relationship Id="rId15" Type="http://schemas.openxmlformats.org/officeDocument/2006/relationships/hyperlink" Target="https://www.thedailybeast.com/obsessed/why-actual-adults-should-check-out-tvs-best-gen-z-show/" TargetMode="External"/><Relationship Id="rId16" Type="http://schemas.openxmlformats.org/officeDocument/2006/relationships/hyperlink" Target="https://www.tomsguide.com/entertainment/hulu/3-new-hulu-shows-you-need-to-binge-watch-this-weekend-aug-28-30-2026?utm_source=openai" TargetMode="External"/><Relationship Id="rId17" Type="http://schemas.openxmlformats.org/officeDocument/2006/relationships/hyperlink" Target="https://www.tomsguide.com/entertainment/streaming/how-to-watch-adults-season-2?utm_source=openai" TargetMode="External"/><Relationship Id="rId18" Type="http://schemas.openxmlformats.org/officeDocument/2006/relationships/hyperlink" Target="https://www.thedailybeast.com/obsessed/why-actual-adults-should-check-out-tvs-best-gen-z-show/?utm_source=openai" TargetMode="External"/><Relationship Id="rId19" Type="http://schemas.openxmlformats.org/officeDocument/2006/relationships/hyperlink" Target="https://www.marieclaire.com/culture/tv-shows/owen-thiele-adults-season-2-2026-interview/?utm_source=openai" TargetMode="External"/><Relationship Id="rId20" Type="http://schemas.openxmlformats.org/officeDocument/2006/relationships/hyperlink" Target="https://www.axios.com/2026/08/27/new-streaming-dark-matter-whisper-man-vince-young?utm_source=openai" TargetMode="External"/><Relationship Id="rId21" Type="http://schemas.openxmlformats.org/officeDocument/2006/relationships/hyperlink" Target="https://blexmedia.com/fx-drops-trailer-for-adults-season-2/?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