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Gay Movie and TV Trailers to Watch This August — where to stream and why they matter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streamers are flocking to fresh queer trailers this August , vibrant, funny and sometimes feral , highlighting new hits like Adults season 2 and the neon thriller Body Blow; here’s a roundup of what’s arriving, where to watch, and why these trailers are worth bookmarking.</w:t>
      </w:r>
      <w:r/>
    </w:p>
    <w:p>
      <w:r/>
      <w:r>
        <w:t>Essential Takeaways</w:t>
      </w:r>
      <w:r/>
      <w:r/>
    </w:p>
    <w:p>
      <w:pPr>
        <w:pStyle w:val="ListBullet"/>
        <w:spacing w:line="240" w:lineRule="auto"/>
        <w:ind w:left="720"/>
      </w:pPr>
      <w:r/>
      <w:r>
        <w:rPr>
          <w:b/>
        </w:rPr>
        <w:t>Standouts this month:</w:t>
      </w:r>
      <w:r>
        <w:t xml:space="preserve"> Adults season 2 returns with a will-they-won’t-they roomie romance and high-energy guest stars, while Body Blow serves up neon-soaked, John Waters‑adjacent sleaze. </w:t>
      </w:r>
      <w:r/>
    </w:p>
    <w:p>
      <w:pPr>
        <w:pStyle w:val="ListBullet"/>
        <w:spacing w:line="240" w:lineRule="auto"/>
        <w:ind w:left="720"/>
      </w:pPr>
      <w:r/>
      <w:r>
        <w:rPr>
          <w:b/>
        </w:rPr>
        <w:t>Where to watch:</w:t>
      </w:r>
      <w:r>
        <w:t xml:space="preserve"> Adults season 2 is streaming on Hulu; Body Blow is available via digital/VOD. </w:t>
      </w:r>
      <w:r/>
    </w:p>
    <w:p>
      <w:pPr>
        <w:pStyle w:val="ListBullet"/>
        <w:spacing w:line="240" w:lineRule="auto"/>
        <w:ind w:left="720"/>
      </w:pPr>
      <w:r/>
      <w:r>
        <w:rPr>
          <w:b/>
        </w:rPr>
        <w:t>Tone and texture:</w:t>
      </w:r>
      <w:r>
        <w:t xml:space="preserve"> Expect warm, messy friendship comedy from Adults and pulpy, campy thriller energy from Body Blow , one feels cosy, the other gleams with neon danger. </w:t>
      </w:r>
      <w:r/>
    </w:p>
    <w:p>
      <w:pPr>
        <w:pStyle w:val="ListBullet"/>
        <w:spacing w:line="240" w:lineRule="auto"/>
        <w:ind w:left="720"/>
      </w:pPr>
      <w:r/>
      <w:r>
        <w:rPr>
          <w:b/>
        </w:rPr>
        <w:t>Why trailers matter:</w:t>
      </w:r>
      <w:r>
        <w:t xml:space="preserve"> They set expectations , casting choices, guest stars and visual style tell you whether a show is comfy appointment TV or an edgy midnight-watch. </w:t>
      </w:r>
      <w:r/>
    </w:p>
    <w:p>
      <w:pPr>
        <w:pStyle w:val="ListBullet"/>
        <w:spacing w:line="240" w:lineRule="auto"/>
        <w:ind w:left="720"/>
      </w:pPr>
      <w:r/>
      <w:r>
        <w:rPr>
          <w:b/>
        </w:rPr>
        <w:t>Practical tip:</w:t>
      </w:r>
      <w:r>
        <w:t xml:space="preserve"> If you love slow-burn romantic tension, prioritise Adults; if you want a stylised, pulpy mood piece, queue Body Blow on VOD.</w:t>
      </w:r>
      <w:r/>
      <w:r/>
    </w:p>
    <w:p>
      <w:pPr>
        <w:pStyle w:val="Heading2"/>
      </w:pPr>
      <w:r>
        <w:t>Adults season 2 feels like the hangout you missed , who’s back and what’s changed</w:t>
      </w:r>
      <w:r/>
    </w:p>
    <w:p>
      <w:r/>
      <w:r>
        <w:t>The trailer opens with that comforting, slightly chaotic vibe you want from a friend-group comedy, complete with quick-fire banter and a warm, lived-in visual palette. According to coverage and interviews, the chemistry remains the heart of the show, especially the roomie dynamic between Anton and Paul, which keeps nudging at romantic limits. Producers lean into the show’s queer-centred humour while adding high-profile guest stars , Raven-Symoné and others , so expect sharper beats and fresh antagonists. If you liked the first season’s mixture of heart and awkwardness, the trailer makes it clear this one doubles down; pick Hulu if you’re ready to binge, and watch for episodes that reward patience with slow-burn payoffs.</w:t>
      </w:r>
      <w:r/>
    </w:p>
    <w:p>
      <w:pPr>
        <w:pStyle w:val="Heading2"/>
      </w:pPr>
      <w:r>
        <w:t>Body Blow: neon cop drama that tips its hat to sleaze and camp</w:t>
      </w:r>
      <w:r/>
    </w:p>
    <w:p>
      <w:r/>
      <w:r>
        <w:t>The Body Blow trailer announces itself with loud colours and a synthy pulse, promising a slick, erotic thriller set in Sydney’s gay nightlife. Reviews compare its tone to something John Waters might flirt with, which signals a blend of transgressive humour and glossy excess. The cast includes Tim Pocock as an officer dug into a dangerous beat, with drag‑scene powerhouses and a combustible supporting turn rounding out the chaos. If you’re drawn to films that prize atmosphere over realism, this one’s for you; rent it on digital/VOD and watch for playful production design and performative flourishes rather than strict procedural logic.</w:t>
      </w:r>
      <w:r/>
    </w:p>
    <w:p>
      <w:pPr>
        <w:pStyle w:val="Heading2"/>
      </w:pPr>
      <w:r>
        <w:t>Why these trailers reflect a broader shift in queer storytelling</w:t>
      </w:r>
      <w:r/>
    </w:p>
    <w:p>
      <w:r/>
      <w:r>
        <w:t>Trailers this month aren’t just selling plots, they’re promising tone: warmth, kink, camp and nuance. Industry outlets have noticed a trend toward stories that centre queer friendship and messy adult relationships alongside more sensational, stylish projects. That split matters , it shows queer audiences can have both cosy representation and pulpy, transgressive fun. For viewers, trailers are a shortcut: they’ll tell you whether a title aims for relatability or spectacle, so use them to filter what suits your mood and your watchlist priorities.</w:t>
      </w:r>
      <w:r/>
    </w:p>
    <w:p>
      <w:pPr>
        <w:pStyle w:val="Heading2"/>
      </w:pPr>
      <w:r>
        <w:t>How to choose what to watch this weekend</w:t>
      </w:r>
      <w:r/>
    </w:p>
    <w:p>
      <w:r/>
      <w:r>
        <w:t>Start with what you want to feel. Want comfort and long-term character investment? Adults season 2 offers the sort of ensemble chemistry that rewards bingeing. Craving visual thrills and an edge-of-seat mystery? Put Body Blow on a VOD rental and dim the lights. Practical sizing tip: check episode length and release cadence on Hulu for Adults so you don’t overschedule yourself, and glance at runtime and content warnings for Body Blow if you prefer less explicit material. A quick trailer rewatch will save you time and disappointment.</w:t>
      </w:r>
      <w:r/>
    </w:p>
    <w:p>
      <w:pPr>
        <w:pStyle w:val="Heading2"/>
      </w:pPr>
      <w:r>
        <w:t>Where to stream, how to schedule, and a final thought</w:t>
      </w:r>
      <w:r/>
    </w:p>
    <w:p>
      <w:r/>
      <w:r>
        <w:t>Hulu hosts Adults season 2, so slot it into weeknight viewing if you want ongoing conversation with friends; Body Blow is on digital/VOD for a single-night, stylistic splurge. Trailers this August are doing the job they should: making you laugh, arouse curiosity, and decide if a show or film belongs on your permanent list. Personally, I’ll alternate , a cosy episode of Adults before a neon-fuelled thriller , and let the contrasts do the work.</w:t>
      </w:r>
      <w:r/>
    </w:p>
    <w:p>
      <w:r/>
      <w:r>
        <w:t>It’s a small change that can make your watchlist feel fresher this month.</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[3]</w:t>
        </w:r>
      </w:hyperlink>
      <w:r>
        <w:t xml:space="preserve">, </w:t>
      </w:r>
      <w:hyperlink r:id="rId13">
        <w:r>
          <w:rPr>
            <w:color w:val="0000EE"/>
            <w:u w:val="single"/>
          </w:rPr>
          <w:t>[6]</w:t>
        </w:r>
      </w:hyperlink>
      <w:r>
        <w:t xml:space="preserve">- Paragraph 3: </w:t>
      </w:r>
      <w:hyperlink r:id="rId14">
        <w:r>
          <w:rPr>
            <w:color w:val="0000EE"/>
            <w:u w:val="single"/>
          </w:rPr>
          <w:t>[7]</w:t>
        </w:r>
      </w:hyperlink>
      <w:r>
        <w:t xml:space="preserve">, </w:t>
      </w:r>
      <w:hyperlink r:id="rId9">
        <w:r>
          <w:rPr>
            <w:color w:val="0000EE"/>
            <w:u w:val="single"/>
          </w:rPr>
          <w:t>[1]</w:t>
        </w:r>
      </w:hyperlink>
      <w:r>
        <w:t xml:space="preserve">- Paragraph 4: </w:t>
      </w:r>
      <w:hyperlink r:id="rId15">
        <w:r>
          <w:rPr>
            <w:color w:val="0000EE"/>
            <w:u w:val="single"/>
          </w:rPr>
          <w:t>[4]</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https://meaws.com/news/watch-the-gayest-movie-tv-trailers-that-11/105056</w:t>
        </w:r>
      </w:hyperlink>
      <w:r>
        <w:t xml:space="preserve"> - Please view link - unable to able to access data</w:t>
      </w:r>
      <w:r/>
    </w:p>
    <w:p>
      <w:pPr>
        <w:pStyle w:val="ListNumber"/>
        <w:spacing w:line="240" w:lineRule="auto"/>
        <w:ind w:left="720"/>
      </w:pPr>
      <w:r/>
      <w:hyperlink r:id="rId10">
        <w:r>
          <w:rPr>
            <w:color w:val="0000EE"/>
            <w:u w:val="single"/>
          </w:rPr>
          <w:t>https://www.tomsguide.com/entertainment/hulu/3-new-hulu-shows-you-need-to-binge-watch-this-weekend-aug-28-30-2026</w:t>
        </w:r>
      </w:hyperlink>
      <w:r>
        <w:t xml:space="preserve"> - This article highlights three standout Hulu series available for binge-watching over the weekend of August 28-30, 2026. It features the return of 'Adults' season 2, a situational comedy about five friends navigating adulthood in New York. The piece also discusses the 14th season of 'Futurama' and the crime drama 'Furious', providing insights into their themes and reception. All three shows are now streaming on Hulu, offering a diverse range of content for viewers seeking new series to enjoy.</w:t>
      </w:r>
      <w:r/>
    </w:p>
    <w:p>
      <w:pPr>
        <w:pStyle w:val="ListNumber"/>
        <w:spacing w:line="240" w:lineRule="auto"/>
        <w:ind w:left="720"/>
      </w:pPr>
      <w:r/>
      <w:hyperlink r:id="rId12">
        <w:r>
          <w:rPr>
            <w:color w:val="0000EE"/>
            <w:u w:val="single"/>
          </w:rPr>
          <w:t>https://www.marieclaire.com/culture/tv-shows/adults-fx-cast-trivia/</w:t>
        </w:r>
      </w:hyperlink>
      <w:r>
        <w:t xml:space="preserve"> - In this engaging interview, the cast of 'Adults' plays 'How Well Do You Know Your Co-Star?' The segment delves into personal anecdotes, favourite apps, foods, and unique talents, showcasing the genuine friendships among the cast members. The article also highlights the series' blend of Gen Z satire and heartfelt friendships, with the second season now available to stream on Hulu. The cast's camaraderie and the show's relatable themes contribute to its growing popularity among viewers.</w:t>
      </w:r>
      <w:r/>
    </w:p>
    <w:p>
      <w:pPr>
        <w:pStyle w:val="ListNumber"/>
        <w:spacing w:line="240" w:lineRule="auto"/>
        <w:ind w:left="720"/>
      </w:pPr>
      <w:r/>
      <w:hyperlink r:id="rId15">
        <w:r>
          <w:rPr>
            <w:color w:val="0000EE"/>
            <w:u w:val="single"/>
          </w:rPr>
          <w:t>https://www.tomsguide.com/entertainment/streaming/what-to-watch-tonight-32-new-shows-and-movies-added-to-netflix-hulu-peacock-and-more-aug-27</w:t>
        </w:r>
      </w:hyperlink>
      <w:r>
        <w:t xml:space="preserve"> - This guide provides an overview of 32 new shows and movies added to major streaming platforms on August 27, 2026. Notably, it mentions the season 2 premiere of 'Adults' on Hulu, a comedy about a group of young friends living together and coping with adulthood. The article also highlights other new releases on platforms like Netflix and Peacock, catering to fans of various genres and offering a wide array of content to stream.</w:t>
      </w:r>
      <w:r/>
    </w:p>
    <w:p>
      <w:pPr>
        <w:pStyle w:val="ListNumber"/>
        <w:spacing w:line="240" w:lineRule="auto"/>
        <w:ind w:left="720"/>
      </w:pPr>
      <w:r/>
      <w:hyperlink r:id="rId11">
        <w:r>
          <w:rPr>
            <w:color w:val="0000EE"/>
            <w:u w:val="single"/>
          </w:rPr>
          <w:t>https://www.tomsguide.com/entertainment/streaming/how-to-watch-adults-season-2</w:t>
        </w:r>
      </w:hyperlink>
      <w:r>
        <w:t xml:space="preserve"> - This article provides information on how to watch 'Adults' season 2 online. It details the premiere date, streaming platforms, and offers tips for viewers traveling abroad, including the use of VPNs to access regional streaming services. The piece also includes details on free trials and subscription pricing for platforms carrying the show in various countries, ensuring viewers can continue enjoying the series regardless of their location.</w:t>
      </w:r>
      <w:r/>
    </w:p>
    <w:p>
      <w:pPr>
        <w:pStyle w:val="ListNumber"/>
        <w:spacing w:line="240" w:lineRule="auto"/>
        <w:ind w:left="720"/>
      </w:pPr>
      <w:r/>
      <w:hyperlink r:id="rId13">
        <w:r>
          <w:rPr>
            <w:color w:val="0000EE"/>
            <w:u w:val="single"/>
          </w:rPr>
          <w:t>https://www.marieclaire.com/culture/tv-shows/owen-thiele-adults-season-2-2026-interview/</w:t>
        </w:r>
      </w:hyperlink>
      <w:r>
        <w:t xml:space="preserve"> - In this interview, Owen Thiele, who plays Anton in 'Adults', shares insights into his experience as a Black queer man navigating identity and fame. He discusses his upbringing, career, and upcoming projects, including a semi-autobiographical series with Ilana Glazer. The article highlights Thiele's wit, openness, and relatability, offering readers a deeper understanding of the actor behind the beloved character.</w:t>
      </w:r>
      <w:r/>
    </w:p>
    <w:p>
      <w:pPr>
        <w:pStyle w:val="ListNumber"/>
        <w:spacing w:line="240" w:lineRule="auto"/>
        <w:ind w:left="720"/>
      </w:pPr>
      <w:r/>
      <w:hyperlink r:id="rId14">
        <w:r>
          <w:rPr>
            <w:color w:val="0000EE"/>
            <w:u w:val="single"/>
          </w:rPr>
          <w:t>https://www.metroweekly.com/2026/08/body-blow-movie-review/</w:t>
        </w:r>
      </w:hyperlink>
      <w:r>
        <w:t xml:space="preserve"> - This review critiques 'Body Blow', a queer Australian neo-noir film directed by Dean Francis. The film follows a closeted cop who goes rogue, delving into a seedy underworld. The review highlights the film's attempt at a lurid and twisted narrative but notes that it falls short in execution. It provides insights into the film's themes, performances, and overall impact, offering readers a comprehensive analysis of the movie.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eaws.com/news/watch-the-gayest-movie-tv-trailers-that-11/105056" TargetMode="External"/><Relationship Id="rId10" Type="http://schemas.openxmlformats.org/officeDocument/2006/relationships/hyperlink" Target="https://www.tomsguide.com/entertainment/hulu/3-new-hulu-shows-you-need-to-binge-watch-this-weekend-aug-28-30-2026" TargetMode="External"/><Relationship Id="rId11" Type="http://schemas.openxmlformats.org/officeDocument/2006/relationships/hyperlink" Target="https://www.tomsguide.com/entertainment/streaming/how-to-watch-adults-season-2" TargetMode="External"/><Relationship Id="rId12" Type="http://schemas.openxmlformats.org/officeDocument/2006/relationships/hyperlink" Target="https://www.marieclaire.com/culture/tv-shows/adults-fx-cast-trivia/" TargetMode="External"/><Relationship Id="rId13" Type="http://schemas.openxmlformats.org/officeDocument/2006/relationships/hyperlink" Target="https://www.marieclaire.com/culture/tv-shows/owen-thiele-adults-season-2-2026-interview/" TargetMode="External"/><Relationship Id="rId14" Type="http://schemas.openxmlformats.org/officeDocument/2006/relationships/hyperlink" Target="https://www.metroweekly.com/2026/08/body-blow-movie-review/" TargetMode="External"/><Relationship Id="rId15" Type="http://schemas.openxmlformats.org/officeDocument/2006/relationships/hyperlink" Target="https://www.tomsguide.com/entertainment/streaming/what-to-watch-tonight-32-new-shows-and-movies-added-to-netflix-hulu-peacock-and-more-aug-2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