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yet: Why the Dallas Stars dropped Pride Night for 2026–27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sports noticed a change: the Dallas Stars announced they will not hold a Pride Night in 2026–27, a first in five seasons , instead unveiling a “Hockey Unites Us: Women in Sports Night.” Fans, local outlets and observers are asking what it means for inclusion in sports and why the team made the swap.</w:t>
      </w:r>
      <w:r/>
    </w:p>
    <w:p>
      <w:r/>
      <w:r>
        <w:t>Essential Takeaways</w:t>
      </w:r>
      <w:r/>
      <w:r/>
    </w:p>
    <w:p>
      <w:pPr>
        <w:pStyle w:val="ListBullet"/>
        <w:spacing w:line="240" w:lineRule="auto"/>
        <w:ind w:left="720"/>
      </w:pPr>
      <w:r/>
      <w:r>
        <w:rPr>
          <w:b/>
        </w:rPr>
        <w:t>No Pride Night this season:</w:t>
      </w:r>
      <w:r>
        <w:t xml:space="preserve"> The Stars confirmed they will not host a dedicated Pride Night for 2026–27, breaking a five‑year run. </w:t>
      </w:r>
      <w:r/>
    </w:p>
    <w:p>
      <w:pPr>
        <w:pStyle w:val="ListBullet"/>
        <w:spacing w:line="240" w:lineRule="auto"/>
        <w:ind w:left="720"/>
      </w:pPr>
      <w:r/>
      <w:r>
        <w:rPr>
          <w:b/>
        </w:rPr>
        <w:t>New focus announced:</w:t>
      </w:r>
      <w:r>
        <w:t xml:space="preserve"> The club will stage “Hockey Unites Us: Women in Sports Night” on 23 March against the Carolina Hurricanes. </w:t>
      </w:r>
      <w:r/>
    </w:p>
    <w:p>
      <w:pPr>
        <w:pStyle w:val="ListBullet"/>
        <w:spacing w:line="240" w:lineRule="auto"/>
        <w:ind w:left="720"/>
      </w:pPr>
      <w:r/>
      <w:r>
        <w:rPr>
          <w:b/>
        </w:rPr>
        <w:t>Team framing:</w:t>
      </w:r>
      <w:r>
        <w:t xml:space="preserve"> A Stars spokesperson said the new initiative lets the organisation highlight a different under‑represented community each season. </w:t>
      </w:r>
      <w:r/>
    </w:p>
    <w:p>
      <w:pPr>
        <w:pStyle w:val="ListBullet"/>
        <w:spacing w:line="240" w:lineRule="auto"/>
        <w:ind w:left="720"/>
      </w:pPr>
      <w:r/>
      <w:r>
        <w:rPr>
          <w:b/>
        </w:rPr>
        <w:t>NHL policy:</w:t>
      </w:r>
      <w:r>
        <w:t xml:space="preserve"> The league doesn’t require Pride Nights; teams pick which causes to spotlight, so practices vary across markets. </w:t>
      </w:r>
      <w:r/>
    </w:p>
    <w:p>
      <w:pPr>
        <w:pStyle w:val="ListBullet"/>
        <w:spacing w:line="240" w:lineRule="auto"/>
        <w:ind w:left="720"/>
      </w:pPr>
      <w:r/>
      <w:r>
        <w:rPr>
          <w:b/>
        </w:rPr>
        <w:t>Fan reaction:</w:t>
      </w:r>
      <w:r>
        <w:t xml:space="preserve"> The decision prompted online criticism and debate about inclusivity and whether celebration nights are being treated as optional.</w:t>
      </w:r>
      <w:r/>
      <w:r/>
    </w:p>
    <w:p>
      <w:pPr>
        <w:pStyle w:val="Heading2"/>
      </w:pPr>
      <w:r>
        <w:t>What changed and how it was announced</w:t>
      </w:r>
      <w:r/>
    </w:p>
    <w:p>
      <w:r/>
      <w:r>
        <w:t>The line-up of themed nights at American sports arenas is something you notice slowly, until one season it’s suddenly different and fans tweet about it. According to local reporting, the Stars quietly removed a dedicated Pride Night from their calendar for 2026–27 and replaced it with a Women in Sports celebration night in March. The switch was framed internally as an opportunity to rotate which groups get special recognition each year, giving the team cover to broaden its community outreach while dropping a previously regular event.</w:t>
      </w:r>
      <w:r/>
    </w:p>
    <w:p>
      <w:pPr>
        <w:pStyle w:val="Heading2"/>
      </w:pPr>
      <w:r>
        <w:t>Why the team says it’s a rotation, and what that means</w:t>
      </w:r>
      <w:r/>
    </w:p>
    <w:p>
      <w:r/>
      <w:r>
        <w:t>The club’s spokesperson told media the “Hockey Unites” concept is meant to spotlight a different under‑represented community each season, which sounds inclusive on paper. But coverage shows this is not simply a one‑off label , it’s a deliberate change in programming that lets the organisation decide what to celebrate. That approach buys flexibility, yet it also hands teams discretion over whether LGBTQ+ fans get a headline night in any given year. For fans who’ve come to expect Pride Nights, that discretionary model can feel like a downgrade.</w:t>
      </w:r>
      <w:r/>
    </w:p>
    <w:p>
      <w:pPr>
        <w:pStyle w:val="Heading2"/>
      </w:pPr>
      <w:r>
        <w:t>How this fits into wider NHL practice</w:t>
      </w:r>
      <w:r/>
    </w:p>
    <w:p>
      <w:r/>
      <w:r>
        <w:t>Not every NHL team runs a standalone Pride Night, because the league doesn’t mandate one. Media tracking of themed nights shows a patchwork: some clubs hold explicit Pride events, others fold LGBTQ+ outreach into broader “Hockey Is For Everyone” programming, and a few haven’t run a dedicated event at all. In the coming season some teams are reinstating Pride Nights while others similarly tweak their calendars, so the Stars’ move sits within a wider reshuffle rather than standing alone.</w:t>
      </w:r>
      <w:r/>
    </w:p>
    <w:p>
      <w:pPr>
        <w:pStyle w:val="Heading2"/>
      </w:pPr>
      <w:r>
        <w:t>Fan reaction and the cultural undercurrent</w:t>
      </w:r>
      <w:r/>
    </w:p>
    <w:p>
      <w:r/>
      <w:r>
        <w:t>Responses online ranged from disappointment to frustration, with some supporters saying the absence of a Pride Night feels like a retreat from visible inclusion. Others pointed out the practical reality that arenas host many themed nights , Black History, military appreciation, cancer awareness , so choices are often zero‑sum. Local reporting captured both viewpoints, and the conversation underscored a common tension: sport organisations juggling community outreach, sponsor relations and fan expectations.</w:t>
      </w:r>
      <w:r/>
    </w:p>
    <w:p>
      <w:pPr>
        <w:pStyle w:val="Heading2"/>
      </w:pPr>
      <w:r>
        <w:t>How to read the decision as a fan or season‑ticket holder</w:t>
      </w:r>
      <w:r/>
    </w:p>
    <w:p>
      <w:r/>
      <w:r>
        <w:t>If you’re a fan wondering what to do, consider three simple moves: ask the club for a clear calendar of inclusion events, talk to fellow supporters about representing LGBTQ+ fans at other games, and vote with your attendance or wallet if visibility matters to you. Clubs notice engagement , so a strong showing at any inclusion‑themed event, whether it’s Hockey Is For Everyone or a dedicated Pride Night returned the next year, signals what fans want.</w:t>
      </w:r>
      <w:r/>
    </w:p>
    <w:p>
      <w:r/>
      <w:r>
        <w:t>It's a small change that will likely spark a bigger conversation about how teams show up for all their fans.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[7]</w:t>
        </w:r>
      </w:hyperlink>
      <w:r>
        <w:t xml:space="preserve">- Paragraph 6: </w:t>
      </w:r>
      <w:hyperlink r:id="rId12">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https://www.breitbart.com/sports/2026/08/30/dallas-stars-will-not-host-pride-night-for-first-time-in-five-years/</w:t>
        </w:r>
      </w:hyperlink>
      <w:r>
        <w:t xml:space="preserve"> - Please view link - unable to able to access data</w:t>
      </w:r>
      <w:r/>
    </w:p>
    <w:p>
      <w:pPr>
        <w:pStyle w:val="ListNumber"/>
        <w:spacing w:line="240" w:lineRule="auto"/>
        <w:ind w:left="720"/>
      </w:pPr>
      <w:r/>
      <w:hyperlink r:id="rId10">
        <w:r>
          <w:rPr>
            <w:color w:val="0000EE"/>
            <w:u w:val="single"/>
          </w:rPr>
          <w:t>https://www.dallasobserver.com/arts-culture/dallas-stars-wont-host-a-pride-night-for-the-first-time-in-years-40708623/</w:t>
        </w:r>
      </w:hyperlink>
      <w:r>
        <w:t xml:space="preserve"> - The Dallas Stars have announced that they will not host a Pride Night for the 2026-2027 season, marking the first time in at least five years that the event is absent from their schedule. Instead, the team plans to host a 'Hockey Unites Us: Women in Sports Night' on March 23 against the Carolina Hurricanes. This decision has sparked controversy among fans, especially given the recent surge in popularity of the NHL due to the TV show 'Heated Rivalry'.</w:t>
      </w:r>
      <w:r/>
    </w:p>
    <w:p>
      <w:pPr>
        <w:pStyle w:val="ListNumber"/>
        <w:spacing w:line="240" w:lineRule="auto"/>
        <w:ind w:left="720"/>
      </w:pPr>
      <w:r/>
      <w:hyperlink r:id="rId11">
        <w:r>
          <w:rPr>
            <w:color w:val="0000EE"/>
            <w:u w:val="single"/>
          </w:rPr>
          <w:t>https://sports.yahoo.com/articles/dallas-stars-not-host-pride-211329289.html</w:t>
        </w:r>
      </w:hyperlink>
      <w:r>
        <w:t xml:space="preserve"> - For the first time in at least five years, the Dallas Stars will not host a Pride Night during the 2026-2027 season. The team has replaced the event with a 'Hockey Unites Us: Women in Sports Night' scheduled for March 23 against the Carolina Hurricanes. This change has raised questions among fans, particularly in light of the NHL's growing inclusivity efforts and the success of the TV show 'Heated Rivalry'.</w:t>
      </w:r>
      <w:r/>
    </w:p>
    <w:p>
      <w:pPr>
        <w:pStyle w:val="ListNumber"/>
        <w:spacing w:line="240" w:lineRule="auto"/>
        <w:ind w:left="720"/>
      </w:pPr>
      <w:r/>
      <w:hyperlink r:id="rId13">
        <w:r>
          <w:rPr>
            <w:color w:val="0000EE"/>
            <w:u w:val="single"/>
          </w:rPr>
          <w:t>https://www.markerzone.com/news/index.php?no=602664</w:t>
        </w:r>
      </w:hyperlink>
      <w:r>
        <w:t xml:space="preserve"> - The Dallas Stars have removed Pride Night from their 2026-2027 promotional schedule, marking the first time in at least five seasons that the event is absent. In its place, the team will host a 'Hockey Unites Us: Women in Sports Night' on March 23 against the Carolina Hurricanes. This decision has drawn criticism from fans, especially considering the NHL's recent initiatives to promote inclusivity and the popularity of the TV show 'Heated Rivalry'.</w:t>
      </w:r>
      <w:r/>
    </w:p>
    <w:p>
      <w:pPr>
        <w:pStyle w:val="ListNumber"/>
        <w:spacing w:line="240" w:lineRule="auto"/>
        <w:ind w:left="720"/>
      </w:pPr>
      <w:r/>
      <w:hyperlink r:id="rId15">
        <w:r>
          <w:rPr>
            <w:color w:val="0000EE"/>
            <w:u w:val="single"/>
          </w:rPr>
          <w:t>https://www.ruik.cz/hokej-na-rozcest%C3%AD-dallas-stars-po-p%C4%9Bti-letech-vyskrtli-pride-night/</w:t>
        </w:r>
      </w:hyperlink>
      <w:r>
        <w:t xml:space="preserve"> - The Dallas Stars have omitted Pride Night from their 2026-2027 theme night calendar, marking the first time in five years that the event is missing. Instead, the team will host a 'Hockey Unites Us: Women in Sports Night' on March 23 against the Carolina Hurricanes. This move has sparked debate, especially given the NHL's increasing popularity and the success of the TV show 'Heated Rivalry'.</w:t>
      </w:r>
      <w:r/>
    </w:p>
    <w:p>
      <w:pPr>
        <w:pStyle w:val="ListNumber"/>
        <w:spacing w:line="240" w:lineRule="auto"/>
        <w:ind w:left="720"/>
      </w:pPr>
      <w:r/>
      <w:hyperlink r:id="rId12">
        <w:r>
          <w:rPr>
            <w:color w:val="0000EE"/>
            <w:u w:val="single"/>
          </w:rPr>
          <w:t>https://www.newsy-today.com/dallas-stars-drop-pride-night-event-after-5-years/</w:t>
        </w:r>
      </w:hyperlink>
      <w:r>
        <w:t xml:space="preserve"> - For the first time in at least five seasons, the Dallas Stars will not host a Pride Night during the 2026-2027 season. The team has replaced the event with a 'Hockey Unites Us: Women in Sports Night' on March 23 against the Carolina Hurricanes. This decision has raised questions among fans, particularly in light of the NHL's growing inclusivity efforts and the success of the TV show 'Heated Rivalry'.</w:t>
      </w:r>
      <w:r/>
    </w:p>
    <w:p>
      <w:pPr>
        <w:pStyle w:val="ListNumber"/>
        <w:spacing w:line="240" w:lineRule="auto"/>
        <w:ind w:left="720"/>
      </w:pPr>
      <w:r/>
      <w:hyperlink r:id="rId14">
        <w:r>
          <w:rPr>
            <w:color w:val="0000EE"/>
            <w:u w:val="single"/>
          </w:rPr>
          <w:t>https://www.starsthoughts.com/p/some-thoughts-on-the-2026-27-dallas</w:t>
        </w:r>
      </w:hyperlink>
      <w:r>
        <w:t xml:space="preserve"> - The Dallas Stars have removed Pride Night from their 2026-2027 promotional schedule, marking the first time in at least five seasons that the event is absent. In its place, the team will host a 'Hockey Unites Us: Women in Sports Night' on March 23 against the Carolina Hurricanes. This decision has drawn criticism from fans, especially considering the NHL's recent initiatives to promote inclusivity and the popularity of the TV show 'Heated Rivalry'.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itbart.com/sports/2026/08/30/dallas-stars-will-not-host-pride-night-for-first-time-in-five-years/" TargetMode="External"/><Relationship Id="rId10" Type="http://schemas.openxmlformats.org/officeDocument/2006/relationships/hyperlink" Target="https://www.dallasobserver.com/arts-culture/dallas-stars-wont-host-a-pride-night-for-the-first-time-in-years-40708623/" TargetMode="External"/><Relationship Id="rId11" Type="http://schemas.openxmlformats.org/officeDocument/2006/relationships/hyperlink" Target="https://sports.yahoo.com/articles/dallas-stars-not-host-pride-211329289.html" TargetMode="External"/><Relationship Id="rId12" Type="http://schemas.openxmlformats.org/officeDocument/2006/relationships/hyperlink" Target="https://www.newsy-today.com/dallas-stars-drop-pride-night-event-after-5-years/" TargetMode="External"/><Relationship Id="rId13" Type="http://schemas.openxmlformats.org/officeDocument/2006/relationships/hyperlink" Target="https://www.markerzone.com/news/index.php?no=602664" TargetMode="External"/><Relationship Id="rId14" Type="http://schemas.openxmlformats.org/officeDocument/2006/relationships/hyperlink" Target="https://www.starsthoughts.com/p/some-thoughts-on-the-2026-27-dallas" TargetMode="External"/><Relationship Id="rId15" Type="http://schemas.openxmlformats.org/officeDocument/2006/relationships/hyperlink" Target="https://www.ruik.cz/hokej-na-rozcest%C3%AD-dallas-stars-po-p%C4%9Bti-letech-vyskrtli-pride-n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