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CSD Events in Saxony 2026: Dates, Places and What to Expect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Pride: organisers and communities across Saxony are lining up more than 15 Christopher Street Day events this summer, from Leipzig and Dresden to new entries like Burgstädt, with parades, rallies and cultural programmes that matter for visibility, rights and safety.</w:t>
      </w:r>
      <w:r/>
    </w:p>
    <w:p>
      <w:r/>
      <w:r>
        <w:t>Essential Takeaways</w:t>
      </w:r>
      <w:r/>
      <w:r/>
    </w:p>
    <w:p>
      <w:pPr>
        <w:pStyle w:val="ListBullet"/>
        <w:spacing w:line="240" w:lineRule="auto"/>
        <w:ind w:left="720"/>
      </w:pPr>
      <w:r/>
      <w:r>
        <w:rPr>
          <w:b/>
        </w:rPr>
        <w:t>Wide coverage:</w:t>
      </w:r>
      <w:r>
        <w:t xml:space="preserve"> More than 15 CSD events are scheduled across Saxony this year, from major city parades to small-town gatherings. </w:t>
      </w:r>
      <w:r/>
    </w:p>
    <w:p>
      <w:pPr>
        <w:pStyle w:val="ListBullet"/>
        <w:spacing w:line="240" w:lineRule="auto"/>
        <w:ind w:left="720"/>
      </w:pPr>
      <w:r/>
      <w:r>
        <w:rPr>
          <w:b/>
        </w:rPr>
        <w:t>New local pride:</w:t>
      </w:r>
      <w:r>
        <w:t xml:space="preserve"> Burgstädt in Mittelsachsen hosts its first-ever CSD, signalling growing grassroots momentum. </w:t>
      </w:r>
      <w:r/>
    </w:p>
    <w:p>
      <w:pPr>
        <w:pStyle w:val="ListBullet"/>
        <w:spacing w:line="240" w:lineRule="auto"/>
        <w:ind w:left="720"/>
      </w:pPr>
      <w:r/>
      <w:r>
        <w:rPr>
          <w:b/>
        </w:rPr>
        <w:t>Historic roots:</w:t>
      </w:r>
      <w:r>
        <w:t xml:space="preserve"> CSD commemorates the 1969 Stonewall protests and has been held in Leipzig since 1992 and Dresden since 1994. </w:t>
      </w:r>
      <w:r/>
    </w:p>
    <w:p>
      <w:pPr>
        <w:pStyle w:val="ListBullet"/>
        <w:spacing w:line="240" w:lineRule="auto"/>
        <w:ind w:left="720"/>
      </w:pPr>
      <w:r/>
      <w:r>
        <w:rPr>
          <w:b/>
        </w:rPr>
        <w:t>Safety focus:</w:t>
      </w:r>
      <w:r>
        <w:t xml:space="preserve"> Police and organisers are planning visibility and security measures after past disruptions; many attendees still report feeling empowered. </w:t>
      </w:r>
      <w:r/>
    </w:p>
    <w:p>
      <w:pPr>
        <w:pStyle w:val="ListBullet"/>
        <w:spacing w:line="240" w:lineRule="auto"/>
        <w:ind w:left="720"/>
      </w:pPr>
      <w:r/>
      <w:r>
        <w:rPr>
          <w:b/>
        </w:rPr>
        <w:t>Community vibe:</w:t>
      </w:r>
      <w:r>
        <w:t xml:space="preserve"> Events blend protest, celebration and culture , think marches, speeches, stalls and performances with a lively, inclusive feel.</w:t>
      </w:r>
      <w:r/>
      <w:r/>
    </w:p>
    <w:p>
      <w:pPr>
        <w:pStyle w:val="Heading2"/>
      </w:pPr>
      <w:r>
        <w:t>Why Saxony’s Pride Season Feels Bigger This Year</w:t>
      </w:r>
      <w:r/>
    </w:p>
    <w:p>
      <w:r/>
      <w:r>
        <w:t>Saxony’s CSD calendar has swollen into a full season, with dates running from spring into summer and more towns taking part. It’s a visible sign that queer communities and allies are organising well beyond big cities, creating a thread of events that keeps momentum and media attention alive. Organisers in small towns often say it’s about claiming space and showing younger people they’re not alone , and that message carries a genuine, warm energy you can feel on the streets.</w:t>
      </w:r>
      <w:r/>
    </w:p>
    <w:p>
      <w:pPr>
        <w:pStyle w:val="Heading2"/>
      </w:pPr>
      <w:r>
        <w:t>Newcomers and long-established parades: what’s different</w:t>
      </w:r>
      <w:r/>
    </w:p>
    <w:p>
      <w:r/>
      <w:r>
        <w:t>Leipzig and Dresden remain the anchors of Pride in Saxony, each offering week-long programmes or weekend festivals that draw tens of thousands. But this year Burgstädt is joining the list, and several smaller towns have kept their slots. That mix matters: big parades bring scale and visibility, while local CSDs give more intimate spaces for discussion and support. If you’re choosing where to go, think about whether you want the crowd and spectacle of a city march or the reflective, grassroots feel of a smaller event.</w:t>
      </w:r>
      <w:r/>
    </w:p>
    <w:p>
      <w:pPr>
        <w:pStyle w:val="Heading2"/>
      </w:pPr>
      <w:r>
        <w:t>Safety, planning and the push for inclusion</w:t>
      </w:r>
      <w:r/>
    </w:p>
    <w:p>
      <w:r/>
      <w:r>
        <w:t>Past years saw some smaller CSDs disrupted by counter-protests and even attacks, so safety is top of mind. Police in Saxony have been public about measures to protect participants and improve visibility during Pride month, while organisers stress non-confrontational planning and clear communication. If you’re attending, wear comfortable shoes, travel light, and check organisers’ guidance on meeting points and emergency contacts , it helps everyone feel safer and keeps the mood celebratory.</w:t>
      </w:r>
      <w:r/>
    </w:p>
    <w:p>
      <w:pPr>
        <w:pStyle w:val="Heading2"/>
      </w:pPr>
      <w:r>
        <w:t>How these events connect to wider rights debates</w:t>
      </w:r>
      <w:r/>
    </w:p>
    <w:p>
      <w:r/>
      <w:r>
        <w:t>CSDs in Saxony don’t just celebrate , they push for concrete change on equality, healthcare access, anti-discrimination and legal recognition for trans and intersex people. The pageant of floats and rainbow flags hides a steady political pulse: speeches, petitions, and campaigning groups using the moment to press local and state policymakers. For anyone interested in activism, Pride events are a practical place to sign up, learn, and volunteer.</w:t>
      </w:r>
      <w:r/>
    </w:p>
    <w:p>
      <w:pPr>
        <w:pStyle w:val="Heading2"/>
      </w:pPr>
      <w:r>
        <w:t>Practical tips for first-timers and regulars</w:t>
      </w:r>
      <w:r/>
    </w:p>
    <w:p>
      <w:r/>
      <w:r>
        <w:t>Turn up early to find a good spot on a parade route, bring water and a portable charger, and follow local channels for last-minute changes. Support local queer businesses and charities at info stalls, and if you revisit the same CSD annually, watch how programming matures , many now include workshops, family-friendly slots and quiet zones for anyone who needs a break. Most attendees say the sense of empowerment outweighs the risks; 97 percent of respondents in a recent survey said they’d attend again.</w:t>
      </w:r>
      <w:r/>
    </w:p>
    <w:p>
      <w:r/>
      <w:r>
        <w:t>It’s a small step into public life that keeps making a big difference.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https://www.lvz.de/mitteldeutschland/csd-sachsen-2026-alle-termine-und-orte-im-ueberblick-ZCAFBZTF3FBIJCOGSQTHRJ7DLI.html</w:t>
        </w:r>
      </w:hyperlink>
      <w:r>
        <w:t xml:space="preserve"> - Please view link - unable to able to access data</w:t>
      </w:r>
      <w:r/>
    </w:p>
    <w:p>
      <w:pPr>
        <w:pStyle w:val="ListNumber"/>
        <w:spacing w:line="240" w:lineRule="auto"/>
        <w:ind w:left="720"/>
      </w:pPr>
      <w:r/>
      <w:hyperlink r:id="rId9">
        <w:r>
          <w:rPr>
            <w:color w:val="0000EE"/>
            <w:u w:val="single"/>
          </w:rPr>
          <w:t>https://www.lvz.de/mitteldeutschland/csd-sachsen-2026-alle-termine-und-orte-im-ueberblick-ZCAFBZTF3FBIJCOGSQTHRJ7DLI.html</w:t>
        </w:r>
      </w:hyperlink>
      <w:r>
        <w:t xml:space="preserve"> - The article provides an overview of the Christopher Street Day (CSD) events scheduled in Saxony for 2026, highlighting over 15 demonstrations and parades from May to September. It mentions the inaugural CSD in Burgstädt, a small town in the district of Mittelsachsen, and details the dates and locations of various CSD events, including those in Zittau, Döbeln, and Görlitz. The piece underscores the growing number of CSD events in the region, reflecting a commitment to equality and tolerance for the LGBTQIA+ community. (</w:t>
      </w:r>
      <w:hyperlink r:id="rId14">
        <w:r>
          <w:rPr>
            <w:color w:val="0000EE"/>
            <w:u w:val="single"/>
          </w:rPr>
          <w:t>lvz.de</w:t>
        </w:r>
      </w:hyperlink>
      <w:r>
        <w:t>)</w:t>
      </w:r>
      <w:r/>
    </w:p>
    <w:p>
      <w:pPr>
        <w:pStyle w:val="ListNumber"/>
        <w:spacing w:line="240" w:lineRule="auto"/>
        <w:ind w:left="720"/>
      </w:pPr>
      <w:r/>
      <w:hyperlink r:id="rId10">
        <w:r>
          <w:rPr>
            <w:color w:val="0000EE"/>
            <w:u w:val="single"/>
          </w:rPr>
          <w:t>https://www.csd-termine.de/deutschland/sachsen</w:t>
        </w:r>
      </w:hyperlink>
      <w:r>
        <w:t xml:space="preserve"> - This website offers a comprehensive list of CSD events in Saxony for 2026, including dates and locations. It features events such as the CSD in Stollberg on 16 May, CSD Dresden on 6 June, CSD Torgau on 27 June, and CSD Leipzig on 18 July. The site serves as a central resource for individuals seeking information about LGBTQIA+ demonstrations and parades in the region. (</w:t>
      </w:r>
      <w:hyperlink r:id="rId15">
        <w:r>
          <w:rPr>
            <w:color w:val="0000EE"/>
            <w:u w:val="single"/>
          </w:rPr>
          <w:t>csd-termine.de</w:t>
        </w:r>
      </w:hyperlink>
      <w:r>
        <w:t>)</w:t>
      </w:r>
      <w:r/>
    </w:p>
    <w:p>
      <w:pPr>
        <w:pStyle w:val="ListNumber"/>
        <w:spacing w:line="240" w:lineRule="auto"/>
        <w:ind w:left="720"/>
      </w:pPr>
      <w:r/>
      <w:hyperlink r:id="rId11">
        <w:r>
          <w:rPr>
            <w:color w:val="0000EE"/>
            <w:u w:val="single"/>
          </w:rPr>
          <w:t>https://www.awo-sachsen.de/events/csd-dresden-2026/</w:t>
        </w:r>
      </w:hyperlink>
      <w:r>
        <w:t xml:space="preserve"> - The AWO Sachsen provides detailed information about the CSD Dresden 2026, scheduled from 4 to 6 June. The event includes a political street festival on the Altmarkt, a demonstration on 6 June starting at 12:00, and a vibrant programme with a large stage and numerous stalls. The AWO Sachsen and the AWO Youth Association will participate with a truck and stand, aiming to promote diversity and acceptance. (</w:t>
      </w:r>
      <w:hyperlink r:id="rId16">
        <w:r>
          <w:rPr>
            <w:color w:val="0000EE"/>
            <w:u w:val="single"/>
          </w:rPr>
          <w:t>awo-sachsen.de</w:t>
        </w:r>
      </w:hyperlink>
      <w:r>
        <w:t>)</w:t>
      </w:r>
      <w:r/>
    </w:p>
    <w:p>
      <w:pPr>
        <w:pStyle w:val="ListNumber"/>
        <w:spacing w:line="240" w:lineRule="auto"/>
        <w:ind w:left="720"/>
      </w:pPr>
      <w:r/>
      <w:hyperlink r:id="rId13">
        <w:r>
          <w:rPr>
            <w:color w:val="0000EE"/>
            <w:u w:val="single"/>
          </w:rPr>
          <w:t>https://www.medienservice.sachsen.de/medien/news/1096015</w:t>
        </w:r>
      </w:hyperlink>
      <w:r>
        <w:t xml:space="preserve"> - This article discusses the legal classification of the CSD events in Dresden. The Landesdirektion Sachsen determined that the CSD street festival from 4 to 6 June 2026, featuring sales stands, gastronomic offerings, and stage programmes, is to be considered an event rather than an assembly under the Saxon Assembly Act and the Basic Law. In contrast, the planned demonstration on 6 June, focusing on political expression, is classified as an assembly. (</w:t>
      </w:r>
      <w:hyperlink r:id="rId17">
        <w:r>
          <w:rPr>
            <w:color w:val="0000EE"/>
            <w:u w:val="single"/>
          </w:rPr>
          <w:t>medienservice.sachsen.de</w:t>
        </w:r>
      </w:hyperlink>
      <w:r>
        <w:t>)</w:t>
      </w:r>
      <w:r/>
    </w:p>
    <w:p>
      <w:pPr>
        <w:pStyle w:val="ListNumber"/>
        <w:spacing w:line="240" w:lineRule="auto"/>
        <w:ind w:left="720"/>
      </w:pPr>
      <w:r/>
      <w:hyperlink r:id="rId12">
        <w:r>
          <w:rPr>
            <w:color w:val="0000EE"/>
            <w:u w:val="single"/>
          </w:rPr>
          <w:t>https://www.polizei.sachsen.de/de/sichtbarkeit-und-sicherheit-pride-month-in-sachsen-41854.html</w:t>
        </w:r>
      </w:hyperlink>
      <w:r>
        <w:t xml:space="preserve"> - The Saxony Police provide information about the 'Pride Month' in Saxony, highlighting various CSD events and offering support against queerphobic hate crimes. The article emphasises the importance of these events in promoting visibility, equality, and respectful coexistence for the LGBTQIA+ community. (</w:t>
      </w:r>
      <w:hyperlink r:id="rId18">
        <w:r>
          <w:rPr>
            <w:color w:val="0000EE"/>
            <w:u w:val="single"/>
          </w:rPr>
          <w:t>polizei.sachsen.de</w:t>
        </w:r>
      </w:hyperlink>
      <w:r>
        <w:t>)</w:t>
      </w:r>
      <w:r/>
    </w:p>
    <w:p>
      <w:pPr>
        <w:pStyle w:val="ListNumber"/>
        <w:spacing w:line="240" w:lineRule="auto"/>
        <w:ind w:left="720"/>
      </w:pPr>
      <w:r/>
      <w:hyperlink r:id="rId19">
        <w:r>
          <w:rPr>
            <w:color w:val="0000EE"/>
            <w:u w:val="single"/>
          </w:rPr>
          <w:t>https://www.festivalsindeutschland.de/festival/csd-cottbus-niederlausitz</w:t>
        </w:r>
      </w:hyperlink>
      <w:r>
        <w:t xml:space="preserve"> - This page details the 18th CSD in Cottbus and the Niederlausitz region, scheduled from 29 June to 11 July 2026. The event includes over 30 activities such as workshops, queer cinema, concerts, readings, and receptions, culminating in a major demonstration on 11 July in Cottbus. The theme for 2026 is 'In Vielfalt verbunden — United in PRIDE'. (</w:t>
      </w:r>
      <w:hyperlink r:id="rId20">
        <w:r>
          <w:rPr>
            <w:color w:val="0000EE"/>
            <w:u w:val="single"/>
          </w:rPr>
          <w:t>festivalsindeutschland.de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vz.de/mitteldeutschland/csd-sachsen-2026-alle-termine-und-orte-im-ueberblick-ZCAFBZTF3FBIJCOGSQTHRJ7DLI.html" TargetMode="External"/><Relationship Id="rId10" Type="http://schemas.openxmlformats.org/officeDocument/2006/relationships/hyperlink" Target="https://www.csd-termine.de/deutschland/sachsen" TargetMode="External"/><Relationship Id="rId11" Type="http://schemas.openxmlformats.org/officeDocument/2006/relationships/hyperlink" Target="https://www.awo-sachsen.de/events/csd-dresden-2026/" TargetMode="External"/><Relationship Id="rId12" Type="http://schemas.openxmlformats.org/officeDocument/2006/relationships/hyperlink" Target="https://www.polizei.sachsen.de/de/sichtbarkeit-und-sicherheit-pride-month-in-sachsen-41854.html" TargetMode="External"/><Relationship Id="rId13" Type="http://schemas.openxmlformats.org/officeDocument/2006/relationships/hyperlink" Target="https://www.medienservice.sachsen.de/medien/news/1096015" TargetMode="External"/><Relationship Id="rId14" Type="http://schemas.openxmlformats.org/officeDocument/2006/relationships/hyperlink" Target="https://www.lvz.de/mitteldeutschland/csd-2026-in-sachsen-alle-termine-der-queeren-demos-und-paraden-im-ueberblick-ZCAFBZTF3FBIJCOGSQTHRJ7DLI.html?utm_source=openai" TargetMode="External"/><Relationship Id="rId15" Type="http://schemas.openxmlformats.org/officeDocument/2006/relationships/hyperlink" Target="https://www.csd-termine.de/deutschland/sachsen?utm_source=openai" TargetMode="External"/><Relationship Id="rId16" Type="http://schemas.openxmlformats.org/officeDocument/2006/relationships/hyperlink" Target="https://awo-sachsen.de/events/csd-dresden-2026/?utm_source=openai" TargetMode="External"/><Relationship Id="rId17" Type="http://schemas.openxmlformats.org/officeDocument/2006/relationships/hyperlink" Target="https://www.medienservice.sachsen.de/medien/news/1096015?utm_source=openai" TargetMode="External"/><Relationship Id="rId18" Type="http://schemas.openxmlformats.org/officeDocument/2006/relationships/hyperlink" Target="https://www.polizei.sachsen.de/de/sichtbarkeit-und-sicherheit-pride-month-in-sachsen-41854.html?utm_source=openai" TargetMode="External"/><Relationship Id="rId19" Type="http://schemas.openxmlformats.org/officeDocument/2006/relationships/hyperlink" Target="https://www.festivalsindeutschland.de/festival/csd-cottbus-niederlausitz" TargetMode="External"/><Relationship Id="rId20" Type="http://schemas.openxmlformats.org/officeDocument/2006/relationships/hyperlink" Target="https://www.festivalsindeutschland.de/festival/csd-cottbus-niederlausitz?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