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Caleb Shomo’s coming out and the homophobia fallout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the story of Beartooth’s Caleb Shomo as a reminder that coming out in the public eye still attracts backlash. The frontman’s decision to live openly as a gay man has prompted online abuse, a joint divorce filing and a creative reset , and it matters for fans, music industry watchers and anyone tracking culture wars in rock.</w:t>
      </w:r>
      <w:r/>
    </w:p>
    <w:p>
      <w:r/>
      <w:r>
        <w:t>Essential Takeaways</w:t>
      </w:r>
      <w:r/>
      <w:r/>
    </w:p>
    <w:p>
      <w:pPr>
        <w:pStyle w:val="ListBullet"/>
        <w:spacing w:line="240" w:lineRule="auto"/>
        <w:ind w:left="720"/>
      </w:pPr>
      <w:r/>
      <w:r>
        <w:rPr>
          <w:b/>
        </w:rPr>
        <w:t>Public confirmation:</w:t>
      </w:r>
      <w:r>
        <w:t xml:space="preserve"> Caleb Shomo publicly announced he is a proudly gay man, saying he’d stopped “shrinking” himself and wanted to be authentic onstage and off. </w:t>
      </w:r>
      <w:r/>
    </w:p>
    <w:p>
      <w:pPr>
        <w:pStyle w:val="ListBullet"/>
        <w:spacing w:line="240" w:lineRule="auto"/>
        <w:ind w:left="720"/>
      </w:pPr>
      <w:r/>
      <w:r>
        <w:rPr>
          <w:b/>
        </w:rPr>
        <w:t>Backlash:</w:t>
      </w:r>
      <w:r>
        <w:t xml:space="preserve"> He reports ongoing homophobic responses after coming out, including abusive social-media comments and vocal opposition at times. </w:t>
      </w:r>
      <w:r/>
    </w:p>
    <w:p>
      <w:pPr>
        <w:pStyle w:val="ListBullet"/>
        <w:spacing w:line="240" w:lineRule="auto"/>
        <w:ind w:left="720"/>
      </w:pPr>
      <w:r/>
      <w:r>
        <w:rPr>
          <w:b/>
        </w:rPr>
        <w:t>Personal fallout:</w:t>
      </w:r>
      <w:r>
        <w:t xml:space="preserve"> Two months after his Instagram post, Caleb and his wife of 14 years filed for divorce in Los Angeles. </w:t>
      </w:r>
      <w:r/>
    </w:p>
    <w:p>
      <w:pPr>
        <w:pStyle w:val="ListBullet"/>
        <w:spacing w:line="240" w:lineRule="auto"/>
        <w:ind w:left="720"/>
      </w:pPr>
      <w:r/>
      <w:r>
        <w:rPr>
          <w:b/>
        </w:rPr>
        <w:t>Creative shift:</w:t>
      </w:r>
      <w:r>
        <w:t xml:space="preserve"> Shomo says past Beartooth records explored religious trauma and self-loathing; he plans to express himself more fully on upcoming work. </w:t>
      </w:r>
      <w:r/>
    </w:p>
    <w:p>
      <w:pPr>
        <w:pStyle w:val="ListBullet"/>
        <w:spacing w:line="240" w:lineRule="auto"/>
        <w:ind w:left="720"/>
      </w:pPr>
      <w:r/>
      <w:r>
        <w:rPr>
          <w:b/>
        </w:rPr>
        <w:t>Emotional toll:</w:t>
      </w:r>
      <w:r>
        <w:t xml:space="preserve"> He briefly stepped away from the internet and described struggling to perform while processing the reaction.</w:t>
      </w:r>
      <w:r/>
      <w:r/>
    </w:p>
    <w:p>
      <w:pPr>
        <w:pStyle w:val="Heading2"/>
      </w:pPr>
      <w:r>
        <w:t>Why this matters: authenticity vs audience expectation</w:t>
      </w:r>
      <w:r/>
    </w:p>
    <w:p>
      <w:r/>
      <w:r>
        <w:t>Caleb Shomo’s decision to stop “watering himself down” is the strongest thread through this story, and it’s easy to picture the relief he described , the freedom to wear what he likes, sing how he wants and live honestly. But that clarity came with a cost: not everyone in rock’s audience welcomed the change. According to recent reports, the singer faced a wave of homophobic comments online that followed his Instagram announcement, forcing him to step back from social media for his own wellbeing. For fans, it’s a reminder that an artist’s private life can quickly become a public battleground.</w:t>
      </w:r>
      <w:r/>
    </w:p>
    <w:p>
      <w:pPr>
        <w:pStyle w:val="Heading2"/>
      </w:pPr>
      <w:r>
        <w:t>The timeline: coming out, divorce and the tour grind</w:t>
      </w:r>
      <w:r/>
    </w:p>
    <w:p>
      <w:r/>
      <w:r>
        <w:t>Shomo confirmed his sexuality in May, then two months later he and Fleur Shomo filed a joint divorce in Los Angeles. That sequence left little breathing room. He’s described trying to keep performances tight while “going through so much,” noting days spent in a “really bad place” before getting onstage. For touring musicians, emotional labour happens offstage as much as on; this case highlights how personal upheaval can collide with contractual and creative demands.</w:t>
      </w:r>
      <w:r/>
    </w:p>
    <w:p>
      <w:pPr>
        <w:pStyle w:val="Heading2"/>
      </w:pPr>
      <w:r>
        <w:t>Cultural context: rock, religion and entrenched attitudes</w:t>
      </w:r>
      <w:r/>
    </w:p>
    <w:p>
      <w:r/>
      <w:r>
        <w:t>Shomo’s upbringing in a conservative Christian environment informed much of his earlier songwriting , themes of depression, self-hatred and religious conflict have underpinned several Beartooth albums. Now, as he embraces a different personal truth, some of the same audiences who resonated with those darker themes are reacting poorly. Industry coverage points to a broader trend: as artists across genres come out, they sometimes face pushback that’s less about music and more about social attitudes, showing the limits of acceptance in parts of the rock scene.</w:t>
      </w:r>
      <w:r/>
    </w:p>
    <w:p>
      <w:pPr>
        <w:pStyle w:val="Heading2"/>
      </w:pPr>
      <w:r>
        <w:t>What it means for the music and for fans</w:t>
      </w:r>
      <w:r/>
    </w:p>
    <w:p>
      <w:r/>
      <w:r>
        <w:t>Expect the next Beartooth material to reflect this chapter honestly. Shomo has said there’s “a lot that I need to say and work through,” signalling a creative reset rather than a retreat. For fans, this is a chance to hear work that’s perhaps more candid and expansive. Practically, if you’re following the band, prepare for emotionally charged songs and a possible shift in stage presentation that aligns with Caleb’s new openness.</w:t>
      </w:r>
      <w:r/>
    </w:p>
    <w:p>
      <w:pPr>
        <w:pStyle w:val="Heading2"/>
      </w:pPr>
      <w:r>
        <w:t>How to be a better fan and ally</w:t>
      </w:r>
      <w:r/>
    </w:p>
    <w:p>
      <w:r/>
      <w:r>
        <w:t>If you follow artists through personal revelations, small actions help: skip the abusive comments, support music rather than speculation, and be mindful that public figures are human. If you’re a gig-goer, attend shows for the music and the experience, not to police someone’s identity. And if you’re managing a social presence, remember that stepping away , like Shomo did , is a healthy option when things get overwhelming.</w:t>
      </w:r>
      <w:r/>
    </w:p>
    <w:p>
      <w:r/>
      <w:r>
        <w:t>It’s a small change that can make every performance and every post feel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0">
        <w:r>
          <w:rPr>
            <w:color w:val="0000EE"/>
            <w:u w:val="single"/>
          </w:rPr>
          <w:t>[2]</w:t>
        </w:r>
      </w:hyperlink>
      <w:r>
        <w:t xml:space="preserve">- Paragraph 3: </w:t>
      </w:r>
      <w:hyperlink r:id="rId13">
        <w:r>
          <w:rPr>
            <w:color w:val="0000EE"/>
            <w:u w:val="single"/>
          </w:rPr>
          <w:t>[3]</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1">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https://internewscast.com/news/beartooths-caleb-shomo-opens-up-on-homophobia-after-coming-out/</w:t>
        </w:r>
      </w:hyperlink>
      <w:r>
        <w:t xml:space="preserve"> - Please view link - unable to able to access data</w:t>
      </w:r>
      <w:r/>
    </w:p>
    <w:p>
      <w:pPr>
        <w:pStyle w:val="ListNumber"/>
        <w:spacing w:line="240" w:lineRule="auto"/>
        <w:ind w:left="720"/>
      </w:pPr>
      <w:r/>
      <w:hyperlink r:id="rId10">
        <w:r>
          <w:rPr>
            <w:color w:val="0000EE"/>
            <w:u w:val="single"/>
          </w:rPr>
          <w:t>https://www.nme.com/news/music/beartooth-release-euphoric-new-single-free-before-frontman-caleb-shomo-deletes-instagram-after-receiving-homophobic-comments-3932641</w:t>
        </w:r>
      </w:hyperlink>
      <w:r>
        <w:t xml:space="preserve"> - Beartooth released their new single 'Free', marking their first new music since 2023. Frontman Caleb Shomo deleted his Instagram account after receiving homophobic comments following the release, with fans speculating that the backlash was due to his appearance in the music video, where he wore a bejewelled choker, crop top, and eye makeup. Shomo had previously come out as a 'proudly gay man' in May 2026, addressing speculation about his personal life and expressing his journey towards self-acceptance.</w:t>
      </w:r>
      <w:r/>
    </w:p>
    <w:p>
      <w:pPr>
        <w:pStyle w:val="ListNumber"/>
        <w:spacing w:line="240" w:lineRule="auto"/>
        <w:ind w:left="720"/>
      </w:pPr>
      <w:r/>
      <w:hyperlink r:id="rId13">
        <w:r>
          <w:rPr>
            <w:color w:val="0000EE"/>
            <w:u w:val="single"/>
          </w:rPr>
          <w:t>https://www.nme.com/news/music/beartooth-caleb-shomo-taught-being-gay-was-sickness-cured-with-prayer-christian-upbringing-3950588</w:t>
        </w:r>
      </w:hyperlink>
      <w:r>
        <w:t xml:space="preserve"> - Caleb Shomo, frontman of Beartooth, discussed his Christian upbringing and how he was taught that being gay was 'a sickness that you can cure with prayer'. After coming out as a 'proudly gay man' in May 2026, Shomo reflected on his past struggles with his sexuality and the challenges of reconciling his identity with his religious background. He expressed his desire to be proud of who he is and to live authentically.</w:t>
      </w:r>
      <w:r/>
    </w:p>
    <w:p>
      <w:pPr>
        <w:pStyle w:val="ListNumber"/>
        <w:spacing w:line="240" w:lineRule="auto"/>
        <w:ind w:left="720"/>
      </w:pPr>
      <w:r/>
      <w:hyperlink r:id="rId11">
        <w:r>
          <w:rPr>
            <w:color w:val="0000EE"/>
            <w:u w:val="single"/>
          </w:rPr>
          <w:t>https://www.nme.com/news/music/beartooths-caleb-shomo-comes-out-as-a-proudly-gay-man-after-becoming-target-of-homophobic-abuse-on-social-media-3947114</w:t>
        </w:r>
      </w:hyperlink>
      <w:r>
        <w:t xml:space="preserve"> - Caleb Shomo, lead vocalist of Beartooth, came out as a 'proudly gay man' in May 2026, addressing speculation about his personal life. He shared his journey of self-discovery and the difficulties he faced in navigating his feelings. Shomo expressed his commitment to living authentically and hoped that his openness would lead to self-love. The announcement followed the release of Beartooth's single 'Free' and was met with both support and homophobic abuse on social media.</w:t>
      </w:r>
      <w:r/>
    </w:p>
    <w:p>
      <w:pPr>
        <w:pStyle w:val="ListNumber"/>
        <w:spacing w:line="240" w:lineRule="auto"/>
        <w:ind w:left="720"/>
      </w:pPr>
      <w:r/>
      <w:hyperlink r:id="rId14">
        <w:r>
          <w:rPr>
            <w:color w:val="0000EE"/>
            <w:u w:val="single"/>
          </w:rPr>
          <w:t>https://www.nme.com/news/music/beartooth-caleb-shomo-tinterview-pure-ecstasy-coming-out-jordan-fish-3965117</w:t>
        </w:r>
      </w:hyperlink>
      <w:r>
        <w:t xml:space="preserve"> - Ahead of Beartooth's sixth album 'Pure Ecstasy', frontman Caleb Shomo discussed his journey towards self-acceptance and the influence of Jordan Fish on his openness. Shomo reflected on his decision to come out as a 'proudly gay man' and how it provided him with peace of mind. He also spoke about the band's musical evolution and the incorporation of pop-metal elements in their new work.</w:t>
      </w:r>
      <w:r/>
    </w:p>
    <w:p>
      <w:pPr>
        <w:pStyle w:val="ListNumber"/>
        <w:spacing w:line="240" w:lineRule="auto"/>
        <w:ind w:left="720"/>
      </w:pPr>
      <w:r/>
      <w:hyperlink r:id="rId12">
        <w:r>
          <w:rPr>
            <w:color w:val="0000EE"/>
            <w:u w:val="single"/>
          </w:rPr>
          <w:t>https://blabbermouth.net/news/beartooths-caleb-shomo-says-it-was-sad-to-see-a-lot-of-homophobia-in-response-to-him-coming-out-as-a-proudly-gay-man</w:t>
        </w:r>
      </w:hyperlink>
      <w:r>
        <w:t xml:space="preserve"> - In an interview with 'The Break Down With Nath &amp; Johnny', Beartooth frontman Caleb Shomo discussed the mixed reactions he received after coming out as a 'proudly gay man' in May 2026. He expressed sadness over the homophobic responses and reflected on his journey of self-discovery and the challenges of reconciling his identity with his past experiences. Shomo emphasized the importance of living authentically and the impact of his decision on his personal and professional life.</w:t>
      </w:r>
      <w:r/>
    </w:p>
    <w:p>
      <w:pPr>
        <w:pStyle w:val="ListNumber"/>
        <w:spacing w:line="240" w:lineRule="auto"/>
        <w:ind w:left="720"/>
      </w:pPr>
      <w:r/>
      <w:hyperlink r:id="rId15">
        <w:r>
          <w:rPr>
            <w:color w:val="0000EE"/>
            <w:u w:val="single"/>
          </w:rPr>
          <w:t>https://www.nme.com/news/music/wife-of-beartooth-frontman-caleb-shomo-shares-emotional-public-statement-after-he-came-out-as-a-proudly-gay-man-3947508</w:t>
        </w:r>
      </w:hyperlink>
      <w:r>
        <w:t xml:space="preserve"> - Fleur Shomo, wife of Beartooth frontman Caleb Shomo, shared an emotional statement following his coming out as a 'proudly gay man'. She confirmed their separation and expressed support for his journey towards self-acceptance. Fleur acknowledged the end of their 14-year marriage and the challenges they faced, while expressing hope for Caleb's happiness and authenticity. The statement highlighted the personal and emotional aspects of Caleb's decision to come out.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ternewscast.com/news/beartooths-caleb-shomo-opens-up-on-homophobia-after-coming-out/" TargetMode="External"/><Relationship Id="rId10" Type="http://schemas.openxmlformats.org/officeDocument/2006/relationships/hyperlink" Target="https://www.nme.com/news/music/beartooth-release-euphoric-new-single-free-before-frontman-caleb-shomo-deletes-instagram-after-receiving-homophobic-comments-3932641" TargetMode="External"/><Relationship Id="rId11" Type="http://schemas.openxmlformats.org/officeDocument/2006/relationships/hyperlink" Target="https://www.nme.com/news/music/beartooths-caleb-shomo-comes-out-as-a-proudly-gay-man-after-becoming-target-of-homophobic-abuse-on-social-media-3947114" TargetMode="External"/><Relationship Id="rId12" Type="http://schemas.openxmlformats.org/officeDocument/2006/relationships/hyperlink" Target="https://blabbermouth.net/news/beartooths-caleb-shomo-says-it-was-sad-to-see-a-lot-of-homophobia-in-response-to-him-coming-out-as-a-proudly-gay-man" TargetMode="External"/><Relationship Id="rId13" Type="http://schemas.openxmlformats.org/officeDocument/2006/relationships/hyperlink" Target="https://www.nme.com/news/music/beartooth-caleb-shomo-taught-being-gay-was-sickness-cured-with-prayer-christian-upbringing-3950588" TargetMode="External"/><Relationship Id="rId14" Type="http://schemas.openxmlformats.org/officeDocument/2006/relationships/hyperlink" Target="https://www.nme.com/news/music/beartooth-caleb-shomo-tinterview-pure-ecstasy-coming-out-jordan-fish-3965117" TargetMode="External"/><Relationship Id="rId15" Type="http://schemas.openxmlformats.org/officeDocument/2006/relationships/hyperlink" Target="https://www.nme.com/news/music/wife-of-beartooth-frontman-caleb-shomo-shares-emotional-public-statement-after-he-came-out-as-a-proudly-gay-man-39475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