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Caleb Shomo's Coming Out: What Fans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pages through a raw celebrity moment: Caleb Shomo, frontman of Beartooth, has spoken candidly about facing homophobic abuse after publicly identifying as a gay man , a story that matters to fans, music communities and anyone tracking how artists navigate identity and backlash.</w:t>
      </w:r>
      <w:r/>
    </w:p>
    <w:p>
      <w:r/>
      <w:r>
        <w:t>Essential Takeaways</w:t>
      </w:r>
      <w:r/>
      <w:r/>
    </w:p>
    <w:p>
      <w:pPr>
        <w:pStyle w:val="ListBullet"/>
        <w:spacing w:line="240" w:lineRule="auto"/>
        <w:ind w:left="720"/>
      </w:pPr>
      <w:r/>
      <w:r>
        <w:rPr>
          <w:b/>
        </w:rPr>
        <w:t>Public revelation:</w:t>
      </w:r>
      <w:r>
        <w:t xml:space="preserve"> Caleb Shomo publicly identified as gay in May 2026 after coming out privately in September 2025.</w:t>
      </w:r>
      <w:r/>
    </w:p>
    <w:p>
      <w:pPr>
        <w:pStyle w:val="ListBullet"/>
        <w:spacing w:line="240" w:lineRule="auto"/>
        <w:ind w:left="720"/>
      </w:pPr>
      <w:r/>
      <w:r>
        <w:rPr>
          <w:b/>
        </w:rPr>
        <w:t>Emotional impact:</w:t>
      </w:r>
      <w:r>
        <w:t xml:space="preserve"> He says the renewed attention and hostile responses left him drained, prompting a break from social media and affecting his performance energy.</w:t>
      </w:r>
      <w:r/>
    </w:p>
    <w:p>
      <w:pPr>
        <w:pStyle w:val="ListBullet"/>
        <w:spacing w:line="240" w:lineRule="auto"/>
        <w:ind w:left="720"/>
      </w:pPr>
      <w:r/>
      <w:r>
        <w:rPr>
          <w:b/>
        </w:rPr>
        <w:t>Personal fallout:</w:t>
      </w:r>
      <w:r>
        <w:t xml:space="preserve"> Shomo and his wife filed for divorce the same month he went public; former bandmates and his ex have offered support.</w:t>
      </w:r>
      <w:r/>
    </w:p>
    <w:p>
      <w:pPr>
        <w:pStyle w:val="ListBullet"/>
        <w:spacing w:line="240" w:lineRule="auto"/>
        <w:ind w:left="720"/>
      </w:pPr>
      <w:r/>
      <w:r>
        <w:rPr>
          <w:b/>
        </w:rPr>
        <w:t>Creative response:</w:t>
      </w:r>
      <w:r>
        <w:t xml:space="preserve"> The singer plans to use these experiences in an upcoming record and describes his recovery as cautious, taking “baby steps.”</w:t>
      </w:r>
      <w:r/>
    </w:p>
    <w:p>
      <w:pPr>
        <w:pStyle w:val="ListBullet"/>
        <w:spacing w:line="240" w:lineRule="auto"/>
        <w:ind w:left="720"/>
      </w:pPr>
      <w:r/>
      <w:r>
        <w:rPr>
          <w:b/>
        </w:rPr>
        <w:t>Help available:</w:t>
      </w:r>
      <w:r>
        <w:t xml:space="preserve"> Support services such as The Trevor Project are listed for anyone struggling with similar issues.</w:t>
      </w:r>
      <w:r/>
      <w:r/>
    </w:p>
    <w:p>
      <w:pPr>
        <w:pStyle w:val="Heading2"/>
      </w:pPr>
      <w:r>
        <w:t>Why this moment landed so heavily with fans</w:t>
      </w:r>
      <w:r/>
    </w:p>
    <w:p>
      <w:r/>
      <w:r>
        <w:t>The news landed with a human, low-volume thud rather than a tabloid crescendo; you can almost feel the relief and the cost. According to reports, Shomo chose authenticity over concealment, and the response was swift and polarising. Media outlets say the backlash included a torrent of homophobic comments that took a tangible toll on his mood and online presence. For fans this matters because the emotional state of a frontman often filters into touring, new releases and the band’s public life.</w:t>
      </w:r>
      <w:r/>
    </w:p>
    <w:p>
      <w:pPr>
        <w:pStyle w:val="Heading2"/>
      </w:pPr>
      <w:r>
        <w:t>How upbringing and faith shaped the story</w:t>
      </w:r>
      <w:r/>
    </w:p>
    <w:p>
      <w:r/>
      <w:r>
        <w:t>Shomo’s background in a devout Christian environment that framed homosexuality as something to be corrected is central to understanding the arc. Several music publications have traced how that upbringing informed his early views and personal struggles. That backstory helps explain why coming out publicly was both a liberation and a confrontation , a step that reopened old tensions even as it allowed him to live more honestly.</w:t>
      </w:r>
      <w:r/>
    </w:p>
    <w:p>
      <w:pPr>
        <w:pStyle w:val="Heading2"/>
      </w:pPr>
      <w:r>
        <w:t>The practical fallout: divorce, shows and social media</w:t>
      </w:r>
      <w:r/>
    </w:p>
    <w:p>
      <w:r/>
      <w:r>
        <w:t>The timing was abrupt: his public statement, a divorce filing and a need to step away from the internet all concentrated within weeks. Coverage from news outlets links these events, and the picture that emerges is of someone coping while under intense scrutiny. If you follow bands closely, this is a reminder that personal developments can affect setlists, tour dates and the cadence of new music announcements. For other artists or public figures, it’s a case study in the complexities of revealing private truths in a public forum.</w:t>
      </w:r>
      <w:r/>
    </w:p>
    <w:p>
      <w:pPr>
        <w:pStyle w:val="Heading2"/>
      </w:pPr>
      <w:r>
        <w:t>Channeling struggle into creativity</w:t>
      </w:r>
      <w:r/>
    </w:p>
    <w:p>
      <w:r/>
      <w:r>
        <w:t>Shomo says he’s putting these experiences into forthcoming music, which is a familiar route for artists who process pain through craft. Critics and fans have noted that some of the most resonant work often follows personal reckoning. If you’re curious about the next record, expect themes of identity, anger, healing and reinvention , and perhaps a rawer vocal delivery or sharper lyrics that reflect what he’s been through.</w:t>
      </w:r>
      <w:r/>
    </w:p>
    <w:p>
      <w:pPr>
        <w:pStyle w:val="Heading2"/>
      </w:pPr>
      <w:r>
        <w:t>What this says about the industry and audiences</w:t>
      </w:r>
      <w:r/>
    </w:p>
    <w:p>
      <w:r/>
      <w:r>
        <w:t>The reaction to Shomo’s coming out highlights two competing trends: a broader acceptance within much of mainstream culture, and persistent pockets of vitriol online. Music press and cultural commentators point out that while many peers offered support, a small but vocal minority can dominate comment threads and make an artist feel very exposed. The takeaway for fans is to notice how public discourse still influences artists’ wellbeing and to consider how supportive communities can counteract toxic responses.</w:t>
      </w:r>
      <w:r/>
    </w:p>
    <w:p>
      <w:r/>
      <w:r>
        <w:t>It's a small change in public narrative with big consequences for an artist's life and work.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3">
        <w:r>
          <w:rPr>
            <w:color w:val="0000EE"/>
            <w:u w:val="single"/>
          </w:rPr>
          <w:t>[7]</w:t>
        </w:r>
      </w:hyperlink>
      <w:r>
        <w:t xml:space="preserve">- Paragraph 3: </w:t>
      </w:r>
      <w:hyperlink r:id="rId14">
        <w:r>
          <w:rPr>
            <w:color w:val="0000EE"/>
            <w:u w:val="single"/>
          </w:rPr>
          <w:t>[6]</w:t>
        </w:r>
      </w:hyperlink>
      <w:r>
        <w:t xml:space="preserve">, </w:t>
      </w:r>
      <w:hyperlink r:id="rId15">
        <w:r>
          <w:rPr>
            <w:color w:val="0000EE"/>
            <w:u w:val="single"/>
          </w:rPr>
          <w:t>[3]</w:t>
        </w:r>
      </w:hyperlink>
      <w:r>
        <w:t xml:space="preserve">- Paragraph 4: </w:t>
      </w:r>
      <w:hyperlink r:id="rId11">
        <w:r>
          <w:rPr>
            <w:color w:val="0000EE"/>
            <w:u w:val="single"/>
          </w:rPr>
          <w:t>[5]</w:t>
        </w:r>
      </w:hyperlink>
      <w:r>
        <w:t xml:space="preserve">, </w:t>
      </w:r>
      <w:hyperlink r:id="rId10">
        <w:r>
          <w:rPr>
            <w:color w:val="0000EE"/>
            <w:u w:val="single"/>
          </w:rPr>
          <w:t>[2]</w:t>
        </w:r>
      </w:hyperlink>
      <w:r>
        <w:t xml:space="preserve">- Paragraph 5: </w:t>
      </w:r>
      <w:hyperlink r:id="rId11">
        <w:r>
          <w:rPr>
            <w:color w:val="0000EE"/>
            <w:u w:val="single"/>
          </w:rPr>
          <w:t>[5]</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https://www.lehighvalleylive.com/entertainment/2026/08/rock-frontman-reveals-toll-of-homophobic-backlash-after-coming-out-as-gay.html</w:t>
        </w:r>
      </w:hyperlink>
      <w:r>
        <w:t xml:space="preserve"> - Please view link - unable to able to access data</w:t>
      </w:r>
      <w:r/>
    </w:p>
    <w:p>
      <w:pPr>
        <w:pStyle w:val="ListNumber"/>
        <w:spacing w:line="240" w:lineRule="auto"/>
        <w:ind w:left="720"/>
      </w:pPr>
      <w:r/>
      <w:hyperlink r:id="rId10">
        <w:r>
          <w:rPr>
            <w:color w:val="0000EE"/>
            <w:u w:val="single"/>
          </w:rPr>
          <w:t>https://www.tmz.com/2026/05/24/caleb-shomo-comes-out-as-gay/</w:t>
        </w:r>
      </w:hyperlink>
      <w:r>
        <w:t xml:space="preserve"> - TMZ reports that Caleb Shomo, lead singer of Beartooth, publicly came out as gay on May 24, 2026, after 14 years of marriage to Fleur Shomo. He shared his struggles with his sexuality and alcohol issues, stating that getting sober helped him confront his feelings. Fleur expressed support despite the personal challenges, acknowledging the situation as 'disorienting and hurtful.' (</w:t>
      </w:r>
      <w:hyperlink r:id="rId16">
        <w:r>
          <w:rPr>
            <w:color w:val="0000EE"/>
            <w:u w:val="single"/>
          </w:rPr>
          <w:t>tmz.com</w:t>
        </w:r>
      </w:hyperlink>
      <w:r>
        <w:t>)</w:t>
      </w:r>
      <w:r/>
    </w:p>
    <w:p>
      <w:pPr>
        <w:pStyle w:val="ListNumber"/>
        <w:spacing w:line="240" w:lineRule="auto"/>
        <w:ind w:left="720"/>
      </w:pPr>
      <w:r/>
      <w:hyperlink r:id="rId15">
        <w:r>
          <w:rPr>
            <w:color w:val="0000EE"/>
            <w:u w:val="single"/>
          </w:rPr>
          <w:t>https://www.eonline.com/news/1432309/beartooths-caleb-shomo-comes-out-as-gay-wife-fleur-shomo-reacts</w:t>
        </w:r>
      </w:hyperlink>
      <w:r>
        <w:t xml:space="preserve"> - E! Online reports on Fleur Shomo's reaction to her husband Caleb Shomo's coming out as gay. She expressed support for Caleb, stating she will always want to 'love, protect and support' him, despite the situation being 'disorienting and hurtful.' (</w:t>
      </w:r>
      <w:hyperlink r:id="rId17">
        <w:r>
          <w:rPr>
            <w:color w:val="0000EE"/>
            <w:u w:val="single"/>
          </w:rPr>
          <w:t>eonline.com</w:t>
        </w:r>
      </w:hyperlink>
      <w:r>
        <w:t>)</w:t>
      </w:r>
      <w:r/>
    </w:p>
    <w:p>
      <w:pPr>
        <w:pStyle w:val="ListNumber"/>
        <w:spacing w:line="240" w:lineRule="auto"/>
        <w:ind w:left="720"/>
      </w:pPr>
      <w:r/>
      <w:hyperlink r:id="rId12">
        <w:r>
          <w:rPr>
            <w:color w:val="0000EE"/>
            <w:u w:val="single"/>
          </w:rPr>
          <w:t>https://www.nme.com/news/music/beartooths-caleb-shomo-taught-being-gay-was-sickness-cured-with-prayer-christian-upbringing-3950588</w:t>
        </w:r>
      </w:hyperlink>
      <w:r>
        <w:t xml:space="preserve"> - NME reports that Caleb Shomo, frontman of Beartooth, revealed he was taught during his Christian upbringing that being gay was 'a sickness that you can cure with prayer.' He expressed his struggle with accepting his sexuality and his journey towards self-acceptance. (</w:t>
      </w:r>
      <w:hyperlink r:id="rId18">
        <w:r>
          <w:rPr>
            <w:color w:val="0000EE"/>
            <w:u w:val="single"/>
          </w:rPr>
          <w:t>nme.com</w:t>
        </w:r>
      </w:hyperlink>
      <w:r>
        <w:t>)</w:t>
      </w:r>
      <w:r/>
    </w:p>
    <w:p>
      <w:pPr>
        <w:pStyle w:val="ListNumber"/>
        <w:spacing w:line="240" w:lineRule="auto"/>
        <w:ind w:left="720"/>
      </w:pPr>
      <w:r/>
      <w:hyperlink r:id="rId11">
        <w:r>
          <w:rPr>
            <w:color w:val="0000EE"/>
            <w:u w:val="single"/>
          </w:rPr>
          <w:t>https://www.nme.com/news/music/beartooths-caleb-shomo-comes-out-as-a-proudly-gay-man-after-becoming-target-of-homophobic-abuse-on-social-media-3947114</w:t>
        </w:r>
      </w:hyperlink>
      <w:r>
        <w:t xml:space="preserve"> - NME reports that Caleb Shomo, frontman of Beartooth, came out as a 'proudly gay man' after facing homophobic abuse on social media. He expressed his intention to be proud of who he is and to navigate his feelings surrounding his sexuality. (</w:t>
      </w:r>
      <w:hyperlink r:id="rId19">
        <w:r>
          <w:rPr>
            <w:color w:val="0000EE"/>
            <w:u w:val="single"/>
          </w:rPr>
          <w:t>nme.com</w:t>
        </w:r>
      </w:hyperlink>
      <w:r>
        <w:t>)</w:t>
      </w:r>
      <w:r/>
    </w:p>
    <w:p>
      <w:pPr>
        <w:pStyle w:val="ListNumber"/>
        <w:spacing w:line="240" w:lineRule="auto"/>
        <w:ind w:left="720"/>
      </w:pPr>
      <w:r/>
      <w:hyperlink r:id="rId14">
        <w:r>
          <w:rPr>
            <w:color w:val="0000EE"/>
            <w:u w:val="single"/>
          </w:rPr>
          <w:t>https://www.thedailybeast.com/rock-star-caleb-shom-files-for-divorce-after-coming-out-as-gay/</w:t>
        </w:r>
      </w:hyperlink>
      <w:r>
        <w:t xml:space="preserve"> - The Daily Beast reports that Caleb Shomo, frontman of Beartooth, filed for divorce from his wife of 14 years, Fleur Shomo, after publicly coming out as gay. The couple filed jointly in Los Angeles Superior Court and share no children. (</w:t>
      </w:r>
      <w:hyperlink r:id="rId20">
        <w:r>
          <w:rPr>
            <w:color w:val="0000EE"/>
            <w:u w:val="single"/>
          </w:rPr>
          <w:t>thedailybeast.com</w:t>
        </w:r>
      </w:hyperlink>
      <w:r>
        <w:t>)</w:t>
      </w:r>
      <w:r/>
    </w:p>
    <w:p>
      <w:pPr>
        <w:pStyle w:val="ListNumber"/>
        <w:spacing w:line="240" w:lineRule="auto"/>
        <w:ind w:left="720"/>
      </w:pPr>
      <w:r/>
      <w:hyperlink r:id="rId13">
        <w:r>
          <w:rPr>
            <w:color w:val="0000EE"/>
            <w:u w:val="single"/>
          </w:rPr>
          <w:t>https://www.loudersound.com/bands-artists/beartooths-caleb-shomo-was-brought-up-in-devout-christian-faith-that-viewed-being-gay-as-a-sickness-you-can-cure-with-prayer</w:t>
        </w:r>
      </w:hyperlink>
      <w:r>
        <w:t xml:space="preserve"> - Louder Sound reports that Caleb Shomo, frontman of Beartooth, opened up about his devout Christian upbringing, which made it difficult for him to accept his sexuality. He was taught that being gay was 'a sickness you can cure with prayer,' leading to years of internalized shame and self-hatred. (</w:t>
      </w:r>
      <w:hyperlink r:id="rId21">
        <w:r>
          <w:rPr>
            <w:color w:val="0000EE"/>
            <w:u w:val="single"/>
          </w:rPr>
          <w:t>loudersound.com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ehighvalleylive.com/entertainment/2026/08/rock-frontman-reveals-toll-of-homophobic-backlash-after-coming-out-as-gay.html" TargetMode="External"/><Relationship Id="rId10" Type="http://schemas.openxmlformats.org/officeDocument/2006/relationships/hyperlink" Target="https://www.tmz.com/2026/05/24/caleb-shomo-comes-out-as-gay/" TargetMode="External"/><Relationship Id="rId11" Type="http://schemas.openxmlformats.org/officeDocument/2006/relationships/hyperlink" Target="https://www.nme.com/news/music/beartooths-caleb-shomo-comes-out-as-a-proudly-gay-man-after-becoming-target-of-homophobic-abuse-on-social-media-3947114" TargetMode="External"/><Relationship Id="rId12" Type="http://schemas.openxmlformats.org/officeDocument/2006/relationships/hyperlink" Target="https://www.nme.com/news/music/beartooths-caleb-shomo-taught-being-gay-was-sickness-cured-with-prayer-christian-upbringing-3950588" TargetMode="External"/><Relationship Id="rId13" Type="http://schemas.openxmlformats.org/officeDocument/2006/relationships/hyperlink" Target="https://www.loudersound.com/bands-artists/beartooths-caleb-shomo-was-brought-up-in-devout-christian-faith-that-viewed-being-gay-as-a-sickness-you-can-cure-with-prayer" TargetMode="External"/><Relationship Id="rId14" Type="http://schemas.openxmlformats.org/officeDocument/2006/relationships/hyperlink" Target="https://www.thedailybeast.com/rock-star-caleb-shom-files-for-divorce-after-coming-out-as-gay/" TargetMode="External"/><Relationship Id="rId15" Type="http://schemas.openxmlformats.org/officeDocument/2006/relationships/hyperlink" Target="https://www.eonline.com/news/1432309/beartooths-caleb-shomo-comes-out-as-gay-wife-fleur-shomo-reacts" TargetMode="External"/><Relationship Id="rId16" Type="http://schemas.openxmlformats.org/officeDocument/2006/relationships/hyperlink" Target="https://www.tmz.com/2026/05/24/caleb-shomo-comes-out-as-gay/?utm_source=openai" TargetMode="External"/><Relationship Id="rId17" Type="http://schemas.openxmlformats.org/officeDocument/2006/relationships/hyperlink" Target="https://www.eonline.com/news/1432309/beartooths-caleb-shomo-comes-out-as-gay-wife-fleur-shomo-reacts?utm_source=openai" TargetMode="External"/><Relationship Id="rId18" Type="http://schemas.openxmlformats.org/officeDocument/2006/relationships/hyperlink" Target="https://www.nme.com/news/music/beartooth-caleb-shomo-taught-being-gay-was-sickness-cured-with-prayer-christian-upbringing-3950588?utm_source=openai" TargetMode="External"/><Relationship Id="rId19" Type="http://schemas.openxmlformats.org/officeDocument/2006/relationships/hyperlink" Target="https://www.nme.com/news/music/beartooths-caleb-shomo-comes-out-as-a-proudly-gay-man-after-becoming-target-of-homophobic-abuse-on-social-media-3947114?utm_source=openai" TargetMode="External"/><Relationship Id="rId20" Type="http://schemas.openxmlformats.org/officeDocument/2006/relationships/hyperlink" Target="https://www.thedailybeast.com/rock-star-caleb-shom-files-for-divorce-after-coming-out-as-gay/?utm_source=openai" TargetMode="External"/><Relationship Id="rId21" Type="http://schemas.openxmlformats.org/officeDocument/2006/relationships/hyperlink" Target="https://www.loudersound.com/bands-artists/beartooths-caleb-shomo-was-brought-up-in-devout-christian-faith-that-viewed-being-gay-as-a-sickness-you-can-cure-with-pray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