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Aurora Pride 2026 Highlights and Why Winged Melody Park Felt Like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Bursting back with music, colour and connection, Aurora Pride and Latino Pride drew families, performers and more than 60 vendors to Winged Melody Park , a neighbourhood-rooted celebration that mattered because locals said visibility and unity count now more than ever.</w:t>
      </w:r>
      <w:r/>
    </w:p>
    <w:p>
      <w:r/>
      <w:r>
        <w:t>Essential Takeaways</w:t>
      </w:r>
      <w:r/>
      <w:r/>
    </w:p>
    <w:p>
      <w:pPr>
        <w:pStyle w:val="ListBullet"/>
        <w:spacing w:line="240" w:lineRule="auto"/>
        <w:ind w:left="720"/>
      </w:pPr>
      <w:r/>
      <w:r>
        <w:rPr>
          <w:b/>
        </w:rPr>
        <w:t>Big turnout:</w:t>
      </w:r>
      <w:r>
        <w:t xml:space="preserve"> Aurora’s dual Pride celebration returned with sizeable crowds and 60+ booths from health providers, faith groups and community organisations.</w:t>
      </w:r>
      <w:r/>
    </w:p>
    <w:p>
      <w:pPr>
        <w:pStyle w:val="ListBullet"/>
        <w:spacing w:line="240" w:lineRule="auto"/>
        <w:ind w:left="720"/>
      </w:pPr>
      <w:r/>
      <w:r>
        <w:rPr>
          <w:b/>
        </w:rPr>
        <w:t>Local flavour:</w:t>
      </w:r>
      <w:r>
        <w:t xml:space="preserve"> The Aurora Highlands venue was chosen for its diversity and inclusive spirit, giving the festival a welcoming, neighbourhood feel.</w:t>
      </w:r>
      <w:r/>
    </w:p>
    <w:p>
      <w:pPr>
        <w:pStyle w:val="ListBullet"/>
        <w:spacing w:line="240" w:lineRule="auto"/>
        <w:ind w:left="720"/>
      </w:pPr>
      <w:r/>
      <w:r>
        <w:rPr>
          <w:b/>
        </w:rPr>
        <w:t>Meaningful performances:</w:t>
      </w:r>
      <w:r>
        <w:t xml:space="preserve"> Drag showcases, traditional dance from Grupo Huitzilopochtli and live DJs kept the energy high and the message focused on belonging.</w:t>
      </w:r>
      <w:r/>
    </w:p>
    <w:p>
      <w:pPr>
        <w:pStyle w:val="ListBullet"/>
        <w:spacing w:line="240" w:lineRule="auto"/>
        <w:ind w:left="720"/>
      </w:pPr>
      <w:r/>
      <w:r>
        <w:rPr>
          <w:b/>
        </w:rPr>
        <w:t>Civic support:</w:t>
      </w:r>
      <w:r>
        <w:t xml:space="preserve"> Mayor Mike Coffman and Councilmember Alison Coombs attended and issued an official Pride proclamation.</w:t>
      </w:r>
      <w:r/>
    </w:p>
    <w:p>
      <w:pPr>
        <w:pStyle w:val="ListBullet"/>
        <w:spacing w:line="240" w:lineRule="auto"/>
        <w:ind w:left="720"/>
      </w:pPr>
      <w:r/>
      <w:r>
        <w:rPr>
          <w:b/>
        </w:rPr>
        <w:t>Political context:</w:t>
      </w:r>
      <w:r>
        <w:t xml:space="preserve"> Organisers emphasised visibility amid heightened immigration enforcement and federal attacks on transgender rights.</w:t>
      </w:r>
      <w:r/>
      <w:r/>
    </w:p>
    <w:p>
      <w:pPr>
        <w:pStyle w:val="Heading2"/>
      </w:pPr>
      <w:r>
        <w:t>Why the move to Winged Melody Park actually made the day feel warmer</w:t>
      </w:r>
      <w:r/>
    </w:p>
    <w:p>
      <w:r/>
      <w:r>
        <w:t>The change of scenery wasn’t just about needing more space; it created a cozier, more communal vibe with families picnicking on the grass and kids playing games. Carla Ferreira, CEO of Aurora Highlands, framed the park as a natural fit because the neighbourhood itself is built around diversity and inclusion. For attendees, that translated into a festival that felt lived-in rather than staged , an important emotional cue when the event’s aim is to signal belonging.</w:t>
      </w:r>
      <w:r/>
    </w:p>
    <w:p>
      <w:pPr>
        <w:pStyle w:val="Heading2"/>
      </w:pPr>
      <w:r>
        <w:t>Performances that mixed tradition, protest and pure fun</w:t>
      </w:r>
      <w:r/>
    </w:p>
    <w:p>
      <w:r/>
      <w:r>
        <w:t>From drag showcases that drew applause to the Grupo Huitzilopochtli Dance Troupe’s ceremony opening doors metaphorically and literally, the programming balanced celebration with meaning. The troupe’s performance was described as an allegory for coming out, blending cultural heritage with queer visibility. DJs kept things upbeat between acts, so the mood never slipped into solemnity , it was serious and joyful at once.</w:t>
      </w:r>
      <w:r/>
    </w:p>
    <w:p>
      <w:pPr>
        <w:pStyle w:val="Heading2"/>
      </w:pPr>
      <w:r>
        <w:t>Booths, services and community outreach , more than merch</w:t>
      </w:r>
      <w:r/>
    </w:p>
    <w:p>
      <w:r/>
      <w:r>
        <w:t>With over 60 booths, the fairground read like a directory of local life: health providers offering resources, faith groups showing solidarity, and community organisations handing out information. Rev. Anne Scalfaro and volunteers were at a church booth to remind people they’re welcome, while other stalls offered medical and legal signposting. If you’re planning to come next year, bring a tote and a list: these booths are as useful as the performances are entertaining.</w:t>
      </w:r>
      <w:r/>
    </w:p>
    <w:p>
      <w:pPr>
        <w:pStyle w:val="Heading2"/>
      </w:pPr>
      <w:r>
        <w:t>Politics in the park: organisers made a point about visibility</w:t>
      </w:r>
      <w:r/>
    </w:p>
    <w:p>
      <w:r/>
      <w:r>
        <w:t>Organiser Jose Pablo Martinez made clear the event isn’t just a party , it’s a statement. With rising immigration enforcement and federal policies targeting transgender people, Martinez warned that visibility matters more as elections approach. The presence of elected officials and an official proclamation underscored that civic recognition still counts, even as organisers urged continued engagement and activism.</w:t>
      </w:r>
      <w:r/>
    </w:p>
    <w:p>
      <w:pPr>
        <w:pStyle w:val="Heading2"/>
      </w:pPr>
      <w:r>
        <w:t>How to make the most of next year’s Aurora Pride</w:t>
      </w:r>
      <w:r/>
    </w:p>
    <w:p>
      <w:r/>
      <w:r>
        <w:t>Go early to grab a shady spot and scout booths first, bring water and sunscreen even if the forecast looks mild, and plan a loop , music stages, cultural performances and vendor rows are easier to enjoy in stages. If you want a calmer experience, arrive for morning activities; for high energy, stay for evening performances and DJ sets. Families should check kid-friendly programming on the festival site ahead of time.</w:t>
      </w:r>
      <w:r/>
    </w:p>
    <w:p>
      <w:r/>
      <w:r>
        <w:t>It's a small change of setting that made a big difference , and a reminder that Pride can be both celebration and community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[3]</w:t>
        </w:r>
      </w:hyperlink>
      <w:r>
        <w:t xml:space="preserve">- Paragraph 3: </w:t>
      </w:r>
      <w:hyperlink r:id="rId9">
        <w:r>
          <w:rPr>
            <w:color w:val="0000EE"/>
            <w:u w:val="single"/>
          </w:rPr>
          <w:t>[1]</w:t>
        </w:r>
      </w:hyperlink>
      <w:r>
        <w:t xml:space="preserve">, </w:t>
      </w:r>
      <w:hyperlink r:id="rId13">
        <w:r>
          <w:rPr>
            <w:color w:val="0000EE"/>
            <w:u w:val="single"/>
          </w:rPr>
          <w:t>[4]</w:t>
        </w:r>
      </w:hyperlink>
      <w:r>
        <w:t xml:space="preserve">- Paragraph 4: </w:t>
      </w:r>
      <w:hyperlink r:id="rId9">
        <w:r>
          <w:rPr>
            <w:color w:val="0000EE"/>
            <w:u w:val="single"/>
          </w:rPr>
          <w:t>[1]</w:t>
        </w:r>
      </w:hyperlink>
      <w:r>
        <w:t xml:space="preserve">, </w:t>
      </w:r>
      <w:hyperlink r:id="rId12">
        <w:r>
          <w:rPr>
            <w:color w:val="0000EE"/>
            <w:u w:val="single"/>
          </w:rPr>
          <w:t>[3]</w:t>
        </w:r>
      </w:hyperlink>
      <w:r>
        <w:t xml:space="preserve">- Paragraph 5: </w:t>
      </w:r>
      <w:hyperlink r:id="rId9">
        <w:r>
          <w:rPr>
            <w:color w:val="0000EE"/>
            <w:u w:val="single"/>
          </w:rPr>
          <w:t>[1]</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https://sentinelcolorado.com/metro/aurora-pride-and-latino-pride-draw-crowds-to-winged-melody-park-in-aurora-highlands/</w:t>
        </w:r>
      </w:hyperlink>
      <w:r>
        <w:t xml:space="preserve"> - Please view link - unable to able to access data</w:t>
      </w:r>
      <w:r/>
    </w:p>
    <w:p>
      <w:pPr>
        <w:pStyle w:val="ListNumber"/>
        <w:spacing w:line="240" w:lineRule="auto"/>
        <w:ind w:left="720"/>
      </w:pPr>
      <w:r/>
      <w:hyperlink r:id="rId10">
        <w:r>
          <w:rPr>
            <w:color w:val="0000EE"/>
            <w:u w:val="single"/>
          </w:rPr>
          <w:t>https://www.aurorapride.com/</w:t>
        </w:r>
      </w:hyperlink>
      <w:r>
        <w:t xml:space="preserve"> - Aurora Pride is an annual LGBTQ+ celebration in Aurora, Colorado, held each summer separately from Denver PrideFest. Presented by the OUT FRONT Foundation in partnership with the City of Aurora and co-hosted with Latino Pride, the free festival features live entertainment, a community market spotlighting LGBTQIA+ and minority-owned businesses, food, and family-friendly activities. First held in 2017, it has become the signature queer event in Colorado's third-largest and most diverse city. The 2026 event is scheduled for August 29 at Winged Melody Park in the Aurora Highlands.</w:t>
      </w:r>
      <w:r/>
    </w:p>
    <w:p>
      <w:pPr>
        <w:pStyle w:val="ListNumber"/>
        <w:spacing w:line="240" w:lineRule="auto"/>
        <w:ind w:left="720"/>
      </w:pPr>
      <w:r/>
      <w:hyperlink r:id="rId12">
        <w:r>
          <w:rPr>
            <w:color w:val="0000EE"/>
            <w:u w:val="single"/>
          </w:rPr>
          <w:t>https://www.cbsnews.com/colorado/news/aurora-highlands-aurora-pride/</w:t>
        </w:r>
      </w:hyperlink>
      <w:r>
        <w:t xml:space="preserve"> - Aurora Pride is being celebrated at Winged Melody Park in the Aurora Highlands this year. In years past, it was celebrated at the Aurora Reservoir and Fletcher Plaza. The Aurora Highlands CEO says that's due to the size of Aurora Pride, these areas were not available this year. This opens doors in Aurora Highlands for Pride to provide drag performers, musicians, 60 vendors, and nine food trucks.</w:t>
      </w:r>
      <w:r/>
    </w:p>
    <w:p>
      <w:pPr>
        <w:pStyle w:val="ListNumber"/>
        <w:spacing w:line="240" w:lineRule="auto"/>
        <w:ind w:left="720"/>
      </w:pPr>
      <w:r/>
      <w:hyperlink r:id="rId13">
        <w:r>
          <w:rPr>
            <w:color w:val="0000EE"/>
            <w:u w:val="single"/>
          </w:rPr>
          <w:t>https://www.cbsnews.com/colorado/news/aurora-community-pride-celebration/?intcid=CNR-02-0623</w:t>
        </w:r>
      </w:hyperlink>
      <w:r>
        <w:t xml:space="preserve"> - Preparations were underway at Winged Melody Park in The Aurora Highlands for the 2026 Aurora Pride celebration. Organisers with Out Front Foundation have been hosting the event since 2017, but in 2020, there was the COVID pandemic. In 2022, they had an Mpox vaccine clinic at their event for fear of the spread of that disease. There's also been some political shifts in Aurora that made it more difficult during certain years to have an event at all.</w:t>
      </w:r>
      <w:r/>
    </w:p>
    <w:p>
      <w:pPr>
        <w:pStyle w:val="ListNumber"/>
        <w:spacing w:line="240" w:lineRule="auto"/>
        <w:ind w:left="720"/>
      </w:pPr>
      <w:r/>
      <w:hyperlink r:id="rId11">
        <w:r>
          <w:rPr>
            <w:color w:val="0000EE"/>
            <w:u w:val="single"/>
          </w:rPr>
          <w:t>https://www.milehighonthecheap.com/aurora-pride/</w:t>
        </w:r>
      </w:hyperlink>
      <w:r>
        <w:t xml:space="preserve"> - Aurora Pride is getting a bigger stage this year! On Saturday, August 29, 2026, Aurora Pride 2026 will take over Winged Melody Park at The Aurora Highlands for an expanded, all-day celebration of LGBTQ+ pride, community and inclusion. From 11 a.m. to 7 p.m., attendees can enjoy live music, drag performers, DJs, artisan and craft vendors, food and drinks, free carousel rides and family-friendly activities. The event is FREE and open to all ages. This year’s festival will move to a larger venue at The Aurora Highlands, creating more space for the event. Aurora Pride is also partnering with Latino Pride to bring together two local organisations for a shared celebration of Aurora’s diverse LGBTQ+ community.</w:t>
      </w:r>
      <w:r/>
    </w:p>
    <w:p>
      <w:pPr>
        <w:pStyle w:val="ListNumber"/>
        <w:spacing w:line="240" w:lineRule="auto"/>
        <w:ind w:left="720"/>
      </w:pPr>
      <w:r/>
      <w:hyperlink r:id="rId14">
        <w:r>
          <w:rPr>
            <w:color w:val="0000EE"/>
            <w:u w:val="single"/>
          </w:rPr>
          <w:t>https://visitdenver.com/event/pride-at-the-park/145094/</w:t>
        </w:r>
      </w:hyperlink>
      <w:r>
        <w:t xml:space="preserve"> - Pride at the Park returns to The Aurora Highlands on Aug. 29, 2026, from 11 a.m. to 7 p.m. at Winged Melody Park. The free, family-friendly celebration welcomes all attendees for a day of community, entertainment and Pride festivities. Guests can enjoy artisan and craft vendors, food and drinks, a 21+ bar, free carousel rides, live music and a DJ.</w:t>
      </w:r>
      <w:r/>
    </w:p>
    <w:p>
      <w:pPr>
        <w:pStyle w:val="ListNumber"/>
        <w:spacing w:line="240" w:lineRule="auto"/>
        <w:ind w:left="720"/>
      </w:pPr>
      <w:r/>
      <w:hyperlink r:id="rId15">
        <w:r>
          <w:rPr>
            <w:color w:val="0000EE"/>
            <w:u w:val="single"/>
          </w:rPr>
          <w:t>https://denvermomcollective.com/event/aurora-pride/</w:t>
        </w:r>
      </w:hyperlink>
      <w:r>
        <w:t xml:space="preserve"> - Aurora Pride is an annual LGBTQ+ celebration in Aurora, Colorado, held each summer separately from Denver PrideFest. Presented by the OUT FRONT Foundation in partnership with the City of Aurora and co-hosted with Latino Pride, the free festival features live entertainment, a community market spotlighting LGBTQIA+ and minority-owned businesses, food, and family-friendly activities. First held in 2017, it has become the signature queer event in Colorado's third-largest and most diverse city. The 2026 event is scheduled for August 29 at Winged Melody Park in the Aurora Highlands.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ntinelcolorado.com/metro/aurora-pride-and-latino-pride-draw-crowds-to-winged-melody-park-in-aurora-highlands/" TargetMode="External"/><Relationship Id="rId10" Type="http://schemas.openxmlformats.org/officeDocument/2006/relationships/hyperlink" Target="https://www.aurorapride.com/" TargetMode="External"/><Relationship Id="rId11" Type="http://schemas.openxmlformats.org/officeDocument/2006/relationships/hyperlink" Target="https://www.milehighonthecheap.com/aurora-pride/" TargetMode="External"/><Relationship Id="rId12" Type="http://schemas.openxmlformats.org/officeDocument/2006/relationships/hyperlink" Target="https://www.cbsnews.com/colorado/news/aurora-highlands-aurora-pride/" TargetMode="External"/><Relationship Id="rId13" Type="http://schemas.openxmlformats.org/officeDocument/2006/relationships/hyperlink" Target="https://www.cbsnews.com/colorado/news/aurora-community-pride-celebration/?intcid=CNR-02-0623" TargetMode="External"/><Relationship Id="rId14" Type="http://schemas.openxmlformats.org/officeDocument/2006/relationships/hyperlink" Target="https://visitdenver.com/event/pride-at-the-park/145094/" TargetMode="External"/><Relationship Id="rId15" Type="http://schemas.openxmlformats.org/officeDocument/2006/relationships/hyperlink" Target="https://denvermomcollective.com/event/aurora-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