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Atlanta Black Pride Weekend 2026 Guide: Events, Highlights and How to Make the Most of 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connect and explore: Atlanta Black Pride Weekend returns Sept 2–7 with a packed programme of parties, panels, festivals and community-first events across the city, drawing thousands to Piedmont Park, midtown venues and neighbourhood hotspots , here’s what to know and how to plan your weekend.</w:t>
      </w:r>
      <w:r/>
    </w:p>
    <w:p>
      <w:r/>
      <w:r>
        <w:t>Essential Takeaways</w:t>
      </w:r>
      <w:r/>
      <w:r/>
    </w:p>
    <w:p>
      <w:pPr>
        <w:pStyle w:val="ListBullet"/>
        <w:spacing w:line="240" w:lineRule="auto"/>
        <w:ind w:left="720"/>
      </w:pPr>
      <w:r/>
      <w:r>
        <w:rPr>
          <w:b/>
        </w:rPr>
        <w:t>When and where:</w:t>
      </w:r>
      <w:r>
        <w:t xml:space="preserve"> Atlanta Black Pride Weekend runs Sept 2–7, with the Pure Heat Community Festival at Piedmont Park on Sept 6.</w:t>
      </w:r>
      <w:r/>
    </w:p>
    <w:p>
      <w:pPr>
        <w:pStyle w:val="ListBullet"/>
        <w:spacing w:line="240" w:lineRule="auto"/>
        <w:ind w:left="720"/>
      </w:pPr>
      <w:r/>
      <w:r>
        <w:rPr>
          <w:b/>
        </w:rPr>
        <w:t>Big moments:</w:t>
      </w:r>
      <w:r>
        <w:t xml:space="preserve"> The Black Excellence Influencer’s Dinner on Sept 4 and the Pure Heat festival are headline events, plus nightly parties across major venues.</w:t>
      </w:r>
      <w:r/>
    </w:p>
    <w:p>
      <w:pPr>
        <w:pStyle w:val="ListBullet"/>
        <w:spacing w:line="240" w:lineRule="auto"/>
        <w:ind w:left="720"/>
      </w:pPr>
      <w:r/>
      <w:r>
        <w:rPr>
          <w:b/>
        </w:rPr>
        <w:t>Practical vibe:</w:t>
      </w:r>
      <w:r>
        <w:t xml:space="preserve"> Events range from brunches and empowerment sessions to high-energy night parties, so expect varied crowds, music and dress codes.</w:t>
      </w:r>
      <w:r/>
    </w:p>
    <w:p>
      <w:pPr>
        <w:pStyle w:val="ListBullet"/>
        <w:spacing w:line="240" w:lineRule="auto"/>
        <w:ind w:left="720"/>
      </w:pPr>
      <w:r/>
      <w:r>
        <w:rPr>
          <w:b/>
        </w:rPr>
        <w:t>Tickets and info:</w:t>
      </w:r>
      <w:r>
        <w:t xml:space="preserve"> Registration, schedules and tickets are available through Atlanta Black Pride’s official channels and event pages.</w:t>
      </w:r>
      <w:r/>
    </w:p>
    <w:p>
      <w:pPr>
        <w:pStyle w:val="ListBullet"/>
        <w:spacing w:line="240" w:lineRule="auto"/>
        <w:ind w:left="720"/>
      </w:pPr>
      <w:r/>
      <w:r>
        <w:rPr>
          <w:b/>
        </w:rPr>
        <w:t>Community focus:</w:t>
      </w:r>
      <w:r>
        <w:t xml:space="preserve"> New additions include a blood drive and more empowerment-focused programming alongside entertainment.</w:t>
      </w:r>
      <w:r/>
      <w:r/>
    </w:p>
    <w:p>
      <w:pPr>
        <w:pStyle w:val="Heading2"/>
      </w:pPr>
      <w:r>
        <w:t>What makes this year stand out , the 20-year milestone and fresh ideas</w:t>
      </w:r>
      <w:r/>
    </w:p>
    <w:p>
      <w:r/>
      <w:r>
        <w:t>Atlanta’s Black Pride celebrations have grown into one of the country’s most important gatherings for Black LGBTQ+ communities, and organisers say this year marks a meaningful 20-year milestone. The weekend keeps the familiar sensory highs , beats pumping at night, colourful fashion in the park, and the warm hum of community conversation , while introducing new civic-minded programming like the Atlanta Black Pride Blood Drive. For visitors, that mix means you can pack both party outfits and comfortable shoes for daytime gatherings and activism-focused sessions.</w:t>
      </w:r>
      <w:r/>
    </w:p>
    <w:p>
      <w:pPr>
        <w:pStyle w:val="Heading2"/>
      </w:pPr>
      <w:r>
        <w:t>The headline events you shouldn’t miss</w:t>
      </w:r>
      <w:r/>
    </w:p>
    <w:p>
      <w:r/>
      <w:r>
        <w:t>The Pure Heat Community Festival at Piedmont Park on Sept 6 is the weekend’s anchor: a sprawling outdoor festival with performances, vendors and visible community energy. The Black Excellence Influencer’s Dinner on Sept 4 offers a more formal evening, honouring trailblazers and featuring a curated guest list and awards. Nightlife lovers will want to track the Mega Party nights, the all-white finales and themed takeovers across clubs and venues. Check the official schedule for times and ticket types so you can prioritise the events you really want to attend.</w:t>
      </w:r>
      <w:r/>
    </w:p>
    <w:p>
      <w:pPr>
        <w:pStyle w:val="Heading2"/>
      </w:pPr>
      <w:r>
        <w:t>Who’s being celebrated and why it matters</w:t>
      </w:r>
      <w:r/>
    </w:p>
    <w:p>
      <w:r/>
      <w:r>
        <w:t>This year’s honourees at the Influencer’s Dinner include a mix of creators, media personalities and community leaders. Tributes and the posthumous ICON Award extend the weekend’s tone beyond entertainment to recognition and legacy. Events like empowerment brunches and panel talks are reminders that Atlanta Black Pride is as much about visibility and support as it is about late-night revelry. If you’re coming for culture and connection, carve out time for daytime programming that centres stories and health resources.</w:t>
      </w:r>
      <w:r/>
    </w:p>
    <w:p>
      <w:pPr>
        <w:pStyle w:val="Heading2"/>
      </w:pPr>
      <w:r>
        <w:t>How to choose events and plan your weekend</w:t>
      </w:r>
      <w:r/>
    </w:p>
    <w:p>
      <w:r/>
      <w:r>
        <w:t>With dozens of options clustered across midtown, Piedmont Park and nightlife districts, pick three priorities: a daytime community event, an evening headline show, and at least one late-night party. Book tickets early for the Pure Heat Festival and gala dinners, and RSVP for free community sessions where available. For logistics, plan travel between venues , rideshares are busy during peak hours , and bring a small bag with essentials: water bottle, portable charger, ID and a light layer for cooler evenings.</w:t>
      </w:r>
      <w:r/>
    </w:p>
    <w:p>
      <w:pPr>
        <w:pStyle w:val="Heading2"/>
      </w:pPr>
      <w:r>
        <w:t>Practical safety, accessibility and etiquette tips</w:t>
      </w:r>
      <w:r/>
    </w:p>
    <w:p>
      <w:r/>
      <w:r>
        <w:t>Organisers emphasise safety and inclusivity, and many venues provide accessibility accommodations and clearly stated house rules. Stay hydrated at outdoor events and look out for volunteer or info stations if you need assistance. Remember that Pride is both celebration and community space: consent and respect matter at parties and public gatherings. If you’re new to the scene, arrive early to find quieter spots, and consider daytime events to get a feel for the crowd before the busiest late-night events.</w:t>
      </w:r>
      <w:r/>
    </w:p>
    <w:p>
      <w:r/>
      <w:r>
        <w:t>It's a weekend that blends celebration, recognition and community care , pick your moments and enjoy what Atlanta has to offer.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[3]</w:t>
        </w:r>
      </w:hyperlink>
      <w:r>
        <w:t xml:space="preserve">, </w:t>
      </w:r>
      <w:hyperlink r:id="rId12">
        <w:r>
          <w:rPr>
            <w:color w:val="0000EE"/>
            <w:u w:val="single"/>
          </w:rPr>
          <w:t>[5]</w:t>
        </w:r>
      </w:hyperlink>
      <w:r>
        <w:t xml:space="preserve">- Paragraph 4: </w:t>
      </w:r>
      <w:hyperlink r:id="rId13">
        <w:r>
          <w:rPr>
            <w:color w:val="0000EE"/>
            <w:u w:val="single"/>
          </w:rPr>
          <w:t>[6]</w:t>
        </w:r>
      </w:hyperlink>
      <w:r>
        <w:t xml:space="preserve">, </w:t>
      </w:r>
      <w:hyperlink r:id="rId10">
        <w:r>
          <w:rPr>
            <w:color w:val="0000EE"/>
            <w:u w:val="single"/>
          </w:rPr>
          <w:t>[2]</w:t>
        </w:r>
      </w:hyperlink>
      <w:r>
        <w:t xml:space="preserve">- Paragraph 5: </w:t>
      </w:r>
      <w:hyperlink r:id="rId15">
        <w:r>
          <w:rPr>
            <w:color w:val="0000EE"/>
            <w:u w:val="single"/>
          </w:rPr>
          <w:t>[7]</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https://roughdraftatlanta.com/2026/08/31/atlanta-black-pride-weekend-2026/</w:t>
        </w:r>
      </w:hyperlink>
      <w:r>
        <w:t xml:space="preserve"> - Please view link - unable to able to access data</w:t>
      </w:r>
      <w:r/>
    </w:p>
    <w:p>
      <w:pPr>
        <w:pStyle w:val="ListNumber"/>
        <w:spacing w:line="240" w:lineRule="auto"/>
        <w:ind w:left="720"/>
      </w:pPr>
      <w:r/>
      <w:hyperlink r:id="rId10">
        <w:r>
          <w:rPr>
            <w:color w:val="0000EE"/>
            <w:u w:val="single"/>
          </w:rPr>
          <w:t>https://www.atlantaprideweekend.com/blank-5-2</w:t>
        </w:r>
      </w:hyperlink>
      <w:r>
        <w:t xml:space="preserve"> - This page provides detailed information on the male-focused events scheduled for Atlanta Black Pride Weekend 2026, including the Better Way to Meet Shoot Your Shot Live event on September 2, the Mayor's Atlanta Black Pride Weekend Reception on September 3, and the Pride Kickoff Party 'Motion' at Aura Rooftop on September 3. Additional events such as the Influencer's Gala hosted by Derek J on September 4, and the Overly Loaded Main Event featuring Summer Walker on September 5 are also highlighted. The page also offers ticket purchasing options for these events.</w:t>
      </w:r>
      <w:r/>
    </w:p>
    <w:p>
      <w:pPr>
        <w:pStyle w:val="ListNumber"/>
        <w:spacing w:line="240" w:lineRule="auto"/>
        <w:ind w:left="720"/>
      </w:pPr>
      <w:r/>
      <w:hyperlink r:id="rId14">
        <w:r>
          <w:rPr>
            <w:color w:val="0000EE"/>
            <w:u w:val="single"/>
          </w:rPr>
          <w:t>https://www.atlantaprideweekend.com/blank-5</w:t>
        </w:r>
      </w:hyperlink>
      <w:r>
        <w:t xml:space="preserve"> - This page outlines the female-focused events for Atlanta Black Pride Weekend 2026, including the Atlanta Black Pride Weekend Skate Kick Off Party on September 2 at Skate Towne, the Official Welcome to ATL Pride Party at My Sister's Room on September 3, and the Body Language: The Annual N@ked Hustle All Girl Day Party at Magic City on September 4. The page also provides information on ticket purchases for these events.</w:t>
      </w:r>
      <w:r/>
    </w:p>
    <w:p>
      <w:pPr>
        <w:pStyle w:val="ListNumber"/>
        <w:spacing w:line="240" w:lineRule="auto"/>
        <w:ind w:left="720"/>
      </w:pPr>
      <w:r/>
      <w:hyperlink r:id="rId11">
        <w:r>
          <w:rPr>
            <w:color w:val="0000EE"/>
            <w:u w:val="single"/>
          </w:rPr>
          <w:t>https://atlantapride.org/event/atlanta-black-pride-2026/</w:t>
        </w:r>
      </w:hyperlink>
      <w:r>
        <w:t xml:space="preserve"> - This official event page for Atlanta Black Pride 2026 provides an overview of the annual celebration, scheduled from September 2 to 7, 2026. The event aims to celebrate, empower, and advocate for BIPOC LGBTQ+ individuals and families through year-round programming that promotes community leadership, education, healthy living, self-empowerment, economic growth, and political involvement. The page includes contact information and a link to the event website for more details.</w:t>
      </w:r>
      <w:r/>
    </w:p>
    <w:p>
      <w:pPr>
        <w:pStyle w:val="ListNumber"/>
        <w:spacing w:line="240" w:lineRule="auto"/>
        <w:ind w:left="720"/>
      </w:pPr>
      <w:r/>
      <w:hyperlink r:id="rId12">
        <w:r>
          <w:rPr>
            <w:color w:val="0000EE"/>
            <w:u w:val="single"/>
          </w:rPr>
          <w:t>https://www.blackevents.us/blog/atl-black-pride-2026-guide</w:t>
        </w:r>
      </w:hyperlink>
      <w:r>
        <w:t xml:space="preserve"> - This comprehensive guide to Atlanta Black Pride 2026 offers detailed information on the event's schedule, pool parties, hotels, transit options, party circuit, and tips for navigating the four-day weekend. The guide emphasizes the significance of the event, highlighting its growth into the largest Black LGBTQ+ Pride event in the country over the past three decades. It provides insights into the community and party layers of the event, catering to a diverse audience interested in Black LGBTQ+ life.</w:t>
      </w:r>
      <w:r/>
    </w:p>
    <w:p>
      <w:pPr>
        <w:pStyle w:val="ListNumber"/>
        <w:spacing w:line="240" w:lineRule="auto"/>
        <w:ind w:left="720"/>
      </w:pPr>
      <w:r/>
      <w:hyperlink r:id="rId13">
        <w:r>
          <w:rPr>
            <w:color w:val="0000EE"/>
            <w:u w:val="single"/>
          </w:rPr>
          <w:t>https://www.queeratlas.app/atlanta/events/atlanta-black-pride-weekend--869</w:t>
        </w:r>
      </w:hyperlink>
      <w:r>
        <w:t xml:space="preserve"> - This event guide provides detailed information on Atlanta Black Pride Weekend 2026, scheduled from September 3 to 7, 2026. It highlights the event's focus on Black LGBTQ+ visibility, combining nightlife, community programming, and cultural celebrations across multiple venues in Atlanta. The guide offers practical details, including venue addresses and entry requirements, and provides insights into the attendee mix, dress codes, and host and security inclusion. It also offers planning tips for attendees to navigate the multi-venue weekend.</w:t>
      </w:r>
      <w:r/>
    </w:p>
    <w:p>
      <w:pPr>
        <w:pStyle w:val="ListNumber"/>
        <w:spacing w:line="240" w:lineRule="auto"/>
        <w:ind w:left="720"/>
      </w:pPr>
      <w:r/>
      <w:hyperlink r:id="rId15">
        <w:r>
          <w:rPr>
            <w:color w:val="0000EE"/>
            <w:u w:val="single"/>
          </w:rPr>
          <w:t>https://www.gayout.com/usa-canada/united-states/atlanta/mega-events/black-gay-pride-atlanta</w:t>
        </w:r>
      </w:hyperlink>
      <w:r>
        <w:t xml:space="preserve"> - This page provides information on Black Gay Pride Atlanta 2026, scheduled from September 4 to 7, 2026, in Atlanta, United States. It highlights the event as the largest Black gay Pride in the United States, turning Atlanta into the center of Black queer America for a few days every year. The page emphasizes the event's focus on parties, day parties, pool parties, and host-hotel programming, drawing tens of thousands of people from across the country. It also mentions the event's long-standing history and its combination of nightlife, community events, health and wellness programming, and culture.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ughdraftatlanta.com/2026/08/31/atlanta-black-pride-weekend-2026/" TargetMode="External"/><Relationship Id="rId10" Type="http://schemas.openxmlformats.org/officeDocument/2006/relationships/hyperlink" Target="https://www.atlantaprideweekend.com/blank-5-2" TargetMode="External"/><Relationship Id="rId11" Type="http://schemas.openxmlformats.org/officeDocument/2006/relationships/hyperlink" Target="https://atlantapride.org/event/atlanta-black-pride-2026/" TargetMode="External"/><Relationship Id="rId12" Type="http://schemas.openxmlformats.org/officeDocument/2006/relationships/hyperlink" Target="https://www.blackevents.us/blog/atl-black-pride-2026-guide" TargetMode="External"/><Relationship Id="rId13" Type="http://schemas.openxmlformats.org/officeDocument/2006/relationships/hyperlink" Target="https://www.queeratlas.app/atlanta/events/atlanta-black-pride-weekend--869" TargetMode="External"/><Relationship Id="rId14" Type="http://schemas.openxmlformats.org/officeDocument/2006/relationships/hyperlink" Target="https://www.atlantaprideweekend.com/blank-5" TargetMode="External"/><Relationship Id="rId15" Type="http://schemas.openxmlformats.org/officeDocument/2006/relationships/hyperlink" Target="https://www.gayout.com/usa-canada/united-states/atlanta/mega-events/black-gay-pride-atlan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