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Martín Cirio Says He Realised He Was Gay at Eight — What That Moment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celebrity clips have been replaying a gentle confession: influencer Martín Cirio told Virginia Lago on 28 August in Buenos Aires that a childhood kiss at a family party helped him realise he was gay, a small, vivid memory that matters for fans and anyone thinking about identity, fame and growing up in public.</w:t>
      </w:r>
      <w:r/>
    </w:p>
    <w:p>
      <w:r/>
      <w:r>
        <w:t>Essential Takeaways</w:t>
      </w:r>
      <w:r/>
      <w:r/>
    </w:p>
    <w:p>
      <w:pPr>
        <w:pStyle w:val="ListBullet"/>
        <w:spacing w:line="240" w:lineRule="auto"/>
        <w:ind w:left="720"/>
      </w:pPr>
      <w:r/>
      <w:r>
        <w:rPr>
          <w:b/>
        </w:rPr>
        <w:t>Confession:</w:t>
      </w:r>
      <w:r>
        <w:t xml:space="preserve"> Martín Cirio told Virginia Lago he realised he was gay after a first kiss at about eight or nine years old, during family parties known as "asaltos." </w:t>
      </w:r>
      <w:r/>
    </w:p>
    <w:p>
      <w:pPr>
        <w:pStyle w:val="ListBullet"/>
        <w:spacing w:line="240" w:lineRule="auto"/>
        <w:ind w:left="720"/>
      </w:pPr>
      <w:r/>
      <w:r>
        <w:rPr>
          <w:b/>
        </w:rPr>
        <w:t>Tone:</w:t>
      </w:r>
      <w:r>
        <w:t xml:space="preserve"> The exchange was intimate and warm, mixing humour with tenderness as Lago responded supportively. </w:t>
      </w:r>
      <w:r/>
    </w:p>
    <w:p>
      <w:pPr>
        <w:pStyle w:val="ListBullet"/>
        <w:spacing w:line="240" w:lineRule="auto"/>
        <w:ind w:left="720"/>
      </w:pPr>
      <w:r/>
      <w:r>
        <w:rPr>
          <w:b/>
        </w:rPr>
        <w:t>Public life:</w:t>
      </w:r>
      <w:r>
        <w:t xml:space="preserve"> Cirio framed the story amid other comments about betrayal and the pressures of being a public figure. </w:t>
      </w:r>
      <w:r/>
    </w:p>
    <w:p>
      <w:pPr>
        <w:pStyle w:val="ListBullet"/>
        <w:spacing w:line="240" w:lineRule="auto"/>
        <w:ind w:left="720"/>
      </w:pPr>
      <w:r/>
      <w:r>
        <w:rPr>
          <w:b/>
        </w:rPr>
        <w:t>Work note:</w:t>
      </w:r>
      <w:r>
        <w:t xml:space="preserve"> He also discussed his current role on Popstars, saying he acts as a kind of spiritual coach for contestants and has found professional upsides. </w:t>
      </w:r>
      <w:r/>
    </w:p>
    <w:p>
      <w:pPr>
        <w:pStyle w:val="ListBullet"/>
        <w:spacing w:line="240" w:lineRule="auto"/>
        <w:ind w:left="720"/>
      </w:pPr>
      <w:r/>
      <w:r>
        <w:rPr>
          <w:b/>
        </w:rPr>
        <w:t>Feel:</w:t>
      </w:r>
      <w:r>
        <w:t xml:space="preserve"> The anecdote landed as both personal revelation and humanising moment, with fans reacting across social platforms.</w:t>
      </w:r>
      <w:r/>
      <w:r/>
    </w:p>
    <w:p>
      <w:pPr>
        <w:pStyle w:val="Heading2"/>
      </w:pPr>
      <w:r>
        <w:t>A small, decisive memory: the opening line that caught viewers</w:t>
      </w:r>
      <w:r/>
    </w:p>
    <w:p>
      <w:r/>
      <w:r>
        <w:t>Cirio’s confession arrived quietly , not in a staged television reveal but in a conversation with Virginia Lago that felt like two people swapping childhood stories. The sensory detail is simple: a kiss at a lively family gathering, the kind of noisy "asalto" that many Argentinians will picture immediately. That small scene, he said, shifted how he understood himself.</w:t>
      </w:r>
      <w:r/>
    </w:p>
    <w:p>
      <w:r/>
      <w:r>
        <w:t>Reports of the chat spread fast online, with clips and quotes making the rounds. According to local outlets, viewers noted how unusual it felt to see the influencer off-camera and reflective, rather than performing. For readers, it’s a reminder that identity stories often hinge on seemingly ordinary moments.</w:t>
      </w:r>
      <w:r/>
    </w:p>
    <w:p>
      <w:pPr>
        <w:pStyle w:val="Heading2"/>
      </w:pPr>
      <w:r>
        <w:t>Why it matters when public figures talk about identity</w:t>
      </w:r>
      <w:r/>
    </w:p>
    <w:p>
      <w:r/>
      <w:r>
        <w:t>When someone with a big following speaks frankly about discovering their sexuality, it ripples beyond gossip. Fans who grew up with Cirio or know him from Popstars get a glimpse of the person behind the persona, and younger followers may find recognition in his memory. Media coverage framed the exchange as heartfelt rather than sensational, which changed the tone of the conversation around him.</w:t>
      </w:r>
      <w:r/>
    </w:p>
    <w:p>
      <w:r/>
      <w:r>
        <w:t>Industry commentators often say that authenticity builds connection, and moments like this validate that idea. They also make audiences think about the quieter parts of growing up , the first crushes, the awkwardness, the instant when something clicks into place.</w:t>
      </w:r>
      <w:r/>
    </w:p>
    <w:p>
      <w:pPr>
        <w:pStyle w:val="Heading2"/>
      </w:pPr>
      <w:r>
        <w:t>From confession to career: betrayal, resilience and Popstars</w:t>
      </w:r>
      <w:r/>
    </w:p>
    <w:p>
      <w:r/>
      <w:r>
        <w:t>The interview didn’t stop at the childhood memory. Cirio spoke about hard knocks he’s taken in the public eye, using the metaphor of being stabbed in the back to describe betrayals. Yet he balanced that with a lighter note: he’s happy to be talking with Lago and positive about his role on Popstars, where he’s described himself as a kind of spiritual coach to contestants.</w:t>
      </w:r>
      <w:r/>
    </w:p>
    <w:p>
      <w:r/>
      <w:r>
        <w:t>That mix of vulnerability and professional focus is familiar to media figures who turn personal narratives into reputation currency. For viewers, it presents a human arc: setbacks, learning, and reinvention. If you follow reality TV or influencer culture, it’s worth watching how these personal disclosures are folded into on-screen roles.</w:t>
      </w:r>
      <w:r/>
    </w:p>
    <w:p>
      <w:pPr>
        <w:pStyle w:val="Heading2"/>
      </w:pPr>
      <w:r>
        <w:t>How audiences reacted , tenderness, jokes and support</w:t>
      </w:r>
      <w:r/>
    </w:p>
    <w:p>
      <w:r/>
      <w:r>
        <w:t>Social media responses ranged from affectionate to amused. Lago’s reaction , a soft "my love" and a forgiving “tan chiquito” , framed the moment as caring rather than confrontational, and that tone shaped many replies. Some users praised the honesty, others shared their own early memories, and some treated Cirio’s blend of humour and candour as classic influencer material.</w:t>
      </w:r>
      <w:r/>
    </w:p>
    <w:p>
      <w:r/>
      <w:r>
        <w:t>Public reactions like these show that candid storytelling can humanise someone who usually lives in clips and headlines. They also highlight how supportive responses from peers, especially established figures, can steer conversations away from mockery and toward empathy.</w:t>
      </w:r>
      <w:r/>
    </w:p>
    <w:p>
      <w:pPr>
        <w:pStyle w:val="Heading2"/>
      </w:pPr>
      <w:r>
        <w:t>What this tells us about identity, in plain terms</w:t>
      </w:r>
      <w:r/>
    </w:p>
    <w:p>
      <w:r/>
      <w:r>
        <w:t>Identity often reveals itself in small, sensory moments rather than grand declarations. Cirio’s anecdote is a textbook example: an ordinary kiss at a family party, remembered vividly, becomes a pivot point. For anyone sorting their own feelings, the takeaway is practical , early moments can matter, but they don’t have to define the whole story.</w:t>
      </w:r>
      <w:r/>
    </w:p>
    <w:p>
      <w:r/>
      <w:r>
        <w:t>If you’re curious about this topic, look for honest conversations rather than declarations that aim for drama. And if you’re supporting someone who’s figuring things out, a gentle question or a simple "I’m here" can mean more than you think.</w:t>
      </w:r>
      <w:r/>
    </w:p>
    <w:p>
      <w:r/>
      <w:r>
        <w:t>It's a small change in the narrative, but it gives a fuller picture of a public figure we thought we already knew.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https://elintransigente.com/2026/08/martin-cirio-confesion-virginia-lago/</w:t>
        </w:r>
      </w:hyperlink>
      <w:r>
        <w:t xml:space="preserve"> - Please view link - unable to able to access data</w:t>
      </w:r>
      <w:r/>
    </w:p>
    <w:p>
      <w:pPr>
        <w:pStyle w:val="ListNumber"/>
        <w:spacing w:line="240" w:lineRule="auto"/>
        <w:ind w:left="720"/>
      </w:pPr>
      <w:r/>
      <w:hyperlink r:id="rId10">
        <w:r>
          <w:rPr>
            <w:color w:val="0000EE"/>
            <w:u w:val="single"/>
          </w:rPr>
          <w:t>https://www.haceinstantes.com/noticias/2026/08/28/212561-martin-cirio-conto-como-descubrio-que-era-gay-durante-una-charla-con-virginia-lago</w:t>
        </w:r>
      </w:hyperlink>
      <w:r>
        <w:t xml:space="preserve"> - In an interview with Virginia Lago on August 28, 2026, Martín Cirio revealed that he discovered his sexual orientation at the age of eight or nine during family gatherings known as 'asaltos'. He recounted his first kiss with a girl at one of these events, leading him to realise he was gay. The conversation also touched upon personal experiences with betrayal and his current role as a spiritual coach on the television show 'Popstars'. (</w:t>
      </w:r>
      <w:hyperlink r:id="rId15">
        <w:r>
          <w:rPr>
            <w:color w:val="0000EE"/>
            <w:u w:val="single"/>
          </w:rPr>
          <w:t>haceinstantes.com</w:t>
        </w:r>
      </w:hyperlink>
      <w:r>
        <w:t>)</w:t>
      </w:r>
      <w:r/>
    </w:p>
    <w:p>
      <w:pPr>
        <w:pStyle w:val="ListNumber"/>
        <w:spacing w:line="240" w:lineRule="auto"/>
        <w:ind w:left="720"/>
      </w:pPr>
      <w:r/>
      <w:hyperlink r:id="rId12">
        <w:r>
          <w:rPr>
            <w:color w:val="0000EE"/>
            <w:u w:val="single"/>
          </w:rPr>
          <w:t>https://www.damenoticias.com/nota/652041-martin-cirio-recordo-una-experiencia-de-su-infancia-que-marco-su-identidad-sexual</w:t>
        </w:r>
      </w:hyperlink>
      <w:r>
        <w:t xml:space="preserve"> - During a discussion with Virginia Lago, Martín Cirio shared a childhood memory that influenced his sexual identity. He mentioned attending family gatherings called 'asaltos' where he had his first romantic encounter with a girl at the age of eight or nine. This experience led him to realise he was gay. The conversation also delved into topics of betrayal and his current involvement as a spiritual coach on 'Popstars'. (</w:t>
      </w:r>
      <w:hyperlink r:id="rId16">
        <w:r>
          <w:rPr>
            <w:color w:val="0000EE"/>
            <w:u w:val="single"/>
          </w:rPr>
          <w:t>damenoticias.com</w:t>
        </w:r>
      </w:hyperlink>
      <w:r>
        <w:t>)</w:t>
      </w:r>
      <w:r/>
    </w:p>
    <w:p>
      <w:pPr>
        <w:pStyle w:val="ListNumber"/>
        <w:spacing w:line="240" w:lineRule="auto"/>
        <w:ind w:left="720"/>
      </w:pPr>
      <w:r/>
      <w:hyperlink r:id="rId11">
        <w:r>
          <w:rPr>
            <w:color w:val="0000EE"/>
            <w:u w:val="single"/>
          </w:rPr>
          <w:t>https://www.infobae.com/teleshow/2026/08/28/martin-cirio-le-revelo-a-virginia-lago-como-descubrio-que-era-gay-tenia-ocho-anos/</w:t>
        </w:r>
      </w:hyperlink>
      <w:r>
        <w:t xml:space="preserve"> - In an interview with Virginia Lago, Martín Cirio disclosed that he realised he was gay at the age of eight or nine during family events known as 'asaltos'. He recounted his first kiss with a girl at one of these gatherings, which led him to this realisation. The conversation also covered topics such as personal betrayals and his current role as a spiritual coach on 'Popstars'. (</w:t>
      </w:r>
      <w:hyperlink r:id="rId17">
        <w:r>
          <w:rPr>
            <w:color w:val="0000EE"/>
            <w:u w:val="single"/>
          </w:rPr>
          <w:t>infobae.com</w:t>
        </w:r>
      </w:hyperlink>
      <w:r>
        <w:t>)</w:t>
      </w:r>
      <w:r/>
    </w:p>
    <w:p>
      <w:pPr>
        <w:pStyle w:val="ListNumber"/>
        <w:spacing w:line="240" w:lineRule="auto"/>
        <w:ind w:left="720"/>
      </w:pPr>
      <w:r/>
      <w:hyperlink r:id="rId13">
        <w:r>
          <w:rPr>
            <w:color w:val="0000EE"/>
            <w:u w:val="single"/>
          </w:rPr>
          <w:t>https://viapais.com.ar/entretenimiento/martin-cirio-revelo-virginia-lago-cuando-se-dio-cuenta-que-era-gay-chiquito/</w:t>
        </w:r>
      </w:hyperlink>
      <w:r>
        <w:t xml:space="preserve"> - Martín Cirio shared with Virginia Lago that he realised he was gay at the age of eight or nine during family gatherings called 'asaltos'. He recounted his first kiss with a girl at one of these events, leading to this realisation. The discussion also touched upon personal experiences with betrayal and his current role as a spiritual coach on 'Popstars'. (</w:t>
      </w:r>
      <w:hyperlink r:id="rId18">
        <w:r>
          <w:rPr>
            <w:color w:val="0000EE"/>
            <w:u w:val="single"/>
          </w:rPr>
          <w:t>viapais.com.ar</w:t>
        </w:r>
      </w:hyperlink>
      <w:r>
        <w:t>)</w:t>
      </w:r>
      <w:r/>
    </w:p>
    <w:p>
      <w:pPr>
        <w:pStyle w:val="ListNumber"/>
        <w:spacing w:line="240" w:lineRule="auto"/>
        <w:ind w:left="720"/>
      </w:pPr>
      <w:r/>
      <w:hyperlink r:id="rId14">
        <w:r>
          <w:rPr>
            <w:color w:val="0000EE"/>
            <w:u w:val="single"/>
          </w:rPr>
          <w:t>https://www.mitelefe.com/popstars/noticias/no-hay-que-rendirse-martin-cirio-tuvo-revancha-en-popstars-tras-25-anos-pid2563869</w:t>
        </w:r>
      </w:hyperlink>
      <w:r>
        <w:t xml:space="preserve"> - After 25 years, Martín Cirio returned to 'Popstars' as a spiritual coach for the participants. He recalled his previous audition for the show in 2002, where he was not selected. This time, he expressed his excitement about the opportunity and his role in guiding the contestants. (</w:t>
      </w:r>
      <w:hyperlink r:id="rId19">
        <w:r>
          <w:rPr>
            <w:color w:val="0000EE"/>
            <w:u w:val="single"/>
          </w:rPr>
          <w:t>mitelefe.com</w:t>
        </w:r>
      </w:hyperlink>
      <w:r>
        <w:t>)</w:t>
      </w:r>
      <w:r/>
    </w:p>
    <w:p>
      <w:pPr>
        <w:pStyle w:val="ListNumber"/>
        <w:spacing w:line="240" w:lineRule="auto"/>
        <w:ind w:left="720"/>
      </w:pPr>
      <w:r/>
      <w:hyperlink r:id="rId20">
        <w:r>
          <w:rPr>
            <w:color w:val="0000EE"/>
            <w:u w:val="single"/>
          </w:rPr>
          <w:t>https://es.wikipedia.org/wiki/Mart%C3%ADn_Cirio</w:t>
        </w:r>
      </w:hyperlink>
      <w:r>
        <w:t xml:space="preserve"> - Martín Cirio is an Argentine influencer and content creator known for his candid discussions on various topics, including his personal experiences and professional journey. He gained prominence through his participation in 'Popstars' and has since been involved in various media projects. (</w:t>
      </w:r>
      <w:hyperlink r:id="rId21">
        <w:r>
          <w:rPr>
            <w:color w:val="0000EE"/>
            <w:u w:val="single"/>
          </w:rPr>
          <w:t>es.wikipedia.org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lintransigente.com/2026/08/martin-cirio-confesion-virginia-lago/" TargetMode="External"/><Relationship Id="rId10" Type="http://schemas.openxmlformats.org/officeDocument/2006/relationships/hyperlink" Target="https://www.haceinstantes.com/noticias/2026/08/28/212561-martin-cirio-conto-como-descubrio-que-era-gay-durante-una-charla-con-virginia-lago" TargetMode="External"/><Relationship Id="rId11" Type="http://schemas.openxmlformats.org/officeDocument/2006/relationships/hyperlink" Target="https://www.infobae.com/teleshow/2026/08/28/martin-cirio-le-revelo-a-virginia-lago-como-descubrio-que-era-gay-tenia-ocho-anos/" TargetMode="External"/><Relationship Id="rId12" Type="http://schemas.openxmlformats.org/officeDocument/2006/relationships/hyperlink" Target="https://www.damenoticias.com/nota/652041-martin-cirio-recordo-una-experiencia-de-su-infancia-que-marco-su-identidad-sexual" TargetMode="External"/><Relationship Id="rId13" Type="http://schemas.openxmlformats.org/officeDocument/2006/relationships/hyperlink" Target="https://viapais.com.ar/entretenimiento/martin-cirio-revelo-virginia-lago-cuando-se-dio-cuenta-que-era-gay-chiquito/" TargetMode="External"/><Relationship Id="rId14" Type="http://schemas.openxmlformats.org/officeDocument/2006/relationships/hyperlink" Target="https://www.mitelefe.com/popstars/noticias/no-hay-que-rendirse-martin-cirio-tuvo-revancha-en-popstars-tras-25-anos-pid2563869" TargetMode="External"/><Relationship Id="rId15" Type="http://schemas.openxmlformats.org/officeDocument/2006/relationships/hyperlink" Target="https://www.haceinstantes.com/noticias/2026/08/28/212561-martin-cirio-conto-como-descubrio-que-era-gay-durante-una-charla-con-virginia-lago?utm_source=openai" TargetMode="External"/><Relationship Id="rId16" Type="http://schemas.openxmlformats.org/officeDocument/2006/relationships/hyperlink" Target="https://www.damenoticias.com/nota/652041-martin-cirio-recordo-una-experiencia-de-su-infancia-que-marco-su-identidad-sexual?utm_source=openai" TargetMode="External"/><Relationship Id="rId17" Type="http://schemas.openxmlformats.org/officeDocument/2006/relationships/hyperlink" Target="https://www.infobae.com/teleshow/2026/08/28/martin-cirio-le-revelo-a-virginia-lago-como-descubrio-que-era-gay-tenia-ocho-anos/?utm_source=openai" TargetMode="External"/><Relationship Id="rId18" Type="http://schemas.openxmlformats.org/officeDocument/2006/relationships/hyperlink" Target="https://viapais.com.ar/entretenimiento/martin-cirio-revelo-virginia-lago-dio-cuenta-gay-chiquito_0_pZvP1XYKIg.html?utm_source=openai" TargetMode="External"/><Relationship Id="rId19" Type="http://schemas.openxmlformats.org/officeDocument/2006/relationships/hyperlink" Target="https://www.mitelefe.com/popstars/noticias/no-hay-que-rendirse-martin-cirio-tuvo-revancha-en-popstars-tras-25-anos-pid2563869?utm_source=openai" TargetMode="External"/><Relationship Id="rId20" Type="http://schemas.openxmlformats.org/officeDocument/2006/relationships/hyperlink" Target="https://es.wikipedia.org/wiki/Mart%C3%ADn_Cirio" TargetMode="External"/><Relationship Id="rId21" Type="http://schemas.openxmlformats.org/officeDocument/2006/relationships/hyperlink" Target="https://es.wikipedia.org/wiki/Mart%C3%ADn_Ciri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