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Tip Toe UK Series Guide: Why Russell T Davies’ New Drama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flocking to Russell T Davies’ Tip Toe, a tense five-part Channel 4 drama that pins current UK anti-queer anxieties to a tight, thriller-led neighbourhood story, and it matters because it turns everyday fear into a vivid, uncomfortable mirror of now.</w:t>
      </w:r>
      <w:r/>
    </w:p>
    <w:p>
      <w:r/>
      <w:r>
        <w:t>Essential Takeaways</w:t>
      </w:r>
      <w:r/>
      <w:r/>
    </w:p>
    <w:p>
      <w:pPr>
        <w:pStyle w:val="ListBullet"/>
        <w:spacing w:line="240" w:lineRule="auto"/>
        <w:ind w:left="720"/>
      </w:pPr>
      <w:r/>
      <w:r>
        <w:rPr>
          <w:b/>
        </w:rPr>
        <w:t>Format and tone:</w:t>
      </w:r>
      <w:r>
        <w:t xml:space="preserve"> Five episodes, about 50 minutes each, blending thriller beats with social realist drama and an unsettling atmosphere.</w:t>
      </w:r>
      <w:r/>
    </w:p>
    <w:p>
      <w:pPr>
        <w:pStyle w:val="ListBullet"/>
        <w:spacing w:line="240" w:lineRule="auto"/>
        <w:ind w:left="720"/>
      </w:pPr>
      <w:r/>
      <w:r>
        <w:rPr>
          <w:b/>
        </w:rPr>
        <w:t>Setting:</w:t>
      </w:r>
      <w:r>
        <w:t xml:space="preserve"> Present-day Manchester, with claustrophobic neighbour tensions that feel immediate and noisy.</w:t>
      </w:r>
      <w:r/>
    </w:p>
    <w:p>
      <w:pPr>
        <w:pStyle w:val="ListBullet"/>
        <w:spacing w:line="240" w:lineRule="auto"/>
        <w:ind w:left="720"/>
      </w:pPr>
      <w:r/>
      <w:r>
        <w:rPr>
          <w:b/>
        </w:rPr>
        <w:t>Central conflict:</w:t>
      </w:r>
      <w:r>
        <w:t xml:space="preserve"> An unlikely, chilly bond between older bar owner Leo and his volatile neighbour Clive escalates after a teenager’s coming out.</w:t>
      </w:r>
      <w:r/>
    </w:p>
    <w:p>
      <w:pPr>
        <w:pStyle w:val="ListBullet"/>
        <w:spacing w:line="240" w:lineRule="auto"/>
        <w:ind w:left="720"/>
      </w:pPr>
      <w:r/>
      <w:r>
        <w:rPr>
          <w:b/>
        </w:rPr>
        <w:t>Performance highlight:</w:t>
      </w:r>
      <w:r>
        <w:t xml:space="preserve"> Alan Cumming anchors the show with warmth and steel; the actor playing Clive gives a complex, combustible turn.</w:t>
      </w:r>
      <w:r/>
    </w:p>
    <w:p>
      <w:pPr>
        <w:pStyle w:val="ListBullet"/>
        <w:spacing w:line="240" w:lineRule="auto"/>
        <w:ind w:left="720"/>
      </w:pPr>
      <w:r/>
      <w:r>
        <w:rPr>
          <w:b/>
        </w:rPr>
        <w:t>Why watch:</w:t>
      </w:r>
      <w:r>
        <w:t xml:space="preserve"> It’s provocative rather than cosy, with clear warnings about how prejudice hardens into violence and community erosion.</w:t>
      </w:r>
      <w:r/>
      <w:r/>
    </w:p>
    <w:p>
      <w:pPr>
        <w:pStyle w:val="Heading2"/>
      </w:pPr>
      <w:r>
        <w:t>Opening hook: A drama that feels wired to the present moment</w:t>
      </w:r>
      <w:r/>
    </w:p>
    <w:p>
      <w:r/>
      <w:r>
        <w:t>Tip Toe lands like a punch because it taps into the fear many queer people say they feel right now , the small, daily calculations and the sudden need to “tip toe” instead of walking in proudly. According to reviews and listings, the series runs five tightly written episodes and deliberately mixes the language of thrillers with social commentary to create that unnerving pulse. The result is less comfort-watch, more jolting reminder: safety can be fragile.</w:t>
      </w:r>
      <w:r/>
    </w:p>
    <w:p>
      <w:pPr>
        <w:pStyle w:val="Heading2"/>
      </w:pPr>
      <w:r>
        <w:t>How the story is built: Neighbours, secrets and a shared wall</w:t>
      </w:r>
      <w:r/>
    </w:p>
    <w:p>
      <w:r/>
      <w:r>
        <w:t>Set in Manchester, the plot sets two households opposite each other , an older queer bar owner adjusting to single life, and a working-class family bristling with resentments, infidelities and a closeted teen. Small incidents , a locked door, a spare key, moments of generosity , snowball into something far bigger. Writers use domestic detail to make the drama feel immediate; you can almost hear the arguments through the wall. If you’re choosing whether to dive in, expect pressure-cooker intimacy rather than a sprawling ensemble.</w:t>
      </w:r>
      <w:r/>
    </w:p>
    <w:p>
      <w:pPr>
        <w:pStyle w:val="Heading2"/>
      </w:pPr>
      <w:r>
        <w:t>Characters and performances: Compassion meets rage</w:t>
      </w:r>
      <w:r/>
    </w:p>
    <w:p>
      <w:r/>
      <w:r>
        <w:t>Alan Cumming’s performance as Leo is widely praised for mixing humour, patience and pain, while Clive is drawn as a man trapped between anger and vulnerability. The show resists making the antagonist cartoonish; instead it interrogates how resentment and radicalisation take root. That means audience sympathy is complicated , you’ll find yourself uncomfortable in very deliberate ways, and that’s the point.</w:t>
      </w:r>
      <w:r/>
    </w:p>
    <w:p>
      <w:pPr>
        <w:pStyle w:val="Heading2"/>
      </w:pPr>
      <w:r>
        <w:t>Themes and why they matter: From online rumours to real-world harm</w:t>
      </w:r>
      <w:r/>
    </w:p>
    <w:p>
      <w:r/>
      <w:r>
        <w:t>The series tracks how words, social media and groupthink can turn into violence. Through secondary characters and barroom conversations we see older queer voices warning that rights are not permanently secured. The drama reads as a cautionary tale about complacency, showing how hate can be normalised quickly if communities don’t keep speaking up and protecting one another. It’s political without being didactic; it wants you unsettled and thinking.</w:t>
      </w:r>
      <w:r/>
    </w:p>
    <w:p>
      <w:pPr>
        <w:pStyle w:val="Heading2"/>
      </w:pPr>
      <w:r>
        <w:t>How it compares and where to watch</w:t>
      </w:r>
      <w:r/>
    </w:p>
    <w:p>
      <w:r/>
      <w:r>
        <w:t>Tip Toe sits alongside Russell T Davies’ recent high-profile projects in tone and ambition, but leans darker and closer to a contemporary boil-over than nostalgic callbacks. Channel 4 picked it up and partnered with major distributors, so availability is broad in the UK and beyond. If you liked tense, character-driven pieces that double as social critique, this is one to bookmark.</w:t>
      </w:r>
      <w:r/>
    </w:p>
    <w:p>
      <w:r/>
      <w:r>
        <w:t>It's a small, sharp drama that asks uncomfortable questions , and it might make you look at your neighbours differently.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https://www.thegayreels.com/2026/08/tip-toe-uk-series.html</w:t>
        </w:r>
      </w:hyperlink>
      <w:r>
        <w:t xml:space="preserve"> - Please view link - unable to able to access data</w:t>
      </w:r>
      <w:r/>
    </w:p>
    <w:p>
      <w:pPr>
        <w:pStyle w:val="ListNumber"/>
        <w:spacing w:line="240" w:lineRule="auto"/>
        <w:ind w:left="720"/>
      </w:pPr>
      <w:r/>
      <w:hyperlink r:id="rId10">
        <w:r>
          <w:rPr>
            <w:color w:val="0000EE"/>
            <w:u w:val="single"/>
          </w:rPr>
          <w:t>https://www.theupcoming.co.uk/2026/05/31/tip-toe-show-review/</w:t>
        </w:r>
      </w:hyperlink>
      <w:r>
        <w:t xml:space="preserve"> - This review of 'Tip Toe' highlights the series' exploration of social anxieties polarising modern society, including themes like homophobia, toxic masculinity, queer rights, and trans acceptance. The five-part series delves into these issues, delivering an engaging and thought-provoking narrative. (</w:t>
      </w:r>
      <w:hyperlink r:id="rId16">
        <w:r>
          <w:rPr>
            <w:color w:val="0000EE"/>
            <w:u w:val="single"/>
          </w:rPr>
          <w:t>theupcoming.co.uk</w:t>
        </w:r>
      </w:hyperlink>
      <w:r>
        <w:t>)</w:t>
      </w:r>
      <w:r/>
    </w:p>
    <w:p>
      <w:pPr>
        <w:pStyle w:val="ListNumber"/>
        <w:spacing w:line="240" w:lineRule="auto"/>
        <w:ind w:left="720"/>
      </w:pPr>
      <w:r/>
      <w:hyperlink r:id="rId13">
        <w:r>
          <w:rPr>
            <w:color w:val="0000EE"/>
            <w:u w:val="single"/>
          </w:rPr>
          <w:t>https://www.rottentomatoes.com/tv/tip_toe</w:t>
        </w:r>
      </w:hyperlink>
      <w:r>
        <w:t xml:space="preserve"> - 'Tip Toe' has received critical acclaim, holding a 93% rating on the Tomatometer and an 81% audience score on Rotten Tomatoes. The series follows neighbours Leo and Clive in Manchester, whose relationship becomes fraught with lies and violence after Leo gives Clive his spare key. (</w:t>
      </w:r>
      <w:hyperlink r:id="rId17">
        <w:r>
          <w:rPr>
            <w:color w:val="0000EE"/>
            <w:u w:val="single"/>
          </w:rPr>
          <w:t>rottentomatoes.com</w:t>
        </w:r>
      </w:hyperlink>
      <w:r>
        <w:t>)</w:t>
      </w:r>
      <w:r/>
    </w:p>
    <w:p>
      <w:pPr>
        <w:pStyle w:val="ListNumber"/>
        <w:spacing w:line="240" w:lineRule="auto"/>
        <w:ind w:left="720"/>
      </w:pPr>
      <w:r/>
      <w:hyperlink r:id="rId15">
        <w:r>
          <w:rPr>
            <w:color w:val="0000EE"/>
            <w:u w:val="single"/>
          </w:rPr>
          <w:t>https://www.itv.com/presscentre/media-releases/warner-bros-discovery-acquires-landmark-russell-t-davies-quay-street-productions</w:t>
        </w:r>
      </w:hyperlink>
      <w:r>
        <w:t xml:space="preserve"> - Warner Bros. Discovery has acquired 'Tip Toe' for HBO Max Europe, bringing the series to 14 countries, including the UK. The drama, written by Russell T Davies, is set to air on Channel 4 in the UK. (</w:t>
      </w:r>
      <w:hyperlink r:id="rId18">
        <w:r>
          <w:rPr>
            <w:color w:val="0000EE"/>
            <w:u w:val="single"/>
          </w:rPr>
          <w:t>itv.com</w:t>
        </w:r>
      </w:hyperlink>
      <w:r>
        <w:t>)</w:t>
      </w:r>
      <w:r/>
    </w:p>
    <w:p>
      <w:pPr>
        <w:pStyle w:val="ListNumber"/>
        <w:spacing w:line="240" w:lineRule="auto"/>
        <w:ind w:left="720"/>
      </w:pPr>
      <w:r/>
      <w:hyperlink r:id="rId12">
        <w:r>
          <w:rPr>
            <w:color w:val="0000EE"/>
            <w:u w:val="single"/>
          </w:rPr>
          <w:t>https://www.whattowatch.com/watching-guides/tip-toe-everything-we-know-about-the-russell-t-davies-drama</w:t>
        </w:r>
      </w:hyperlink>
      <w:r>
        <w:t xml:space="preserve"> - 'Tip Toe' is an upcoming thriller drama series by Russell T Davies, set in Manchester's Canal Street. The plot focuses on two next-door neighbours, Leo and Clive, whose relationship deteriorates as societal pressures mount, reflecting the resurgence of old prejudices and threats. (</w:t>
      </w:r>
      <w:hyperlink r:id="rId19">
        <w:r>
          <w:rPr>
            <w:color w:val="0000EE"/>
            <w:u w:val="single"/>
          </w:rPr>
          <w:t>whattowatch.com</w:t>
        </w:r>
      </w:hyperlink>
      <w:r>
        <w:t>)</w:t>
      </w:r>
      <w:r/>
    </w:p>
    <w:p>
      <w:pPr>
        <w:pStyle w:val="ListNumber"/>
        <w:spacing w:line="240" w:lineRule="auto"/>
        <w:ind w:left="720"/>
      </w:pPr>
      <w:r/>
      <w:hyperlink r:id="rId11">
        <w:r>
          <w:rPr>
            <w:color w:val="0000EE"/>
            <w:u w:val="single"/>
          </w:rPr>
          <w:t>https://www.techradar.com/streaming/entertainment/tip-toe-channel-4-russell-t-davies-queer-as-folk-years-and-years</w:t>
        </w:r>
      </w:hyperlink>
      <w:r>
        <w:t xml:space="preserve"> - 'Tip Toe' is a new Channel 4 drama created by Russell T Davies, confronting rising societal prejudices through a gripping storyline. Set in Manchester, the series depicts the conflict between Leo, a gay bar owner, and Clive, a conservative electrician, as modern-day radicalization seeps into their community and escalates into violence. (</w:t>
      </w:r>
      <w:hyperlink r:id="rId20">
        <w:r>
          <w:rPr>
            <w:color w:val="0000EE"/>
            <w:u w:val="single"/>
          </w:rPr>
          <w:t>techradar.com</w:t>
        </w:r>
      </w:hyperlink>
      <w:r>
        <w:t>)</w:t>
      </w:r>
      <w:r/>
    </w:p>
    <w:p>
      <w:pPr>
        <w:pStyle w:val="ListNumber"/>
        <w:spacing w:line="240" w:lineRule="auto"/>
        <w:ind w:left="720"/>
      </w:pPr>
      <w:r/>
      <w:hyperlink r:id="rId14">
        <w:r>
          <w:rPr>
            <w:color w:val="0000EE"/>
            <w:u w:val="single"/>
          </w:rPr>
          <w:t>https://www.aftonbladet.se/nojesbladet/tv/a/gkJLd9/andreas-hansson-tip-toe-av-russell-t-davies-visar-upp-hatet</w:t>
        </w:r>
      </w:hyperlink>
      <w:r>
        <w:t xml:space="preserve"> - This article discusses the increasing hatred and violence against LGBTQ+ individuals, highlighting how 'Tip Toe' by Russell T Davies portrays these issues. The series begins with a dramatic execution, setting the tone for a narrative where both friends and foes of LGBTQ+ individuals reveal their less flattering sides. (</w:t>
      </w:r>
      <w:hyperlink r:id="rId21">
        <w:r>
          <w:rPr>
            <w:color w:val="0000EE"/>
            <w:u w:val="single"/>
          </w:rPr>
          <w:t>aftonbladet.se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ayreels.com/2026/08/tip-toe-uk-series.html" TargetMode="External"/><Relationship Id="rId10" Type="http://schemas.openxmlformats.org/officeDocument/2006/relationships/hyperlink" Target="https://www.theupcoming.co.uk/2026/05/31/tip-toe-show-review/" TargetMode="External"/><Relationship Id="rId11" Type="http://schemas.openxmlformats.org/officeDocument/2006/relationships/hyperlink" Target="https://www.techradar.com/streaming/entertainment/tip-toe-channel-4-russell-t-davies-queer-as-folk-years-and-years" TargetMode="External"/><Relationship Id="rId12" Type="http://schemas.openxmlformats.org/officeDocument/2006/relationships/hyperlink" Target="https://www.whattowatch.com/watching-guides/tip-toe-everything-we-know-about-the-russell-t-davies-drama" TargetMode="External"/><Relationship Id="rId13" Type="http://schemas.openxmlformats.org/officeDocument/2006/relationships/hyperlink" Target="https://www.rottentomatoes.com/tv/tip_toe" TargetMode="External"/><Relationship Id="rId14" Type="http://schemas.openxmlformats.org/officeDocument/2006/relationships/hyperlink" Target="https://www.aftonbladet.se/nojesbladet/tv/a/gkJLd9/andreas-hansson-tip-toe-av-russell-t-davies-visar-upp-hatet" TargetMode="External"/><Relationship Id="rId15" Type="http://schemas.openxmlformats.org/officeDocument/2006/relationships/hyperlink" Target="https://www.itv.com/presscentre/media-releases/warner-bros-discovery-acquires-landmark-russell-t-davies-quay-street-productions" TargetMode="External"/><Relationship Id="rId16" Type="http://schemas.openxmlformats.org/officeDocument/2006/relationships/hyperlink" Target="https://www.theupcoming.co.uk/2026/05/31/tip-toe-show-review/?utm_source=openai" TargetMode="External"/><Relationship Id="rId17" Type="http://schemas.openxmlformats.org/officeDocument/2006/relationships/hyperlink" Target="https://www.rottentomatoes.com/tv/tip_toe?utm_source=openai" TargetMode="External"/><Relationship Id="rId18" Type="http://schemas.openxmlformats.org/officeDocument/2006/relationships/hyperlink" Target="https://www.itv.com/presscentre/media-releases/warner-bros-discovery-acquires-landmark-russell-t-davies-quay-street-productions?utm_source=openai" TargetMode="External"/><Relationship Id="rId19" Type="http://schemas.openxmlformats.org/officeDocument/2006/relationships/hyperlink" Target="https://www.whattowatch.com/watching-guides/tip-toe-everything-we-know-about-the-russell-t-davies-drama?utm_source=openai" TargetMode="External"/><Relationship Id="rId20" Type="http://schemas.openxmlformats.org/officeDocument/2006/relationships/hyperlink" Target="https://www.techradar.com/streaming/entertainment/tip-toe-channel-4-russell-t-davies-queer-as-folk-years-and-years?utm_source=openai" TargetMode="External"/><Relationship Id="rId21" Type="http://schemas.openxmlformats.org/officeDocument/2006/relationships/hyperlink" Target="https://www.aftonbladet.se/nojesbladet/tv/a/gkJLd9/andreas-hansson-tip-toe-av-russell-t-davies-visar-upp-hate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