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Lesbian Space Princess Backlash and What It Means for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online have turned a polarising new animated sci‑fi into a culture war touchstone, with fans and critics arguing the film confuses smug satire for genuine representation , and why that misfire matters for future queer storytelling.</w:t>
      </w:r>
      <w:r/>
    </w:p>
    <w:p>
      <w:r/>
      <w:r>
        <w:t>Essential Takeaways</w:t>
      </w:r>
      <w:r/>
      <w:r/>
    </w:p>
    <w:p>
      <w:pPr>
        <w:pStyle w:val="ListBullet"/>
        <w:spacing w:line="240" w:lineRule="auto"/>
        <w:ind w:left="720"/>
      </w:pPr>
      <w:r/>
      <w:r>
        <w:rPr>
          <w:b/>
        </w:rPr>
        <w:t>Broad backlash:</w:t>
      </w:r>
      <w:r>
        <w:t xml:space="preserve"> Fans across multiple communities called out the film for leaning on broad caricatures instead of nuanced humour and plot.</w:t>
      </w:r>
      <w:r/>
    </w:p>
    <w:p>
      <w:pPr>
        <w:pStyle w:val="ListBullet"/>
        <w:spacing w:line="240" w:lineRule="auto"/>
        <w:ind w:left="720"/>
      </w:pPr>
      <w:r/>
      <w:r>
        <w:rPr>
          <w:b/>
        </w:rPr>
        <w:t>Stereotype fatigue:</w:t>
      </w:r>
      <w:r>
        <w:t xml:space="preserve"> Many viewers say the film trades real character detail for easy jokes at the expense of straight white men, which feels lazy rather than brave.</w:t>
      </w:r>
      <w:r/>
    </w:p>
    <w:p>
      <w:pPr>
        <w:pStyle w:val="ListBullet"/>
        <w:spacing w:line="240" w:lineRule="auto"/>
        <w:ind w:left="720"/>
      </w:pPr>
      <w:r/>
      <w:r>
        <w:rPr>
          <w:b/>
        </w:rPr>
        <w:t>Representation complaint:</w:t>
      </w:r>
      <w:r>
        <w:t xml:space="preserve"> Ordinary gay viewers report the characters don’t reflect lived experience and read like ideological checkboxes.</w:t>
      </w:r>
      <w:r/>
    </w:p>
    <w:p>
      <w:pPr>
        <w:pStyle w:val="ListBullet"/>
        <w:spacing w:line="240" w:lineRule="auto"/>
        <w:ind w:left="720"/>
      </w:pPr>
      <w:r/>
      <w:r>
        <w:rPr>
          <w:b/>
        </w:rPr>
        <w:t>Commercial lesson:</w:t>
      </w:r>
      <w:r>
        <w:t xml:space="preserve"> Audiences appear willing to back diverse stories, but only when craft and authenticity come first; mockery alone won’t sustain interest.</w:t>
      </w:r>
      <w:r/>
    </w:p>
    <w:p>
      <w:pPr>
        <w:pStyle w:val="ListBullet"/>
        <w:spacing w:line="240" w:lineRule="auto"/>
        <w:ind w:left="720"/>
      </w:pPr>
      <w:r/>
      <w:r>
        <w:rPr>
          <w:b/>
        </w:rPr>
        <w:t>Emotional tone:</w:t>
      </w:r>
      <w:r>
        <w:t xml:space="preserve"> Reactions mixed from amusement to exasperation , people find it funny in meme form but unsatisfying as narrative.</w:t>
      </w:r>
      <w:r/>
      <w:r/>
    </w:p>
    <w:p>
      <w:pPr>
        <w:pStyle w:val="Heading2"/>
      </w:pPr>
      <w:r>
        <w:t>Why the uproar felt different this time</w:t>
      </w:r>
      <w:r/>
    </w:p>
    <w:p>
      <w:r/>
      <w:r>
        <w:t>The noise around this animated sci‑fi landed louder than the usual online fuss because it united unexpected corners of fandom. Instead of niche grumbling, communities that normally champion queer visibility and those wary of overt messaging both flagged the same problems, creating a rare viral consensus. The reaction has a slightly bitter, amused quality , think eye‑rolls and memes as much as takedown threads , and that tells us viewers aren’t just annoyed, they’re disappointed.</w:t>
      </w:r>
      <w:r/>
    </w:p>
    <w:p>
      <w:r/>
      <w:r>
        <w:t>Context helps here. Longstanding internet subcultures are adept at turning cultural moments into shorthand jokes, and when a piece of entertainment hands them easy targets , flat villains, blunt satire , it becomes meme fuel fast. That viral life doesn’t translate to goodwill for the film itself.</w:t>
      </w:r>
      <w:r/>
    </w:p>
    <w:p>
      <w:pPr>
        <w:pStyle w:val="Heading2"/>
      </w:pPr>
      <w:r>
        <w:t>When satire punches down, audiences notice</w:t>
      </w:r>
      <w:r/>
    </w:p>
    <w:p>
      <w:r/>
      <w:r>
        <w:t>Satire works best when it punches up or holds a mirror to everyone, not when it reduces whole groups to a running gag. Critics and audience threads pointed out that the straight white male characters were often treated as lazy comic fodder rather than rounded people. That decision shrinks dramatic stakes and makes the universe feel smaller, which is a problem in a genre that should build imaginative worlds.</w:t>
      </w:r>
      <w:r/>
    </w:p>
    <w:p>
      <w:r/>
      <w:r>
        <w:t>If you’re wondering why that choice matters commercially, consider this: viewers will forgive a lot for clever writing and emotional truth. They’re less forgiving when a film seems to substitute ideology for craft.</w:t>
      </w:r>
      <w:r/>
    </w:p>
    <w:p>
      <w:pPr>
        <w:pStyle w:val="Heading2"/>
      </w:pPr>
      <w:r>
        <w:t>Representation that rings true is about detail, not slogans</w:t>
      </w:r>
      <w:r/>
    </w:p>
    <w:p>
      <w:r/>
      <w:r>
        <w:t>Several posts from queer viewers made the same simple point , representation that lands usually hinges on small, authentic details: believable relationships, ordinary worries, messy lives. When characters read like slogans or talking points, they fail the people they’re supposed to represent.</w:t>
      </w:r>
      <w:r/>
    </w:p>
    <w:p>
      <w:r/>
      <w:r>
        <w:t>That’s not to say politics don’t belong in stories. The trick is integrating identity into fully realised people. Films that do this tend to stick with audiences longer, while those that treat group identity as the main beat feel transactional.</w:t>
      </w:r>
      <w:r/>
    </w:p>
    <w:p>
      <w:pPr>
        <w:pStyle w:val="Heading2"/>
      </w:pPr>
      <w:r>
        <w:t>What creators and studios could learn</w:t>
      </w:r>
      <w:r/>
    </w:p>
    <w:p>
      <w:r/>
      <w:r>
        <w:t>There are practical takeaways for makers and execs. First, prioritise character and story before messaging , craft attracts, preaching repels. Second, test material with the communities you’re depicting; authenticity often springs from small lived truths rather than sweeping statements. Finally, remember comedy needs precision; lazy caricature becomes a liability in an age where audiences are quick to call out tone‑deaf moments.</w:t>
      </w:r>
      <w:r/>
    </w:p>
    <w:p>
      <w:r/>
      <w:r>
        <w:t>Executives want headlines, but durable success usually starts with a script that trusts the audience’s intelligence and gives characters room to surprise us.</w:t>
      </w:r>
      <w:r/>
    </w:p>
    <w:p>
      <w:pPr>
        <w:pStyle w:val="Heading2"/>
      </w:pPr>
      <w:r>
        <w:t>Where this leaves viewers and fandoms</w:t>
      </w:r>
      <w:r/>
    </w:p>
    <w:p>
      <w:r/>
      <w:r>
        <w:t>For many, the film will live on as a jokeable moment in meme streams; for others, it’s a reminder that representation isn’t a box to tick but a craft to be honed. Fandoms rejecting the film weren’t saying “don’t include queer leads”; they were asking for better work , sharper humour, deeper stakes, and characters who feel like people.</w:t>
      </w:r>
      <w:r/>
    </w:p>
    <w:p>
      <w:r/>
      <w:r>
        <w:t>It’s a small but clear message to creators: do the homework, tell the story, and the rest will follow.</w:t>
      </w:r>
      <w:r/>
    </w:p>
    <w:p>
      <w:r/>
      <w:r>
        <w:t>It's a small change that can make every sci‑fi closer to something people actually want to watch.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4">
        <w:r>
          <w:rPr>
            <w:color w:val="0000EE"/>
            <w:u w:val="single"/>
          </w:rPr>
          <w:t>[7]</w:t>
        </w:r>
      </w:hyperlink>
      <w:r>
        <w:t xml:space="preserve">, </w:t>
      </w:r>
      <w:hyperlink r:id="rId15">
        <w:r>
          <w:rPr>
            <w:color w:val="0000EE"/>
            <w:u w:val="single"/>
          </w:rPr>
          <w:t>[6]</w:t>
        </w:r>
      </w:hyperlink>
      <w:r>
        <w:t xml:space="preserve">- Paragraph 4: </w:t>
      </w:r>
      <w:hyperlink r:id="rId12">
        <w:r>
          <w:rPr>
            <w:color w:val="0000EE"/>
            <w:u w:val="single"/>
          </w:rPr>
          <w:t>[5]</w:t>
        </w:r>
      </w:hyperlink>
      <w:r>
        <w:t xml:space="preserve">, </w:t>
      </w:r>
      <w:hyperlink r:id="rId13">
        <w:r>
          <w:rPr>
            <w:color w:val="0000EE"/>
            <w:u w:val="single"/>
          </w:rPr>
          <w:t>[3]</w:t>
        </w:r>
      </w:hyperlink>
      <w:r>
        <w:t xml:space="preserve">- Paragraph 5: </w:t>
      </w:r>
      <w:hyperlink r:id="rId14">
        <w:r>
          <w:rPr>
            <w:color w:val="0000EE"/>
            <w:u w:val="single"/>
          </w:rPr>
          <w:t>[7]</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https://redstate.com/brad-essex/2026/08/30/the-essex-files-lesbian-space-princess-mistakes-smug-satire-for-real-representation-n2206213</w:t>
        </w:r>
      </w:hyperlink>
      <w:r>
        <w:t xml:space="preserve"> - Please view link - unable to able to access data</w:t>
      </w:r>
      <w:r/>
    </w:p>
    <w:p>
      <w:pPr>
        <w:pStyle w:val="ListNumber"/>
        <w:spacing w:line="240" w:lineRule="auto"/>
        <w:ind w:left="720"/>
      </w:pPr>
      <w:r/>
      <w:hyperlink r:id="rId10">
        <w:r>
          <w:rPr>
            <w:color w:val="0000EE"/>
            <w:u w:val="single"/>
          </w:rPr>
          <w:t>https://meme.com/memes/lesbian-space-princess</w:t>
        </w:r>
      </w:hyperlink>
      <w:r>
        <w:t xml:space="preserve"> - An article detailing the 'Lesbian Space Princess' meme that emerged in August 2026. The piece explains how the Australian animated film, initially released in 2025, gained viral attention due to its exaggerated humour and character names. It highlights the widespread mockery across various fandoms, including 'Hazbin Hotel,' 'Steven Universe,' and 'Five Nights at Freddy's,' leading to a coordinated online backlash termed 'Just This Once.' The article also discusses the meme's formats, such as reaction videos and collaborative edits uniting different fandoms against the film.</w:t>
      </w:r>
      <w:r/>
    </w:p>
    <w:p>
      <w:pPr>
        <w:pStyle w:val="ListNumber"/>
        <w:spacing w:line="240" w:lineRule="auto"/>
        <w:ind w:left="720"/>
      </w:pPr>
      <w:r/>
      <w:hyperlink r:id="rId13">
        <w:r>
          <w:rPr>
            <w:color w:val="0000EE"/>
            <w:u w:val="single"/>
          </w:rPr>
          <w:t>https://www.rottentomatoes.com/m/lesbian_space_princess</w:t>
        </w:r>
      </w:hyperlink>
      <w:r>
        <w:t xml:space="preserve"> - The Rotten Tomatoes page for 'Lesbian Space Princess,' a 2025 Australian animated sci-fi comedy. The film holds a 98% critic score based on 53 reviews, with a 26% audience score from over 100 ratings. The critics' consensus praises the film for combining a queer coming-of-age story with a wild sense of humour, describing it as a raucous animated adventure with a big heart and rebellious spirit. The page also provides information on where to watch the film and links to critics' reviews.</w:t>
      </w:r>
      <w:r/>
    </w:p>
    <w:p>
      <w:pPr>
        <w:pStyle w:val="ListNumber"/>
        <w:spacing w:line="240" w:lineRule="auto"/>
        <w:ind w:left="720"/>
      </w:pPr>
      <w:r/>
      <w:hyperlink r:id="rId11">
        <w:r>
          <w:rPr>
            <w:color w:val="0000EE"/>
            <w:u w:val="single"/>
          </w:rPr>
          <w:t>https://knowyourmeme.com/memes/subcultures/lesbian-space-princess</w:t>
        </w:r>
      </w:hyperlink>
      <w:r>
        <w:t xml:space="preserve"> - A Know Your Meme entry detailing the 'Lesbian Space Princess' meme. The article provides background on the 2025 Australian adult animated sci-fi comedy film, including its plot and themes. It discusses the film's sudden surge in online backlash in August 2026, with clips circulating on platforms like TikTok, Reddit, and X. Users criticised its exaggerated humour, character names, and queer themes, leading to a widespread meme where various fandoms united to mock the film.</w:t>
      </w:r>
      <w:r/>
    </w:p>
    <w:p>
      <w:pPr>
        <w:pStyle w:val="ListNumber"/>
        <w:spacing w:line="240" w:lineRule="auto"/>
        <w:ind w:left="720"/>
      </w:pPr>
      <w:r/>
      <w:hyperlink r:id="rId12">
        <w:r>
          <w:rPr>
            <w:color w:val="0000EE"/>
            <w:u w:val="single"/>
          </w:rPr>
          <w:t>https://www.realtimetrendalert.com/trends/internet-users-slam-netflixs-space-princess</w:t>
        </w:r>
      </w:hyperlink>
      <w:r>
        <w:t xml:space="preserve"> - An article discussing the online backlash against 'Lesbian Space Princess' following its release on Netflix. The film, an Australian adult animated feature, received a 98% critic score on Rotten Tomatoes but faced criticism from audiences, with the audience score at 36%. The article highlights the surge in negative reactions on platforms like TikTok and YouTube, where users mocked the film's jokes, tone, and perceived 'woke' branding. It also notes the critic–audience score disparity and the film's initial obscurity before its Netflix release.</w:t>
      </w:r>
      <w:r/>
    </w:p>
    <w:p>
      <w:pPr>
        <w:pStyle w:val="ListNumber"/>
        <w:spacing w:line="240" w:lineRule="auto"/>
        <w:ind w:left="720"/>
      </w:pPr>
      <w:r/>
      <w:hyperlink r:id="rId15">
        <w:r>
          <w:rPr>
            <w:color w:val="0000EE"/>
            <w:u w:val="single"/>
          </w:rPr>
          <w:t>https://en.wikipedia.org/wiki/Lesbian_Space_Princess</w:t>
        </w:r>
      </w:hyperlink>
      <w:r>
        <w:t xml:space="preserve"> - The Wikipedia page for 'Lesbian Space Princess,' a 2025 Australian adult animated science fiction comedy film. The article provides detailed information about the film's production, including directors Emma Hough Hobbs and Leela Varghese, and its world premiere at the 75th Berlin International Film Festival, where it won the Teddy Award. It also outlines the film's plot, focusing on Princess Saira's quest to rescue her ex-girlfriend from the Straight White Maliens, and discusses its release in Australia and the UK.</w:t>
      </w:r>
      <w:r/>
    </w:p>
    <w:p>
      <w:pPr>
        <w:pStyle w:val="ListNumber"/>
        <w:spacing w:line="240" w:lineRule="auto"/>
        <w:ind w:left="720"/>
      </w:pPr>
      <w:r/>
      <w:hyperlink r:id="rId14">
        <w:r>
          <w:rPr>
            <w:color w:val="0000EE"/>
            <w:u w:val="single"/>
          </w:rPr>
          <w:t>https://www.theguardian.com/film/2025/sep/10/lesbian-space-princess-review-animated-film-loads-of-laughs-lot-of-heart</w:t>
        </w:r>
      </w:hyperlink>
      <w:r>
        <w:t xml:space="preserve"> - A review from The Guardian of 'Lesbian Space Princess,' an Australian animated film. The reviewer praises the film for its madcap comedy and the inclusion of queer performers, describing it as a magical, joyful gem. The article highlights the film's plot, focusing on Princess Saira's journey to rescue her ex-girlfriend from the Straight White Maliens, and notes the film's blend of humour and heart. It also mentions the film's reception and its place within the animated film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dstate.com/brad-essex/2026/08/30/the-essex-files-lesbian-space-princess-mistakes-smug-satire-for-real-representation-n2206213" TargetMode="External"/><Relationship Id="rId10" Type="http://schemas.openxmlformats.org/officeDocument/2006/relationships/hyperlink" Target="https://meme.com/memes/lesbian-space-princess" TargetMode="External"/><Relationship Id="rId11" Type="http://schemas.openxmlformats.org/officeDocument/2006/relationships/hyperlink" Target="https://knowyourmeme.com/memes/subcultures/lesbian-space-princess" TargetMode="External"/><Relationship Id="rId12" Type="http://schemas.openxmlformats.org/officeDocument/2006/relationships/hyperlink" Target="https://www.realtimetrendalert.com/trends/internet-users-slam-netflixs-space-princess" TargetMode="External"/><Relationship Id="rId13" Type="http://schemas.openxmlformats.org/officeDocument/2006/relationships/hyperlink" Target="https://www.rottentomatoes.com/m/lesbian_space_princess" TargetMode="External"/><Relationship Id="rId14" Type="http://schemas.openxmlformats.org/officeDocument/2006/relationships/hyperlink" Target="https://www.theguardian.com/film/2025/sep/10/lesbian-space-princess-review-animated-film-loads-of-laughs-lot-of-heart" TargetMode="External"/><Relationship Id="rId15" Type="http://schemas.openxmlformats.org/officeDocument/2006/relationships/hyperlink" Target="https://en.wikipedia.org/wiki/Lesbian_Space_Prin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