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Small-Town Pride Events: How Brühl’s CSD Made Community Visible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Watching a town bloom in colour: Brühl’s third Christopher Street Day drew about 700 people to the Rathausplatz and the high street, with live music, glittered outfits and a protest march that mattered, because visibility in small towns still changes lives.</w:t>
      </w:r>
      <w:r/>
    </w:p>
    <w:p>
      <w:r/>
      <w:r>
        <w:t>Essential Takeaways</w:t>
      </w:r>
      <w:r/>
      <w:r/>
    </w:p>
    <w:p>
      <w:pPr>
        <w:pStyle w:val="ListBullet"/>
        <w:spacing w:line="240" w:lineRule="auto"/>
        <w:ind w:left="720"/>
      </w:pPr>
      <w:r/>
      <w:r>
        <w:rPr>
          <w:b/>
        </w:rPr>
        <w:t>Strong turnout:</w:t>
      </w:r>
      <w:r>
        <w:t xml:space="preserve"> Around 700 people joined Brühl’s third CSD for a peaceful, celebratory protest and programme.</w:t>
      </w:r>
      <w:r/>
    </w:p>
    <w:p>
      <w:pPr>
        <w:pStyle w:val="ListBullet"/>
        <w:spacing w:line="240" w:lineRule="auto"/>
        <w:ind w:left="720"/>
      </w:pPr>
      <w:r/>
      <w:r>
        <w:rPr>
          <w:b/>
        </w:rPr>
        <w:t>Local support:</w:t>
      </w:r>
      <w:r>
        <w:t xml:space="preserve"> Private citizens, clubs and institutions lined the route and staffed information stalls at the Rathausplatz, friendly, informative and bright.</w:t>
      </w:r>
      <w:r/>
    </w:p>
    <w:p>
      <w:pPr>
        <w:pStyle w:val="ListBullet"/>
        <w:spacing w:line="240" w:lineRule="auto"/>
        <w:ind w:left="720"/>
      </w:pPr>
      <w:r/>
      <w:r>
        <w:rPr>
          <w:b/>
        </w:rPr>
        <w:t>Political purpose:</w:t>
      </w:r>
      <w:r>
        <w:t xml:space="preserve"> Organisers stressed that CSD is a political demonstration for rights and visibility, not just a party.</w:t>
      </w:r>
      <w:r/>
    </w:p>
    <w:p>
      <w:pPr>
        <w:pStyle w:val="ListBullet"/>
        <w:spacing w:line="240" w:lineRule="auto"/>
        <w:ind w:left="720"/>
      </w:pPr>
      <w:r/>
      <w:r>
        <w:rPr>
          <w:b/>
        </w:rPr>
        <w:t>Diverse messages:</w:t>
      </w:r>
      <w:r>
        <w:t xml:space="preserve"> Banners ranged from “Love knows no hate” in Arabic to calls to protect trans youth, giving the event emotional weight.</w:t>
      </w:r>
      <w:r/>
    </w:p>
    <w:p>
      <w:pPr>
        <w:pStyle w:val="ListBullet"/>
        <w:spacing w:line="240" w:lineRule="auto"/>
        <w:ind w:left="720"/>
      </w:pPr>
      <w:r/>
      <w:r>
        <w:rPr>
          <w:b/>
        </w:rPr>
        <w:t>Family feel:</w:t>
      </w:r>
      <w:r>
        <w:t xml:space="preserve"> The atmosphere was described as “picture-perfect” by police, with a mix of theatrical outfits and sober solidarity.</w:t>
      </w:r>
      <w:r/>
      <w:r/>
    </w:p>
    <w:p>
      <w:pPr>
        <w:pStyle w:val="Heading2"/>
      </w:pPr>
      <w:r>
        <w:t>A small town, a big splash of colour</w:t>
      </w:r>
      <w:r/>
    </w:p>
    <w:p>
      <w:r/>
      <w:r>
        <w:t>Brühl’s high street was a visual feast: glittered faces, rainbow flags fluttering on the town hall and balloons bobbing above the crowd. The scene looked joyful and theatrical, but organisers were clear this wasn’t just a carnival. According to local reporting, Pride Brühl organised its third Christopher Street Day to combine celebration with a protest-minded march, reminding everyone that visibility still carries political force. If you were there, you’d notice the warmth first, then the messages.</w:t>
      </w:r>
      <w:r/>
    </w:p>
    <w:p>
      <w:pPr>
        <w:pStyle w:val="Heading2"/>
      </w:pPr>
      <w:r>
        <w:t>Why community participation mattered</w:t>
      </w:r>
      <w:r/>
    </w:p>
    <w:p>
      <w:r/>
      <w:r>
        <w:t>The event felt like a town rallying around its neighbours. Local clubs, arts groups and civic organisations manned stalls to share information about queer services in Brühl and the wider Rhein-Erft-Kreis. That kind of grassroots presence signals more than friendliness: it helps normalise queer life in places outside big cities and gives people practical routes to support and resources. For anyone organising or attending, bringing an information table is one of the most useful ways to turn goodwill into longer-term help.</w:t>
      </w:r>
      <w:r/>
    </w:p>
    <w:p>
      <w:pPr>
        <w:pStyle w:val="Heading2"/>
      </w:pPr>
      <w:r>
        <w:t>A protest dressed in sequins</w:t>
      </w:r>
      <w:r/>
    </w:p>
    <w:p>
      <w:r/>
      <w:r>
        <w:t>Organisers kept returning to a practical point: CSDs are political demonstrations. Pride Brühl’s leadership and speakers reminded attendees that rights can’t be taken for granted, and that protest remains necessary even when the mood is celebratory. This mirrors wider discussion in Germany and beyond, where large city CSDs often combine parties and policy demands. For visitors, that dual identity is important, enjoy the fun, but also read the banners and listen to the speeches.</w:t>
      </w:r>
      <w:r/>
    </w:p>
    <w:p>
      <w:pPr>
        <w:pStyle w:val="Heading2"/>
      </w:pPr>
      <w:r>
        <w:t>Messages that reached beyond the parade</w:t>
      </w:r>
      <w:r/>
    </w:p>
    <w:p>
      <w:r/>
      <w:r>
        <w:t>Some banners made local statements, others addressed global concerns: two sisters carried slogans in Arabic reading “Love knows no hate,” while another group placed a stark demand centre stage, protect trans children so they can survive. Those moments turned moments of lighthearted costume into serious civic conversation. If you plan to attend a future CSD, pack both your party shoes and your curiosity, you’ll want to read what people carry and ask why it matters.</w:t>
      </w:r>
      <w:r/>
    </w:p>
    <w:p>
      <w:pPr>
        <w:pStyle w:val="Heading2"/>
      </w:pPr>
      <w:r>
        <w:t>What Brühl’s CSD says about the wider movement</w:t>
      </w:r>
      <w:r/>
    </w:p>
    <w:p>
      <w:r/>
      <w:r>
        <w:t>Small-town Pride is increasingly visible across Germany, and events like Brühl’s follow the pattern of larger parades in Cologne and Berlin that mix celebration with political armour. According to national coverage, queer visibility has broad reach and can influence local politics and services. For organisers, that means keeping events inclusive, informative and safe. For townsfolk, showing up is a simple, meaningful act of solidarity.</w:t>
      </w:r>
      <w:r/>
    </w:p>
    <w:p>
      <w:r/>
      <w:r>
        <w:t>It's a small change that can make every march feel like progress.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[6]</w:t>
        </w:r>
      </w:hyperlink>
      <w:r>
        <w:t xml:space="preserve">- Paragraph 2: </w:t>
      </w:r>
      <w:hyperlink r:id="rId9">
        <w:r>
          <w:rPr>
            <w:color w:val="0000EE"/>
            <w:u w:val="single"/>
          </w:rPr>
          <w:t>[2]</w:t>
        </w:r>
      </w:hyperlink>
      <w:r>
        <w:t xml:space="preserve">, </w:t>
      </w:r>
      <w:hyperlink r:id="rId11">
        <w:r>
          <w:rPr>
            <w:color w:val="0000EE"/>
            <w:u w:val="single"/>
          </w:rPr>
          <w:t>[3]</w:t>
        </w:r>
      </w:hyperlink>
      <w:r>
        <w:t xml:space="preserve">- Paragraph 3: </w:t>
      </w:r>
      <w:hyperlink r:id="rId9">
        <w:r>
          <w:rPr>
            <w:color w:val="0000EE"/>
            <w:u w:val="single"/>
          </w:rPr>
          <w:t>[2]</w:t>
        </w:r>
      </w:hyperlink>
      <w:r>
        <w:t xml:space="preserve">, </w:t>
      </w:r>
      <w:hyperlink r:id="rId12">
        <w:r>
          <w:rPr>
            <w:color w:val="0000EE"/>
            <w:u w:val="single"/>
          </w:rPr>
          <w:t>[4]</w:t>
        </w:r>
      </w:hyperlink>
      <w:r>
        <w:t xml:space="preserve">- Paragraph 4: </w:t>
      </w:r>
      <w:hyperlink r:id="rId9">
        <w:r>
          <w:rPr>
            <w:color w:val="0000EE"/>
            <w:u w:val="single"/>
          </w:rPr>
          <w:t>[2]</w:t>
        </w:r>
      </w:hyperlink>
      <w:r>
        <w:t xml:space="preserve">, </w:t>
      </w:r>
      <w:hyperlink r:id="rId13">
        <w:r>
          <w:rPr>
            <w:color w:val="0000EE"/>
            <w:u w:val="single"/>
          </w:rPr>
          <w:t>[5]</w:t>
        </w:r>
      </w:hyperlink>
      <w:r>
        <w:t xml:space="preserve">- Paragraph 5: </w:t>
      </w:r>
      <w:hyperlink r:id="rId9">
        <w:r>
          <w:rPr>
            <w:color w:val="0000EE"/>
            <w:u w:val="single"/>
          </w:rPr>
          <w:t>[2]</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https://www.ksta.de/region/rhein-erft/bruehl/bruehl-kunterbunte-demonstration-fuer-die-liebe-in-der-innenstadt-1361274</w:t>
        </w:r>
      </w:hyperlink>
      <w:r>
        <w:t xml:space="preserve"> - Please view link - unable to able to access data</w:t>
      </w:r>
      <w:r/>
    </w:p>
    <w:p>
      <w:pPr>
        <w:pStyle w:val="ListNumber"/>
        <w:spacing w:line="240" w:lineRule="auto"/>
        <w:ind w:left="720"/>
      </w:pPr>
      <w:r/>
      <w:hyperlink r:id="rId9">
        <w:r>
          <w:rPr>
            <w:color w:val="0000EE"/>
            <w:u w:val="single"/>
          </w:rPr>
          <w:t>https://www.ksta.de/region/rhein-erft/bruehl/bruehl-kunterbunte-demonstration-fuer-die-liebe-in-der-innenstadt-1361274</w:t>
        </w:r>
      </w:hyperlink>
      <w:r>
        <w:t xml:space="preserve"> - The article reports on the third Brühl Christopher Street Day (CSD) held on 29 August 2023, organised by Pride Brühl. The event featured a colourful parade and stage programme, celebrating diversity and promoting LGBTQ+ rights. Approximately 700 people participated, with various local initiatives and organisations setting up information stands to raise awareness about queer offerings in Brühl and the Rhein-Erft-Kreis. The event was peaceful and well-received, with attendees expressing solidarity and support for the LGBTQ+ community.</w:t>
      </w:r>
      <w:r/>
    </w:p>
    <w:p>
      <w:pPr>
        <w:pStyle w:val="ListNumber"/>
        <w:spacing w:line="240" w:lineRule="auto"/>
        <w:ind w:left="720"/>
      </w:pPr>
      <w:r/>
      <w:hyperlink r:id="rId11">
        <w:r>
          <w:rPr>
            <w:color w:val="0000EE"/>
            <w:u w:val="single"/>
          </w:rPr>
          <w:t>https://pride-bruehl.de/</w:t>
        </w:r>
      </w:hyperlink>
      <w:r>
        <w:t xml:space="preserve"> - PRIDE Brühl e.V. is a non-profit organisation based in Brühl, Germany, dedicated to promoting equality, diversity, and respectful coexistence. The organisation focuses on supporting individuals whose gender and/or sexual identity does not conform to the heteronormative majority society, specifically queer individuals and their allies. Their activities include organising the Brühl Christopher Street Day (CSD), establishing support centres like the Brühler Queer-Treff, and collaborating with schools, counselling centres, cultural and youth centres, and other initiatives to foster an inclusive and discrimination-free society.</w:t>
      </w:r>
      <w:r/>
    </w:p>
    <w:p>
      <w:pPr>
        <w:pStyle w:val="ListNumber"/>
        <w:spacing w:line="240" w:lineRule="auto"/>
        <w:ind w:left="720"/>
      </w:pPr>
      <w:r/>
      <w:hyperlink r:id="rId12">
        <w:r>
          <w:rPr>
            <w:color w:val="0000EE"/>
            <w:u w:val="single"/>
          </w:rPr>
          <w:t>https://www.zeit.de/news/2023-07/22/queer-beauftragter-der-berliner-csd-hat-weite-strahlkraft</w:t>
        </w:r>
      </w:hyperlink>
      <w:r>
        <w:t xml:space="preserve"> - The article discusses the Berlin Christopher Street Day (CSD) held on 22 July 2023, highlighting the participation of hundreds of thousands of people. The demonstration featured approximately 75 vehicles and around 100 groups of participants, many of whom were dressed in imaginative costumes. The parade covered a 7.4-kilometre route through several Berlin districts, with the band Tokio Hotel performing on the main stage at the Brandenburg Gate in the evening. The event was marked by its vibrant and peaceful atmosphere, underscoring the widespread support for LGBTQ+ rights in Berlin.</w:t>
      </w:r>
      <w:r/>
    </w:p>
    <w:p>
      <w:pPr>
        <w:pStyle w:val="ListNumber"/>
        <w:spacing w:line="240" w:lineRule="auto"/>
        <w:ind w:left="720"/>
      </w:pPr>
      <w:r/>
      <w:hyperlink r:id="rId13">
        <w:r>
          <w:rPr>
            <w:color w:val="0000EE"/>
            <w:u w:val="single"/>
          </w:rPr>
          <w:t>https://www.zeit.de/news/2023-07/22/christopher-street-day-in-berlin-ist-gestartet</w:t>
        </w:r>
      </w:hyperlink>
      <w:r>
        <w:t xml:space="preserve"> - This article reports on the commencement of the Berlin Christopher Street Day (CSD) on 22 July 2023, noting the presence of hundreds of thousands of people on the streets. The demonstration featured approximately 75 vehicles and around 100 groups of participants, many of whom were dressed in imaginative costumes. The parade covered a 7.4-kilometre route through several Berlin districts, with the motto 'Be their voice – and ours!' emphasising the event's focus on advocating for LGBTQ+ rights and visibility.</w:t>
      </w:r>
      <w:r/>
    </w:p>
    <w:p>
      <w:pPr>
        <w:pStyle w:val="ListNumber"/>
        <w:spacing w:line="240" w:lineRule="auto"/>
        <w:ind w:left="720"/>
      </w:pPr>
      <w:r/>
      <w:hyperlink r:id="rId10">
        <w:r>
          <w:rPr>
            <w:color w:val="0000EE"/>
            <w:u w:val="single"/>
          </w:rPr>
          <w:t>https://www.ksta.de/koeln/csd-2023-neuer-teilnehmerrekord-bei-parade-in-koeln-576092</w:t>
        </w:r>
      </w:hyperlink>
      <w:r>
        <w:t xml:space="preserve"> - The article reports on the Cologne Christopher Street Day (CSD) held on 9 July 2023, noting a record number of participants. The organisers expected more groups to participate than the approximately 180 groups in the previous year, indicating the growing support and significance of the event. The CSD in Cologne is a major event advocating for LGBTQ+ rights and visibility, attracting a diverse range of participants and supporters.</w:t>
      </w:r>
      <w:r/>
    </w:p>
    <w:p>
      <w:pPr>
        <w:pStyle w:val="ListNumber"/>
        <w:spacing w:line="240" w:lineRule="auto"/>
        <w:ind w:left="720"/>
      </w:pPr>
      <w:r/>
      <w:hyperlink r:id="rId14">
        <w:r>
          <w:rPr>
            <w:color w:val="0000EE"/>
            <w:u w:val="single"/>
          </w:rPr>
          <w:t>https://www.ksta.de/koeln/zwischen-hitze-und-unwetter-so-war-die-bunte-parade-607085</w:t>
        </w:r>
      </w:hyperlink>
      <w:r>
        <w:t xml:space="preserve"> - This article provides a detailed account of the Cologne Christopher Street Day (CSD) demonstration held on 9 July 2023. Despite challenges such as heat and inclement weather, the parade featured more than 200 groups, surpassing the previous year's record. Participants expressed pride and joy, highlighting the progress in LGBTQ+ rights and visibility over the years. The event underscored the importance of such demonstrations in promoting equality and acceptance for the LGBTQ+ community.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ksta.de/region/rhein-erft/bruehl/bruehl-kunterbunte-demonstration-fuer-die-liebe-in-der-innenstadt-1361274" TargetMode="External"/><Relationship Id="rId10" Type="http://schemas.openxmlformats.org/officeDocument/2006/relationships/hyperlink" Target="https://www.ksta.de/koeln/csd-2023-neuer-teilnehmerrekord-bei-parade-in-koeln-576092" TargetMode="External"/><Relationship Id="rId11" Type="http://schemas.openxmlformats.org/officeDocument/2006/relationships/hyperlink" Target="https://pride-bruehl.de/" TargetMode="External"/><Relationship Id="rId12" Type="http://schemas.openxmlformats.org/officeDocument/2006/relationships/hyperlink" Target="https://www.zeit.de/news/2023-07/22/queer-beauftragter-der-berliner-csd-hat-weite-strahlkraft" TargetMode="External"/><Relationship Id="rId13" Type="http://schemas.openxmlformats.org/officeDocument/2006/relationships/hyperlink" Target="https://www.zeit.de/news/2023-07/22/christopher-street-day-in-berlin-ist-gestartet" TargetMode="External"/><Relationship Id="rId14" Type="http://schemas.openxmlformats.org/officeDocument/2006/relationships/hyperlink" Target="https://www.ksta.de/koeln/zwischen-hitze-und-unwetter-so-war-die-bunte-parade-60708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