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Pioneer Profile: Sean Mulroy’s US Ccoming‑out Swim Story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sports fans alike should take note: Sean Mulroy’s candid, glitter-splashed account of life as an openly gay USC swimmer captures why visibility matters in college sport, where identity, team culture and a controversial Sharon Needles swimsuit made headlines and taught lessons about belonging.</w:t>
      </w:r>
      <w:r/>
    </w:p>
    <w:p>
      <w:r/>
      <w:r>
        <w:t>Essential Takeaways</w:t>
      </w:r>
      <w:r/>
      <w:r/>
    </w:p>
    <w:p>
      <w:pPr>
        <w:pStyle w:val="ListBullet"/>
        <w:spacing w:line="240" w:lineRule="auto"/>
        <w:ind w:left="720"/>
      </w:pPr>
      <w:r/>
      <w:r>
        <w:rPr>
          <w:b/>
        </w:rPr>
        <w:t>Out and visible:</w:t>
      </w:r>
      <w:r>
        <w:t xml:space="preserve"> Sean was openly gay throughout his USC swimming career and says that being out improved his college experience and focus.</w:t>
      </w:r>
      <w:r/>
    </w:p>
    <w:p>
      <w:pPr>
        <w:pStyle w:val="ListBullet"/>
        <w:spacing w:line="240" w:lineRule="auto"/>
        <w:ind w:left="720"/>
      </w:pPr>
      <w:r/>
      <w:r>
        <w:rPr>
          <w:b/>
        </w:rPr>
        <w:t>A splash of controversy:</w:t>
      </w:r>
      <w:r>
        <w:t xml:space="preserve"> A custom Sharon Needles swimsuit prompted pushback from some swim parents and officials, though Mulroy ultimately competed in a different suit.</w:t>
      </w:r>
      <w:r/>
    </w:p>
    <w:p>
      <w:pPr>
        <w:pStyle w:val="ListBullet"/>
        <w:spacing w:line="240" w:lineRule="auto"/>
        <w:ind w:left="720"/>
      </w:pPr>
      <w:r/>
      <w:r>
        <w:rPr>
          <w:b/>
        </w:rPr>
        <w:t>Team first:</w:t>
      </w:r>
      <w:r>
        <w:t xml:space="preserve"> Teammates and coaches at USC judged him by performance , hang‑clean numbers and race times , not orientation.</w:t>
      </w:r>
      <w:r/>
    </w:p>
    <w:p>
      <w:pPr>
        <w:pStyle w:val="ListBullet"/>
        <w:spacing w:line="240" w:lineRule="auto"/>
        <w:ind w:left="720"/>
      </w:pPr>
      <w:r/>
      <w:r>
        <w:rPr>
          <w:b/>
        </w:rPr>
        <w:t>Practical support:</w:t>
      </w:r>
      <w:r>
        <w:t xml:space="preserve"> Mulroy urges struggling athletes to find allies , teammates, coaches, family or mentors , and offers himself as contact.</w:t>
      </w:r>
      <w:r/>
    </w:p>
    <w:p>
      <w:pPr>
        <w:pStyle w:val="ListBullet"/>
        <w:spacing w:line="240" w:lineRule="auto"/>
        <w:ind w:left="720"/>
      </w:pPr>
      <w:r/>
      <w:r>
        <w:rPr>
          <w:b/>
        </w:rPr>
        <w:t>Broader context:</w:t>
      </w:r>
      <w:r>
        <w:t xml:space="preserve"> His story sits alongside later Outsports studies showing coming‑out remains a complex process for many collegiate athletes.</w:t>
      </w:r>
      <w:r/>
      <w:r/>
    </w:p>
    <w:p>
      <w:pPr>
        <w:pStyle w:val="Heading2"/>
      </w:pPr>
      <w:r>
        <w:t>Why a swimsuit sparked a bigger conversation</w:t>
      </w:r>
      <w:r/>
    </w:p>
    <w:p>
      <w:r/>
      <w:r>
        <w:t>The image of a bright, custom swimsuit , Sharon Needles’ face front and back , is almost laughably specific, but it became a real flashpoint. Parents complained about an “inappropriate” message, assuming the suit promoted drug use rather than camp and drag culture, and the controversy revealed how quickly misreading and anxiety can escalate around queer expression in sport. For Mulroy the suit was a cheeky tribute and a way to bring some of his life to the pool deck, but it also highlighted how visibility can provoke questions about fit, propriety and who gets to decide what’s acceptable at a public meet.</w:t>
      </w:r>
      <w:r/>
    </w:p>
    <w:p>
      <w:pPr>
        <w:pStyle w:val="Heading2"/>
      </w:pPr>
      <w:r>
        <w:t>Team culture: performance usually trumps prejudice</w:t>
      </w:r>
      <w:r/>
    </w:p>
    <w:p>
      <w:r/>
      <w:r>
        <w:t>Mulroy’s clear message is that, at least at USC, coaches and teammates largely focused on results. He points to lift numbers, shuttle times and event scores as the measures that mattered, not his nightlife or romantic life. That’s an important corrective to the stereotype that gay athletes aren’t “masculine enough” or committed to training. Still, he’s honest about privilege , Los Angeles and USC offered a more accepting environment than many athletes find , and he acknowledges that not every program or region will respond the same way.</w:t>
      </w:r>
      <w:r/>
    </w:p>
    <w:p>
      <w:pPr>
        <w:pStyle w:val="Heading2"/>
      </w:pPr>
      <w:r>
        <w:t>Coming out is a process, not an announcement</w:t>
      </w:r>
      <w:r/>
    </w:p>
    <w:p>
      <w:r/>
      <w:r>
        <w:t>Rather than a single dramatic reveal, Mulroy describes a slow coming‑out: first to close friends in high school, then more widely, then to family and teammates. He stresses practical thinking during recruiting , asking coaches directly about culture , and credits prior experience and supportive contacts for making the transition easier. That advice matters: according to later Outsports research, many collegiate athletes still navigate coming‑out carefully and in stages, often balancing team dynamics, family expectations and personal safety.</w:t>
      </w:r>
      <w:r/>
    </w:p>
    <w:p>
      <w:pPr>
        <w:pStyle w:val="Heading2"/>
      </w:pPr>
      <w:r>
        <w:t>How visibility helps , and why allies matter</w:t>
      </w:r>
      <w:r/>
    </w:p>
    <w:p>
      <w:r/>
      <w:r>
        <w:t>Mulroy notes that being out let him stop carrying a secret and focus on his sport and studies. He also points to the social side: brunches with teammates, a house with seven straight roommates, and being able to enjoy the Los Angeles LGBT scene. Yet he underlines that not everyone has that luxury, and urges athletes to find someone to talk to , a coach, a friend, a family member, or a mentor. That practical counsel rings true alongside later Outsports surveys showing that allies and institutional support reduce isolation and improve retention.</w:t>
      </w:r>
      <w:r/>
    </w:p>
    <w:p>
      <w:pPr>
        <w:pStyle w:val="Heading2"/>
      </w:pPr>
      <w:r>
        <w:t>What the story means today</w:t>
      </w:r>
      <w:r/>
    </w:p>
    <w:p>
      <w:r/>
      <w:r>
        <w:t>Mulroy’s piece from 2013 reads as both a celebration and a roadmap: celebrate the small, glamourous rebellions , the glittery warm‑ups, the drag tributes , but also be strategic about safety and support. Since his essay, Outsports has published studies tracking LGBT athletes’ experiences across major sports, and the picture remains mixed. Progress has been made, but Mulroy’s call for conversation and mentorship is as relevant now as it was then.</w:t>
      </w:r>
      <w:r/>
    </w:p>
    <w:p>
      <w:r/>
      <w:r>
        <w:t>It's a small change that can make every swim, and every athlete, feel a bit more at home.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[7]</w:t>
        </w:r>
      </w:hyperlink>
      <w:r>
        <w:t xml:space="preserve">- Paragraph 2: </w:t>
      </w:r>
      <w:hyperlink r:id="rId9">
        <w:r>
          <w:rPr>
            <w:color w:val="0000EE"/>
            <w:u w:val="single"/>
          </w:rPr>
          <w:t>[2]</w:t>
        </w:r>
      </w:hyperlink>
      <w:r>
        <w:t xml:space="preserve">, </w:t>
      </w:r>
      <w:hyperlink r:id="rId11">
        <w:r>
          <w:rPr>
            <w:color w:val="0000EE"/>
            <w:u w:val="single"/>
          </w:rPr>
          <w:t>[3]</w:t>
        </w:r>
      </w:hyperlink>
      <w:r>
        <w:t xml:space="preserve">- Paragraph 3: </w:t>
      </w:r>
      <w:hyperlink r:id="rId9">
        <w:r>
          <w:rPr>
            <w:color w:val="0000EE"/>
            <w:u w:val="single"/>
          </w:rPr>
          <w:t>[2]</w:t>
        </w:r>
      </w:hyperlink>
      <w:r>
        <w:t xml:space="preserve">, </w:t>
      </w:r>
      <w:hyperlink r:id="rId10">
        <w:r>
          <w:rPr>
            <w:color w:val="0000EE"/>
            <w:u w:val="single"/>
          </w:rPr>
          <w:t>[7]</w:t>
        </w:r>
      </w:hyperlink>
      <w:r>
        <w:t xml:space="preserve">- Paragraph 4: </w:t>
      </w:r>
      <w:hyperlink r:id="rId9">
        <w:r>
          <w:rPr>
            <w:color w:val="0000EE"/>
            <w:u w:val="single"/>
          </w:rPr>
          <w:t>[2]</w:t>
        </w:r>
      </w:hyperlink>
      <w:r>
        <w:t xml:space="preserve">, </w:t>
      </w:r>
      <w:hyperlink r:id="rId12">
        <w:r>
          <w:rPr>
            <w:color w:val="0000EE"/>
            <w:u w:val="single"/>
          </w:rPr>
          <w:t>[6]</w:t>
        </w:r>
      </w:hyperlink>
      <w:r>
        <w:t xml:space="preserve">- Paragraph 5: </w:t>
      </w:r>
      <w:hyperlink r:id="rId9">
        <w:r>
          <w:rPr>
            <w:color w:val="0000EE"/>
            <w:u w:val="single"/>
          </w:rPr>
          <w:t>[2]</w:t>
        </w:r>
      </w:hyperlink>
      <w:r>
        <w:t xml:space="preserve">, </w:t>
      </w:r>
      <w:hyperlink r:id="rId13">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https://www.outsports.com/2013/5/7/4307068/sean-mulroy-fabulous-life-openly-gay-college-swimmer-usc-coming-out/</w:t>
        </w:r>
      </w:hyperlink>
      <w:r>
        <w:t xml:space="preserve"> - Please view link - unable to able to access data</w:t>
      </w:r>
      <w:r/>
    </w:p>
    <w:p>
      <w:pPr>
        <w:pStyle w:val="ListNumber"/>
        <w:spacing w:line="240" w:lineRule="auto"/>
        <w:ind w:left="720"/>
      </w:pPr>
      <w:r/>
      <w:hyperlink r:id="rId9">
        <w:r>
          <w:rPr>
            <w:color w:val="0000EE"/>
            <w:u w:val="single"/>
          </w:rPr>
          <w:t>https://www.outsports.com/2013/5/7/4307068/sean-mulroy-fabulous-life-openly-gay-college-swimmer-usc-coming-out/</w:t>
        </w:r>
      </w:hyperlink>
      <w:r>
        <w:t xml:space="preserve"> - In this 2013 article, USC swimmer Sean Mulroy discusses his experiences as an openly gay athlete. He shares how he introduced his teammates to weekend brunches and talks about the controversy surrounding his custom-made swimsuit featuring drag queen Sharon Needles. Mulroy reflects on the acceptance he received from his teammates and coaches, highlighting the supportive environment at USC. He also addresses the challenges faced by closeted athletes and the importance of being true to oneself in the athletic community.</w:t>
      </w:r>
      <w:r/>
    </w:p>
    <w:p>
      <w:pPr>
        <w:pStyle w:val="ListNumber"/>
        <w:spacing w:line="240" w:lineRule="auto"/>
        <w:ind w:left="720"/>
      </w:pPr>
      <w:r/>
      <w:hyperlink r:id="rId11">
        <w:r>
          <w:rPr>
            <w:color w:val="0000EE"/>
            <w:u w:val="single"/>
          </w:rPr>
          <w:t>https://www.outsports.com/2013/5/20/4350624/gay-swimmer-sean-mulroy-usc-podcast</w:t>
        </w:r>
      </w:hyperlink>
      <w:r>
        <w:t xml:space="preserve"> - In this podcast episode from May 2013, Sean Mulroy, an openly gay swimmer at USC, discusses his experiences with Outsports. He talks about the supportive environment of his swim team, his introduction of teammates to weekend brunches, and the controversy over his custom-made swimsuit featuring drag queen Sharon Needles. Mulroy shares insights into being an openly gay athlete in a major collegiate sport and the importance of authenticity and acceptance in the athletic community.</w:t>
      </w:r>
      <w:r/>
    </w:p>
    <w:p>
      <w:pPr>
        <w:pStyle w:val="ListNumber"/>
        <w:spacing w:line="240" w:lineRule="auto"/>
        <w:ind w:left="720"/>
      </w:pPr>
      <w:r/>
      <w:hyperlink r:id="rId13">
        <w:r>
          <w:rPr>
            <w:color w:val="0000EE"/>
            <w:u w:val="single"/>
          </w:rPr>
          <w:t>https://www.outsports.com/2021/10/5/22697251/outsports-lgbtq-athletes-survey-big-5-sports/</w:t>
        </w:r>
      </w:hyperlink>
      <w:r>
        <w:t xml:space="preserve"> - This 2021 Outsports study examines the experiences of LGBTQ athletes in men's major sports, including football and hockey. The survey found that over 92% of respondents had at worst a 'neutral' experience, indicating a significant level of acceptance. The study highlights the progress in inclusivity within these sports and underscores the importance of supportive environments for LGBTQ athletes at all levels.</w:t>
      </w:r>
      <w:r/>
    </w:p>
    <w:p>
      <w:pPr>
        <w:pStyle w:val="ListNumber"/>
        <w:spacing w:line="240" w:lineRule="auto"/>
        <w:ind w:left="720"/>
      </w:pPr>
      <w:r/>
      <w:hyperlink r:id="rId14">
        <w:r>
          <w:rPr>
            <w:color w:val="0000EE"/>
            <w:u w:val="single"/>
          </w:rPr>
          <w:t>https://www.outsports.com/2021/10/13/22715144/lgbtq-athletes-anti-gay-homophobic-language-slurs-out-in-sports/</w:t>
        </w:r>
      </w:hyperlink>
      <w:r>
        <w:t xml:space="preserve"> - A 2021 study by Outsports reveals that most LGBTQ athletes report that their teammates 'never' targeted them with slurs. The research indicates that while anti-LGBTQ language is still present, it is less common among teammates who have come out. The study underscores the positive impact of coming out on reducing homophobic language and highlights the growing acceptance of LGBTQ athletes in sports.</w:t>
      </w:r>
      <w:r/>
    </w:p>
    <w:p>
      <w:pPr>
        <w:pStyle w:val="ListNumber"/>
        <w:spacing w:line="240" w:lineRule="auto"/>
        <w:ind w:left="720"/>
      </w:pPr>
      <w:r/>
      <w:hyperlink r:id="rId12">
        <w:r>
          <w:rPr>
            <w:color w:val="0000EE"/>
            <w:u w:val="single"/>
          </w:rPr>
          <w:t>https://www.outsports.com/2021/10/7/22713706/out-in-sports-study-lgbtq-athletes-coming-out/</w:t>
        </w:r>
      </w:hyperlink>
      <w:r>
        <w:t xml:space="preserve"> - This 2021 Outsports study provides evidence of widespread support for LGBTQ athletes who come out to their teammates in high school and college. The research highlights the positive experiences of out LGBTQ athletes and the supportive environments they encounter, challenging the perception that coming out in sports is met with hostility or discrimination.</w:t>
      </w:r>
      <w:r/>
    </w:p>
    <w:p>
      <w:pPr>
        <w:pStyle w:val="ListNumber"/>
        <w:spacing w:line="240" w:lineRule="auto"/>
        <w:ind w:left="720"/>
      </w:pPr>
      <w:r/>
      <w:hyperlink r:id="rId10">
        <w:r>
          <w:rPr>
            <w:color w:val="0000EE"/>
            <w:u w:val="single"/>
          </w:rPr>
          <w:t>https://www.outsports.com/2013/4/4/4184148/usc-southern-cal-gay-athletes-swimming-football/</w:t>
        </w:r>
      </w:hyperlink>
      <w:r>
        <w:t xml:space="preserve"> - In this 2013 article, Outsports discusses the experiences of gay athletes at USC, focusing on swimmer Sean Mulroy and football player Matthew. Mulroy, who has been out since high school, shares his positive experiences with his teammates and coaches. The article also highlights the challenges faced by athletes like Matthew, who are hesitant to come out due to concerns about their professional future. The piece underscores the importance of supportive environments in collegiate sports for LGBTQ athletes.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utsports.com/2013/5/7/4307068/sean-mulroy-fabulous-life-openly-gay-college-swimmer-usc-coming-out/" TargetMode="External"/><Relationship Id="rId10" Type="http://schemas.openxmlformats.org/officeDocument/2006/relationships/hyperlink" Target="https://www.outsports.com/2013/4/4/4184148/usc-southern-cal-gay-athletes-swimming-football/" TargetMode="External"/><Relationship Id="rId11" Type="http://schemas.openxmlformats.org/officeDocument/2006/relationships/hyperlink" Target="https://www.outsports.com/2013/5/20/4350624/gay-swimmer-sean-mulroy-usc-podcast" TargetMode="External"/><Relationship Id="rId12" Type="http://schemas.openxmlformats.org/officeDocument/2006/relationships/hyperlink" Target="https://www.outsports.com/2021/10/7/22713706/out-in-sports-study-lgbtq-athletes-coming-out/" TargetMode="External"/><Relationship Id="rId13" Type="http://schemas.openxmlformats.org/officeDocument/2006/relationships/hyperlink" Target="https://www.outsports.com/2021/10/5/22697251/outsports-lgbtq-athletes-survey-big-5-sports/" TargetMode="External"/><Relationship Id="rId14" Type="http://schemas.openxmlformats.org/officeDocument/2006/relationships/hyperlink" Target="https://www.outsports.com/2021/10/13/22715144/lgbtq-athletes-anti-gay-homophobic-language-slurs-out-in-spor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