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Live-TV Coming Out: Ryan Jordan Santana’s Brave Moment in Baseball</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Watch as a professional ballplayer chose honesty over hiding, Ryan Jordan Santana came out on live TV, telling his mum and teammates in front of millions, and showing why visibility still matters for LGBTQ athletes in sport. This matters because sport cultures, faith ties and international rules often make coming out complicated.</w:t>
      </w:r>
      <w:r/>
    </w:p>
    <w:p>
      <w:r/>
      <w:r>
        <w:t>Essential Takeaways</w:t>
      </w:r>
      <w:r/>
      <w:r/>
    </w:p>
    <w:p>
      <w:pPr>
        <w:pStyle w:val="ListBullet"/>
        <w:spacing w:line="240" w:lineRule="auto"/>
        <w:ind w:left="720"/>
      </w:pPr>
      <w:r/>
      <w:r>
        <w:rPr>
          <w:b/>
        </w:rPr>
        <w:t>Public reveal:</w:t>
      </w:r>
      <w:r>
        <w:t xml:space="preserve"> Ryan Jordan Santana came out on TLC’s This Is Life Live, speaking to his mother and teammates for the first time on camera.</w:t>
      </w:r>
      <w:r/>
    </w:p>
    <w:p>
      <w:pPr>
        <w:pStyle w:val="ListBullet"/>
        <w:spacing w:line="240" w:lineRule="auto"/>
        <w:ind w:left="720"/>
      </w:pPr>
      <w:r/>
      <w:r>
        <w:rPr>
          <w:b/>
        </w:rPr>
        <w:t>Sporting background:</w:t>
      </w:r>
      <w:r>
        <w:t xml:space="preserve"> Santana starred at Azusa Pacific University and St. Mary’s Catholic High School, with standout stats and recent play for the Golden Grove Dodgers in Adelaide.</w:t>
      </w:r>
      <w:r/>
    </w:p>
    <w:p>
      <w:pPr>
        <w:pStyle w:val="ListBullet"/>
        <w:spacing w:line="240" w:lineRule="auto"/>
        <w:ind w:left="720"/>
      </w:pPr>
      <w:r/>
      <w:r>
        <w:rPr>
          <w:b/>
        </w:rPr>
        <w:t>Faith and tension:</w:t>
      </w:r>
      <w:r>
        <w:t xml:space="preserve"> Both his college and high school had close church ties, and Azusa Pacific had policies that made coming out especially fraught.</w:t>
      </w:r>
      <w:r/>
    </w:p>
    <w:p>
      <w:pPr>
        <w:pStyle w:val="ListBullet"/>
        <w:spacing w:line="240" w:lineRule="auto"/>
        <w:ind w:left="720"/>
      </w:pPr>
      <w:r/>
      <w:r>
        <w:rPr>
          <w:b/>
        </w:rPr>
        <w:t>Support on camera:</w:t>
      </w:r>
      <w:r>
        <w:t xml:space="preserve"> Teammates and his mother reacted with immediate hugs and acceptance, offering a deeply human, emotional moment.</w:t>
      </w:r>
      <w:r/>
    </w:p>
    <w:p>
      <w:pPr>
        <w:pStyle w:val="ListBullet"/>
        <w:spacing w:line="240" w:lineRule="auto"/>
        <w:ind w:left="720"/>
      </w:pPr>
      <w:r/>
      <w:r>
        <w:rPr>
          <w:b/>
        </w:rPr>
        <w:t>Why it matters:</w:t>
      </w:r>
      <w:r>
        <w:t xml:space="preserve"> Santana said he wanted to be a light for others who feel alone, underlining the ongoing importance of visible role models in sport.</w:t>
      </w:r>
      <w:r/>
      <w:r/>
    </w:p>
    <w:p>
      <w:pPr>
        <w:pStyle w:val="Heading2"/>
      </w:pPr>
      <w:r>
        <w:t>A raw, public reveal that felt intimate</w:t>
      </w:r>
      <w:r/>
    </w:p>
    <w:p>
      <w:r/>
      <w:r>
        <w:t>Santana’s decision to come out on live television landed with a surprising tenderness rather than spectacle, and you could feel the emotion in the room. According to coverage in Outsports, he told his mother and two teammates on air, breaking down as he finally said the words he’d avoided for years. The moment had a quiet power, a soft, stunned acceptance rather than the confrontation some fear.</w:t>
      </w:r>
      <w:r/>
    </w:p>
    <w:p>
      <w:r/>
      <w:r>
        <w:t>Backstory matters here. Santana had already built a respectable baseball résumé at Azusa Pacific University and St. Mary’s Catholic High School, and was playing abroad in Australia for the Golden Grove Dodgers. But those credentials didn’t make coming out easier. As reporting explains, the schools he attended had strong ties to the church and restrictive policies, which added real pressure to stay closeted while pursuing sport.</w:t>
      </w:r>
      <w:r/>
    </w:p>
    <w:p>
      <w:pPr>
        <w:pStyle w:val="Heading2"/>
      </w:pPr>
      <w:r>
        <w:t>Why faith and policy made this harder than you might think</w:t>
      </w:r>
      <w:r/>
    </w:p>
    <w:p>
      <w:r/>
      <w:r>
        <w:t>Many athletes wrestle with competing identities, and Santana’s story shows how institutional culture can complicate that struggle. Azusa Pacific’s rules and a faith-inflected environment made him question whether he could be both an openly gay man and a committed player. Coverage from Pride and Attitude describes how he feared coming out would end his career, a common worry among gay athletes who feel their sporting future is on the line.</w:t>
      </w:r>
      <w:r/>
    </w:p>
    <w:p>
      <w:r/>
      <w:r>
        <w:t>If you’re weighing when to tell people, this part of Santana’s story is instructive: context matters. Consider team culture, club policies and local laws, he was playing in Australia at the time, where same-sex marriage was not yet legal, which added another layer of uncertainty.</w:t>
      </w:r>
      <w:r/>
    </w:p>
    <w:p>
      <w:pPr>
        <w:pStyle w:val="Heading2"/>
      </w:pPr>
      <w:r>
        <w:t>Teammates, tears and the unexpected warmth of acceptance</w:t>
      </w:r>
      <w:r/>
    </w:p>
    <w:p>
      <w:r/>
      <w:r>
        <w:t>The on-air conversation with his roommates could have gone badly; one teammate even made a crude remark before the reveal. But what followed was striking. One teammate embraced him and declared lifelong friendship, while his roommate wept over the pain Santana had carried. Media reports emphasise the human responses more than the drama, and that’s useful, fans and fellow players often imagine rejection, but Santana’s reality leaned toward compassion.</w:t>
      </w:r>
      <w:r/>
    </w:p>
    <w:p>
      <w:r/>
      <w:r>
        <w:t>Practical takeaway: when you worry about how teammates will react, remember that friendships often outlast assumptions. If you can, pick a setting where supportive reactions are possible, trusted teammates, a sympathetic coach, or a public ally in the clubhouse.</w:t>
      </w:r>
      <w:r/>
    </w:p>
    <w:p>
      <w:pPr>
        <w:pStyle w:val="Heading2"/>
      </w:pPr>
      <w:r>
        <w:t>Coming out to family on TV: why he did it, and why it resonated</w:t>
      </w:r>
      <w:r/>
    </w:p>
    <w:p>
      <w:r/>
      <w:r>
        <w:t>Santana told Outsports he wanted others struggling with their sexuality to know they aren’t alone, and that he wanted to be a light. Choosing to tell his mother on live TV was a brave gamble; it amplified the message and made it easier for people watching to see a real human reaction. His mother’s response, acceptance and reassurance, was a relief, and it made the moment feel less like a stunt and more like a gift to others watching.</w:t>
      </w:r>
      <w:r/>
    </w:p>
    <w:p>
      <w:r/>
      <w:r>
        <w:t>There’s a lesson here for anyone thinking about their own timing: visibility can help other people, not just oneself. If you can be safe and supported, sharing your story can be an outlet for others who feel isolated.</w:t>
      </w:r>
      <w:r/>
    </w:p>
    <w:p>
      <w:pPr>
        <w:pStyle w:val="Heading2"/>
      </w:pPr>
      <w:r>
        <w:t>What Santana’s story tells sport going forward</w:t>
      </w:r>
      <w:r/>
    </w:p>
    <w:p>
      <w:r/>
      <w:r>
        <w:t>This moment is part of a slow but meaningful shift in sport culture. Coverage across outlets shows the narrative repeating: athletes come out, teammates react, and communities adjust. That doesn’t erase systemic issues, policies and faith-based pressures remain, but each visible story chips away at stigma.</w:t>
      </w:r>
      <w:r/>
    </w:p>
    <w:p>
      <w:r/>
      <w:r>
        <w:t>Looking ahead, expect more athletes to test the waters of openness, especially as fans and organisations increasingly celebrate inclusion. Santana’s choice was a small public act with outsized ripple effects, proof that one honest conversation can matter.</w:t>
      </w:r>
      <w:r/>
    </w:p>
    <w:p>
      <w:r/>
      <w:r>
        <w:t>It's a small change that can make every game a bit more honest.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[6]</w:t>
        </w:r>
      </w:hyperlink>
      <w:r>
        <w:t xml:space="preserve">- Paragraph 2: </w:t>
      </w:r>
      <w:hyperlink r:id="rId9">
        <w:r>
          <w:rPr>
            <w:color w:val="0000EE"/>
            <w:u w:val="single"/>
          </w:rPr>
          <w:t>[2]</w:t>
        </w:r>
      </w:hyperlink>
      <w:r>
        <w:t xml:space="preserve">, </w:t>
      </w:r>
      <w:hyperlink r:id="rId11">
        <w:r>
          <w:rPr>
            <w:color w:val="0000EE"/>
            <w:u w:val="single"/>
          </w:rPr>
          <w:t>[3]</w:t>
        </w:r>
      </w:hyperlink>
      <w:r>
        <w:t xml:space="preserve">- Paragraph 3: </w:t>
      </w:r>
      <w:hyperlink r:id="rId9">
        <w:r>
          <w:rPr>
            <w:color w:val="0000EE"/>
            <w:u w:val="single"/>
          </w:rPr>
          <w:t>[2]</w:t>
        </w:r>
      </w:hyperlink>
      <w:r>
        <w:t xml:space="preserve">, </w:t>
      </w:r>
      <w:hyperlink r:id="rId12">
        <w:r>
          <w:rPr>
            <w:color w:val="0000EE"/>
            <w:u w:val="single"/>
          </w:rPr>
          <w:t>[4]</w:t>
        </w:r>
      </w:hyperlink>
      <w:r>
        <w:t xml:space="preserve">- Paragraph 4: </w:t>
      </w:r>
      <w:hyperlink r:id="rId9">
        <w:r>
          <w:rPr>
            <w:color w:val="0000EE"/>
            <w:u w:val="single"/>
          </w:rPr>
          <w:t>[2]</w:t>
        </w:r>
      </w:hyperlink>
      <w:r>
        <w:t xml:space="preserve">, </w:t>
      </w:r>
      <w:hyperlink r:id="rId10">
        <w:r>
          <w:rPr>
            <w:color w:val="0000EE"/>
            <w:u w:val="single"/>
          </w:rPr>
          <w:t>[6]</w:t>
        </w:r>
      </w:hyperlink>
      <w:r>
        <w:t xml:space="preserve">- Paragraph 5: </w:t>
      </w:r>
      <w:hyperlink r:id="rId9">
        <w:r>
          <w:rPr>
            <w:color w:val="0000EE"/>
            <w:u w:val="single"/>
          </w:rPr>
          <w:t>[2]</w:t>
        </w:r>
      </w:hyperlink>
      <w:r>
        <w:t xml:space="preserve">, </w:t>
      </w:r>
      <w:hyperlink r:id="rId11">
        <w:r>
          <w:rPr>
            <w:color w:val="0000EE"/>
            <w:u w:val="single"/>
          </w:rPr>
          <w:t>[3]</w:t>
        </w:r>
      </w:hyperlink>
      <w:r>
        <w:t xml:space="preserve">- Paragraph 6: </w:t>
      </w:r>
      <w:hyperlink r:id="rId12">
        <w:r>
          <w:rPr>
            <w:color w:val="0000EE"/>
            <w:u w:val="single"/>
          </w:rPr>
          <w:t>[4]</w:t>
        </w:r>
      </w:hyperlink>
      <w:r>
        <w:t xml:space="preserve">, </w:t>
      </w:r>
      <w:hyperlink r:id="rId13">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https://www.outsports.com/2017/4/24/15416098/gay-baseball-ryan-jordan-santana/</w:t>
        </w:r>
      </w:hyperlink>
      <w:r>
        <w:t xml:space="preserve"> - Please view link - unable to able to access data</w:t>
      </w:r>
      <w:r/>
    </w:p>
    <w:p>
      <w:pPr>
        <w:pStyle w:val="ListNumber"/>
        <w:spacing w:line="240" w:lineRule="auto"/>
        <w:ind w:left="720"/>
      </w:pPr>
      <w:r/>
      <w:hyperlink r:id="rId9">
        <w:r>
          <w:rPr>
            <w:color w:val="0000EE"/>
            <w:u w:val="single"/>
          </w:rPr>
          <w:t>https://www.outsports.com/2017/4/24/15416098/gay-baseball-ryan-jordan-santana/</w:t>
        </w:r>
      </w:hyperlink>
      <w:r>
        <w:t xml:space="preserve"> - In April 2017, baseball player Ryan Jordan Santana publicly came out as gay on live television during TLC's 'This Is Life Live'. He shared his sexual orientation with his mother and teammates for the first time. Santana played college baseball at Azusa Pacific University in Southern California, where he won Conference Player of the Week honours. Prior to that, he played for St. Mary's Catholic High School in Phoenix, Arizona, achieving a .449 batting average in his junior year. Both institutions have strong ties to the church, with Azusa Pacific having a policy barring gay sex. Santana expressed that playing at Azusa Pacific was challenging due to his religious beliefs. At the time of his coming out, he was playing for the Golden Grove Dodgers in Adelaide, Australia. Santana realised his attraction to men around the age of 15 but felt unable to disclose it. He stated, "I lived a lie my whole life. I was always too afraid to even tell my teammates. But I don’t want to have to lie to them about this part of me anymore." He chose to come out on national television to inspire others struggling with their sexuality, aiming to let them know they are not alone. Santana acknowledged the fear that coming out would end his baseball career but believed it shouldn't be that way, emphasising the importance of being judged on athletic ability and teamwork. His teammates and mother responded with acceptance and support during the televised revelation.</w:t>
      </w:r>
      <w:r/>
    </w:p>
    <w:p>
      <w:pPr>
        <w:pStyle w:val="ListNumber"/>
        <w:spacing w:line="240" w:lineRule="auto"/>
        <w:ind w:left="720"/>
      </w:pPr>
      <w:r/>
      <w:hyperlink r:id="rId11">
        <w:r>
          <w:rPr>
            <w:color w:val="0000EE"/>
            <w:u w:val="single"/>
          </w:rPr>
          <w:t>https://www.queerty.com/super-cute-professional-baseball-player-comes-live-tv-20170425/</w:t>
        </w:r>
      </w:hyperlink>
      <w:r>
        <w:t xml:space="preserve"> - In April 2017, professional baseball player Ryan Jordan Santana came out as gay on live television during TLC's 'This Is Life Live'. Santana, who played for the Golden Grove Dodgers in Adelaide, Australia, shared his sexual orientation with his teammates and mother for the first time. Raised in a Catholic home in Arizona, Santana attended St. Mary's Catholic High School in Phoenix, where he achieved a .449 batting average in his junior year. He later played college baseball at Azusa Pacific University in Southern California, a private evangelical Christian university with a policy specifically banning gay sex. Santana described his time at Azusa Pacific as challenging due to his religious beliefs. He chose to come out on national television to inspire others struggling with their sexuality, aiming to let them know they are not alone. Santana expressed the fear that coming out would end his baseball career but believed it shouldn't be that way, emphasising the importance of being judged on athletic ability and teamwork. His teammates and mother responded with acceptance and support during the televised revelation.</w:t>
      </w:r>
      <w:r/>
    </w:p>
    <w:p>
      <w:pPr>
        <w:pStyle w:val="ListNumber"/>
        <w:spacing w:line="240" w:lineRule="auto"/>
        <w:ind w:left="720"/>
      </w:pPr>
      <w:r/>
      <w:hyperlink r:id="rId12">
        <w:r>
          <w:rPr>
            <w:color w:val="0000EE"/>
            <w:u w:val="single"/>
          </w:rPr>
          <w:t>https://www.pride.com/comingout/2017/4/26/professional-baseball-player-boldly-came-out-gay-live-tv</w:t>
        </w:r>
      </w:hyperlink>
      <w:r>
        <w:t xml:space="preserve"> - In April 2017, professional baseball player Ryan Jordan Santana came out as gay on live television during TLC's 'This Is Life Live'. Santana, who played for the Golden Grove Dodgers in Adelaide, Australia, shared his sexual orientation with his teammates and mother for the first time. Raised in a Catholic home in Arizona, Santana attended St. Mary's Catholic High School in Phoenix, where he achieved a .449 batting average in his junior year. He later played college baseball at Azusa Pacific University in Southern California, a private evangelical Christian university with a policy specifically banning gay sex. Santana described his time at Azusa Pacific as challenging due to his religious beliefs. He chose to come out on national television to inspire others struggling with their sexuality, aiming to let them know they are not alone. Santana expressed the fear that coming out would end his baseball career but believed it shouldn't be that way, emphasising the importance of being judged on athletic ability and teamwork. His teammates and mother responded with acceptance and support during the televised revelation.</w:t>
      </w:r>
      <w:r/>
    </w:p>
    <w:p>
      <w:pPr>
        <w:pStyle w:val="ListNumber"/>
        <w:spacing w:line="240" w:lineRule="auto"/>
        <w:ind w:left="720"/>
      </w:pPr>
      <w:r/>
      <w:hyperlink r:id="rId13">
        <w:r>
          <w:rPr>
            <w:color w:val="0000EE"/>
            <w:u w:val="single"/>
          </w:rPr>
          <w:t>https://www.formulatv.com/noticias/67057/jugador-baseball-armario-programa-television/</w:t>
        </w:r>
      </w:hyperlink>
      <w:r>
        <w:t xml:space="preserve"> - In April 2017, professional baseball player Ryan Jordan Santana came out as gay on live television during TLC's 'This Is Life Live'. Santana, who played for the Golden Grove Dodgers in Adelaide, Australia, shared his sexual orientation with his teammates and mother for the first time. Raised in a Catholic home in Arizona, Santana attended St. Mary's Catholic High School in Phoenix, where he achieved a .449 batting average in his junior year. He later played college baseball at Azusa Pacific University in Southern California, a private evangelical Christian university with a policy specifically banning gay sex. Santana described his time at Azusa Pacific as challenging due to his religious beliefs. He chose to come out on national television to inspire others struggling with their sexuality, aiming to let them know they are not alone. Santana expressed the fear that coming out would end his baseball career but believed it shouldn't be that way, emphasising the importance of being judged on athletic ability and teamwork. His teammates and mother responded with acceptance and support during the televised revelation.</w:t>
      </w:r>
      <w:r/>
    </w:p>
    <w:p>
      <w:pPr>
        <w:pStyle w:val="ListNumber"/>
        <w:spacing w:line="240" w:lineRule="auto"/>
        <w:ind w:left="720"/>
      </w:pPr>
      <w:r/>
      <w:hyperlink r:id="rId10">
        <w:r>
          <w:rPr>
            <w:color w:val="0000EE"/>
            <w:u w:val="single"/>
          </w:rPr>
          <w:t>https://www.attitude.co.uk/news/world/us-baseball-star-comes-out-as-gay-on-live-tv-and-doesnt-get-the-reaction-he-expected-292357/</w:t>
        </w:r>
      </w:hyperlink>
      <w:r>
        <w:t xml:space="preserve"> - In April 2017, professional baseball player Ryan Jordan Santana came out as gay on live television during TLC's 'This Is Life Live'. Santana, who played for the Golden Grove Dodgers in Adelaide, Australia, shared his sexual orientation with his teammates and mother for the first time. Raised in a Catholic home in Arizona, Santana attended St. Mary's Catholic High School in Phoenix, where he achieved a .449 batting average in his junior year. He later played college baseball at Azusa Pacific University in Southern California, a private evangelical Christian university with a policy specifically banning gay sex. Santana described his time at Azusa Pacific as challenging due to his religious beliefs. He chose to come out on national television to inspire others struggling with their sexuality, aiming to let them know they are not alone. Santana expressed the fear that coming out would end his baseball career but believed it shouldn't be that way, emphasising the importance of being judged on athletic ability and teamwork. His teammates and mother responded with acceptance and support during the televised revelation.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outsports.com/2017/4/24/15416098/gay-baseball-ryan-jordan-santana/" TargetMode="External"/><Relationship Id="rId10" Type="http://schemas.openxmlformats.org/officeDocument/2006/relationships/hyperlink" Target="https://www.attitude.co.uk/news/world/us-baseball-star-comes-out-as-gay-on-live-tv-and-doesnt-get-the-reaction-he-expected-292357/" TargetMode="External"/><Relationship Id="rId11" Type="http://schemas.openxmlformats.org/officeDocument/2006/relationships/hyperlink" Target="https://www.queerty.com/super-cute-professional-baseball-player-comes-live-tv-20170425/" TargetMode="External"/><Relationship Id="rId12" Type="http://schemas.openxmlformats.org/officeDocument/2006/relationships/hyperlink" Target="https://www.pride.com/comingout/2017/4/26/professional-baseball-player-boldly-came-out-gay-live-tv" TargetMode="External"/><Relationship Id="rId13" Type="http://schemas.openxmlformats.org/officeDocument/2006/relationships/hyperlink" Target="https://www.formulatv.com/noticias/67057/jugador-baseball-armario-programa-televis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