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Capital Pride Parade 2026: Road Closures, Transit Changes and Where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rainbows and plan ahead: Ottawa’s Capital Pride Parade marches downtown at 1 p.m. today, bringing festivities, drag stages and temporary road closures that matter if you’re heading into the core, taking OC Transpo or meeting friends at the TD Main Stage.</w:t>
      </w:r>
      <w:r/>
    </w:p>
    <w:p>
      <w:r/>
      <w:r>
        <w:t>Essential Takeaways</w:t>
      </w:r>
      <w:r/>
      <w:r/>
    </w:p>
    <w:p>
      <w:pPr>
        <w:pStyle w:val="ListBullet"/>
        <w:spacing w:line="240" w:lineRule="auto"/>
        <w:ind w:left="720"/>
      </w:pPr>
      <w:r/>
      <w:r>
        <w:rPr>
          <w:b/>
        </w:rPr>
        <w:t>Parade time:</w:t>
      </w:r>
      <w:r>
        <w:t xml:space="preserve"> The Capital Pride Parade steps off at 1 p.m., beginning at Wellington and Booth and finishing at Slater Street near the TD Main Stage. </w:t>
      </w:r>
      <w:r/>
    </w:p>
    <w:p>
      <w:pPr>
        <w:pStyle w:val="ListBullet"/>
        <w:spacing w:line="240" w:lineRule="auto"/>
        <w:ind w:left="720"/>
      </w:pPr>
      <w:r/>
      <w:r>
        <w:rPr>
          <w:b/>
        </w:rPr>
        <w:t>Key road closures:</w:t>
      </w:r>
      <w:r>
        <w:t xml:space="preserve"> Streets including Albert, Wellington and Bank will be closed at various times between 6 a.m. and 4:30 p.m.; check exact windows if you drive. </w:t>
      </w:r>
      <w:r/>
    </w:p>
    <w:p>
      <w:pPr>
        <w:pStyle w:val="ListBullet"/>
        <w:spacing w:line="240" w:lineRule="auto"/>
        <w:ind w:left="720"/>
      </w:pPr>
      <w:r/>
      <w:r>
        <w:rPr>
          <w:b/>
        </w:rPr>
        <w:t>Transit detours:</w:t>
      </w:r>
      <w:r>
        <w:t xml:space="preserve"> OC Transpo routes 6, 7, 8, 10 and 11 will be detoured during the parade; some detours begin as early as Friday evening. </w:t>
      </w:r>
      <w:r/>
    </w:p>
    <w:p>
      <w:pPr>
        <w:pStyle w:val="ListBullet"/>
        <w:spacing w:line="240" w:lineRule="auto"/>
        <w:ind w:left="720"/>
      </w:pPr>
      <w:r/>
      <w:r>
        <w:rPr>
          <w:b/>
        </w:rPr>
        <w:t>Accessibility:</w:t>
      </w:r>
      <w:r>
        <w:t xml:space="preserve"> Para Transpo drop-off and pick-up for the parade is Booth Street at Vimy Place; other festival pick-up points are on O’Connor and Gilmour streets. </w:t>
      </w:r>
      <w:r/>
    </w:p>
    <w:p>
      <w:pPr>
        <w:pStyle w:val="ListBullet"/>
        <w:spacing w:line="240" w:lineRule="auto"/>
        <w:ind w:left="720"/>
      </w:pPr>
      <w:r/>
      <w:r>
        <w:rPr>
          <w:b/>
        </w:rPr>
        <w:t>Festival vibe:</w:t>
      </w:r>
      <w:r>
        <w:t xml:space="preserve"> This year’s theme, “Together, We Shine,” promises drag, dancing and a visible community feel at the TD Main Stage.</w:t>
      </w:r>
      <w:r/>
      <w:r/>
    </w:p>
    <w:p>
      <w:pPr>
        <w:pStyle w:val="Heading2"/>
      </w:pPr>
      <w:r>
        <w:t>Where the parade goes and what to expect on the streets</w:t>
      </w:r>
      <w:r/>
    </w:p>
    <w:p>
      <w:r/>
      <w:r>
        <w:t>The march starts at Wellington and Booth, rolls across Wellington and proceeds down Bank Street through LeBreton Flats before finishing at Slater Street by the TD Main Stage. Expect a lively, colourful procession with floats, marching groups and music, and a crowd that’s part celebration, part neighbourhood block party. The route means large sections of the downtown core will feel foot-first rather than car-first, so plan for denser pedestrian flows around Slater and Bank.</w:t>
      </w:r>
      <w:r/>
    </w:p>
    <w:p>
      <w:pPr>
        <w:pStyle w:val="Heading2"/>
      </w:pPr>
      <w:r>
        <w:t>Which streets are closed and when you should avoid driving</w:t>
      </w:r>
      <w:r/>
    </w:p>
    <w:p>
      <w:r/>
      <w:r>
        <w:t>Several planned closures are in effect to keep marchers safe. Albert Street between Bank and O’Connor is closed from 6 a.m. to 4 p.m., while Wellington and Bank sections close in the midday window, mostly from around 12:15–12:30 p.m. through to 4 p.m. A wider closure on Bank for some detours runs from Friday night through Monday midnight. If you normally drive through the area, give yourself extra time, park outside the core or skip driving entirely for the afternoon.</w:t>
      </w:r>
      <w:r/>
    </w:p>
    <w:p>
      <w:pPr>
        <w:pStyle w:val="Heading2"/>
      </w:pPr>
      <w:r>
        <w:t>How OC Transpo is rerouting buses, what commuters need to know</w:t>
      </w:r>
      <w:r/>
    </w:p>
    <w:p>
      <w:r/>
      <w:r>
        <w:t>OC Transpo will maintain service but with detours. Routes 6, 7 and 11 have already been affected by a Bank Street closure that starts Friday evening and lasts through Monday night, while routes 6, 7, 8, 10 and 11 face parade-time detours on Sunday from about 11:45 a.m. to 4:30 p.m. Northbound trips for some routes will use Metcalfe, southbound trips will use O’Connor, and others will shift to Kent or Lyon. Check OC Transpo’s alerts before you go to avoid being rerouted unexpectedly.</w:t>
      </w:r>
      <w:r/>
    </w:p>
    <w:p>
      <w:pPr>
        <w:pStyle w:val="Heading2"/>
      </w:pPr>
      <w:r>
        <w:t>Accessibility and Para Transpo arrangements</w:t>
      </w:r>
      <w:r/>
    </w:p>
    <w:p>
      <w:r/>
      <w:r>
        <w:t>Capital Pride and OC Transpo have set specific Para Transpo pick-up and drop-off points to keep things smooth for riders who need them. For the parade itself, Para Transpo stops are at Booth Street and Vimy Place; for other festival events there are spots on O’Connor at Laurier and on Gilmour at Derby Place. Accessibility info on ramps, viewing areas and supports is available through Capital Pride’s accessibility pages, so it’s worth a quick pre-visit check if you need accommodations.</w:t>
      </w:r>
      <w:r/>
    </w:p>
    <w:p>
      <w:pPr>
        <w:pStyle w:val="Heading2"/>
      </w:pPr>
      <w:r>
        <w:t>Where to watch, what’s on the TD Main Stage and festival practicalities</w:t>
      </w:r>
      <w:r/>
    </w:p>
    <w:p>
      <w:r/>
      <w:r>
        <w:t>The parade finishes near the TD Main Stage at Slater, which will host drag performances and dancing as part of the festival atmosphere. Bring a lightweight rain layer just in case, the weather can shift and a small waterproof makes standing around more enjoyable. If you’re meeting friends, pick a clear rendezvous point off the main crowd lines, and consider catching later performances rather than the peak moving time to avoid dense clusters.</w:t>
      </w:r>
      <w:r/>
    </w:p>
    <w:p>
      <w:r/>
      <w:r>
        <w:t>It’s a small plan that makes a big difference to your day, show up, enjoy the colour, and map your route.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https://ottawa.citynews.ca/2026/08/30/capital-pride-parade-brings-rainbows-and-road-closures/</w:t>
        </w:r>
      </w:hyperlink>
      <w:r>
        <w:t xml:space="preserve"> - Please view link - unable to able to access data</w:t>
      </w:r>
      <w:r/>
    </w:p>
    <w:p>
      <w:pPr>
        <w:pStyle w:val="ListNumber"/>
        <w:spacing w:line="240" w:lineRule="auto"/>
        <w:ind w:left="720"/>
      </w:pPr>
      <w:r/>
      <w:hyperlink r:id="rId10">
        <w:r>
          <w:rPr>
            <w:color w:val="0000EE"/>
            <w:u w:val="single"/>
          </w:rPr>
          <w:t>https://ottawa.ca/en/city-hall/city-news/newsroom/traffic-impacts-capital-pride-parade</w:t>
        </w:r>
      </w:hyperlink>
      <w:r>
        <w:t xml:space="preserve"> - The City of Ottawa has announced traffic impacts for the Capital Pride Parade scheduled for August 30, 2026. Road closures will be in effect during the street festival from 6 pm on Friday, August 28, to 2 am on Sunday, August 30, including Bank Street between Slater Street and Gladstone Avenue. On the day of the parade, additional closures will occur, such as Wellington Street between Booth Street and Vimy Place from 6 am to 4 pm. OC Transpo will maintain bus service with detours in place, and Para Transpo services will be available at designated locations.</w:t>
      </w:r>
      <w:r/>
    </w:p>
    <w:p>
      <w:pPr>
        <w:pStyle w:val="ListNumber"/>
        <w:spacing w:line="240" w:lineRule="auto"/>
        <w:ind w:left="720"/>
      </w:pPr>
      <w:r/>
      <w:hyperlink r:id="rId12">
        <w:r>
          <w:rPr>
            <w:color w:val="0000EE"/>
            <w:u w:val="single"/>
          </w:rPr>
          <w:t>https://capitalpride.ca/events/prideparade/</w:t>
        </w:r>
      </w:hyperlink>
      <w:r>
        <w:t xml:space="preserve"> - The Capital Pride Parade is set to return on August 30, 2026, at 1 pm in Centretown, Ottawa. The event will feature over 150 groups and more than 100,000 community members. This year's Grand Marshal is Brianne Jenner. The parade will commence at Booth and Wellington and conclude at Bank and Slater. Suggested viewing spots include Wellington near Portage Bridge, Wellington and Lyon Streets, and Wellington and Kent Streets. An accessible viewing area will be located on the sidewalk in front of the Garden of Provinces and Territories.</w:t>
      </w:r>
      <w:r/>
    </w:p>
    <w:p>
      <w:pPr>
        <w:pStyle w:val="ListNumber"/>
        <w:spacing w:line="240" w:lineRule="auto"/>
        <w:ind w:left="720"/>
      </w:pPr>
      <w:r/>
      <w:hyperlink r:id="rId13">
        <w:r>
          <w:rPr>
            <w:color w:val="0000EE"/>
            <w:u w:val="single"/>
          </w:rPr>
          <w:t>https://capitalpride.ca/2026-pride-parade/</w:t>
        </w:r>
      </w:hyperlink>
      <w:r>
        <w:t xml:space="preserve"> - The 2026 Capital Pride Parade is scheduled for August 30, 2026, at 1 pm, featuring over 225 groups and more than 11,000 community members. Brianne Jenner will serve as the Grand Marshal. Applications for participation were open until July 31, 2026. A mandatory parade training session for all confirmed applicants was held online on July 30, 2026. The event aims to create opportunities to celebrate, advocate, educate, and connect people, respecting the full diversity of the 2SLGBTQ+ community.</w:t>
      </w:r>
      <w:r/>
    </w:p>
    <w:p>
      <w:pPr>
        <w:pStyle w:val="ListNumber"/>
        <w:spacing w:line="240" w:lineRule="auto"/>
        <w:ind w:left="720"/>
      </w:pPr>
      <w:r/>
      <w:hyperlink r:id="rId14">
        <w:r>
          <w:rPr>
            <w:color w:val="0000EE"/>
            <w:u w:val="single"/>
          </w:rPr>
          <w:t>https://capitalpride.ca/accessibility/</w:t>
        </w:r>
      </w:hyperlink>
      <w:r>
        <w:t xml:space="preserve"> - Ottawa Capital Pride is committed to ensuring a welcoming, inclusive, and enjoyable experience for all event attendees, regardless of ability. Accessible portable washrooms are located at Lisgar Street and Bank Street, as well as Lewis Street and Bank Street. Para Transpo drop-off points are situated at Laurier and O’Connor, and Gilmour and O’Connor. For the parade, accessible portable washrooms are available at Wellington Street and Booth Street, with indoor facilities in the Canadian War Museum. Para Transpo drop-off for parade participants is located north of Vimy Place on Booth Street.</w:t>
      </w:r>
      <w:r/>
    </w:p>
    <w:p>
      <w:pPr>
        <w:pStyle w:val="ListNumber"/>
        <w:spacing w:line="240" w:lineRule="auto"/>
        <w:ind w:left="720"/>
      </w:pPr>
      <w:r/>
      <w:hyperlink r:id="rId11">
        <w:r>
          <w:rPr>
            <w:color w:val="0000EE"/>
            <w:u w:val="single"/>
          </w:rPr>
          <w:t>https://www.todocanada.ca/capital-pride-festival-weekend-in-ottawa-what-you-need-to-know-about-festivities-and-road-closures-2026/</w:t>
        </w:r>
      </w:hyperlink>
      <w:r>
        <w:t xml:space="preserve"> - The 2026 Capital Pride Festival in Ottawa will feature various festivities and road closures. Road closures include Bank Street between Slater Street and Gladstone Avenue from 4:30 pm on Friday, August 28, until midnight on Monday, August 31. During the parade on Sunday, August 30, additional closures will occur, such as Bank Street between Wellington Street and Albert Street from 12:30 pm to 4 pm. OC Transpo will maintain bus service with detours in place, and Para Transpo services will be available at designated locations.</w:t>
      </w:r>
      <w:r/>
    </w:p>
    <w:p>
      <w:pPr>
        <w:pStyle w:val="ListNumber"/>
        <w:spacing w:line="240" w:lineRule="auto"/>
        <w:ind w:left="720"/>
      </w:pPr>
      <w:r/>
      <w:hyperlink r:id="rId15">
        <w:r>
          <w:rPr>
            <w:color w:val="0000EE"/>
            <w:u w:val="single"/>
          </w:rPr>
          <w:t>https://capitalpride.ca/2026-festival-applications/</w:t>
        </w:r>
      </w:hyperlink>
      <w:r>
        <w:t xml:space="preserve"> - The 2026 Capital Pride Festival in Ottawa is scheduled for August 22 to August 30, 2026. The Street Festival will return to Bank Street on August 29–30, featuring community organizations, political groups, a craft fair, activations from corporate partners, and other programming. The Pride Parade is set for August 30, 2026, at 1 pm, with over 225 groups and more than 11,000 community members participating. Applications for participation were open until July 31, 2026. The event aims to create opportunities to celebrate, advocate, educate, and connect people, respecting the full diversity of the 2SLGBTQIA+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ynews.ca/2026/08/30/capital-pride-parade-brings-rainbows-and-road-closures/" TargetMode="External"/><Relationship Id="rId10" Type="http://schemas.openxmlformats.org/officeDocument/2006/relationships/hyperlink" Target="https://ottawa.ca/en/city-hall/city-news/newsroom/traffic-impacts-capital-pride-parade" TargetMode="External"/><Relationship Id="rId11" Type="http://schemas.openxmlformats.org/officeDocument/2006/relationships/hyperlink" Target="https://www.todocanada.ca/capital-pride-festival-weekend-in-ottawa-what-you-need-to-know-about-festivities-and-road-closures-2026/" TargetMode="External"/><Relationship Id="rId12" Type="http://schemas.openxmlformats.org/officeDocument/2006/relationships/hyperlink" Target="https://capitalpride.ca/events/prideparade/" TargetMode="External"/><Relationship Id="rId13" Type="http://schemas.openxmlformats.org/officeDocument/2006/relationships/hyperlink" Target="https://capitalpride.ca/2026-pride-parade/" TargetMode="External"/><Relationship Id="rId14" Type="http://schemas.openxmlformats.org/officeDocument/2006/relationships/hyperlink" Target="https://capitalpride.ca/accessibility/" TargetMode="External"/><Relationship Id="rId15" Type="http://schemas.openxmlformats.org/officeDocument/2006/relationships/hyperlink" Target="https://capitalpride.ca/2026-festival-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