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Best-Dressed at Manchester Village Pride 2026: Standout Looks and Where to Spot Them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Buzzing with colour and creativity, Manchester Village Pride 2026 has turned the Gay Village into a high-energy runway, where thousands celebrated identity with sequins, cowboy hats and full-on Dorothy ensembles , and why the festival’s parade, performances and rain-ready fashion mattered to the city.</w:t>
      </w:r>
      <w:r/>
    </w:p>
    <w:p>
      <w:r/>
      <w:r>
        <w:t>Essential Takeaways</w:t>
      </w:r>
      <w:r/>
      <w:r/>
    </w:p>
    <w:p>
      <w:pPr>
        <w:pStyle w:val="ListBullet"/>
        <w:spacing w:line="240" w:lineRule="auto"/>
        <w:ind w:left="720"/>
      </w:pPr>
      <w:r/>
      <w:r>
        <w:rPr>
          <w:b/>
        </w:rPr>
        <w:t>Huge turnout:</w:t>
      </w:r>
      <w:r>
        <w:t xml:space="preserve"> Tens of thousands attended across the weekend, with a major parade featuring more than 12,000 participants and 177 groups and floats.</w:t>
      </w:r>
      <w:r/>
    </w:p>
    <w:p>
      <w:pPr>
        <w:pStyle w:val="ListBullet"/>
        <w:spacing w:line="240" w:lineRule="auto"/>
        <w:ind w:left="720"/>
      </w:pPr>
      <w:r/>
      <w:r>
        <w:rPr>
          <w:b/>
        </w:rPr>
        <w:t>Star power and sets:</w:t>
      </w:r>
      <w:r>
        <w:t xml:space="preserve"> Big-name acts and emotional speeches drew crowds, creating a lively backdrop for statement dressing.</w:t>
      </w:r>
      <w:r/>
    </w:p>
    <w:p>
      <w:pPr>
        <w:pStyle w:val="ListBullet"/>
        <w:spacing w:line="240" w:lineRule="auto"/>
        <w:ind w:left="720"/>
      </w:pPr>
      <w:r/>
      <w:r>
        <w:rPr>
          <w:b/>
        </w:rPr>
        <w:t>Costume themes:</w:t>
      </w:r>
      <w:r>
        <w:t xml:space="preserve"> The parade theme 'No Place Like Home' inspired Wizard of Oz nods, Dorothys, Tin Men and Wicked Witches were spotted.</w:t>
      </w:r>
      <w:r/>
    </w:p>
    <w:p>
      <w:pPr>
        <w:pStyle w:val="ListBullet"/>
        <w:spacing w:line="240" w:lineRule="auto"/>
        <w:ind w:left="720"/>
      </w:pPr>
      <w:r/>
      <w:r>
        <w:rPr>
          <w:b/>
        </w:rPr>
        <w:t>Weather-proof style:</w:t>
      </w:r>
      <w:r>
        <w:t xml:space="preserve"> Rain didn’t dampen creativity , sequined umbrellas, dazzling raincoats and customised wellies kept looks intact.</w:t>
      </w:r>
      <w:r/>
    </w:p>
    <w:p>
      <w:pPr>
        <w:pStyle w:val="ListBullet"/>
        <w:spacing w:line="240" w:lineRule="auto"/>
        <w:ind w:left="720"/>
      </w:pPr>
      <w:r/>
      <w:r>
        <w:rPr>
          <w:b/>
        </w:rPr>
        <w:t>Community presence:</w:t>
      </w:r>
      <w:r>
        <w:t xml:space="preserve"> Local charities, theatre groups and foundations used colourful fashion to stand out and raise awareness.</w:t>
      </w:r>
      <w:r/>
      <w:r/>
    </w:p>
    <w:p>
      <w:pPr>
        <w:pStyle w:val="Heading2"/>
      </w:pPr>
      <w:r>
        <w:t>Pride as a runway: Canal Street transformed</w:t>
      </w:r>
      <w:r/>
    </w:p>
    <w:p>
      <w:r/>
      <w:r>
        <w:t>Canal Street has a different kind of buzz when Pride rolls through , it feels like a catwalk, and this year was no exception. Crowds spilled onto pavements in a wash of glitter and bold colour, and you could spot a sequin or statement sleeve from a block away.</w:t>
      </w:r>
      <w:r/>
    </w:p>
    <w:p>
      <w:r/>
      <w:r>
        <w:t>According to local coverage, thousands lined the route while performers and speakers lit up stages, and that energy fed straight into what people chose to wear. For anyone planning to join next year, think bold, think mobile: layers and statement accessories let you switch from parade-ready to pub-ready without missing a beat.</w:t>
      </w:r>
      <w:r/>
    </w:p>
    <w:p>
      <w:pPr>
        <w:pStyle w:val="Heading2"/>
      </w:pPr>
      <w:r>
        <w:t>Theme dressing: No Place Like Home took centre stage</w:t>
      </w:r>
      <w:r/>
    </w:p>
    <w:p>
      <w:r/>
      <w:r>
        <w:t>The parade’s Wizard of Oz theme gave outfits a narrative, and plenty of attendees leaned into it with theatrical gusto. Dorothys in gingham, Tin Men with metallic sheen, and full-on Wicked Witch drag made the theme feel playful and communal rather than gimmicky.</w:t>
      </w:r>
      <w:r/>
    </w:p>
    <w:p>
      <w:r/>
      <w:r>
        <w:t>Manchester Village Pride’s deliberate theme shows how a unifying idea can boost crowd creativity and visibility. If you’re dressing for a themed Pride, pick one standout prop or colour to carry through your look , it’s memorable and comfortable to manage during a long day.</w:t>
      </w:r>
      <w:r/>
    </w:p>
    <w:p>
      <w:pPr>
        <w:pStyle w:val="Heading2"/>
      </w:pPr>
      <w:r>
        <w:t>Stars, speeches and style moments</w:t>
      </w:r>
      <w:r/>
    </w:p>
    <w:p>
      <w:r/>
      <w:r>
        <w:t>Big-name performances over the weekend provided the soundtrack while emotional speeches gave the event heart, and that mix made outfits feel purposeful as well as fun. When public figures take the stage and local charities march, fashion becomes a form of storytelling.</w:t>
      </w:r>
      <w:r/>
    </w:p>
    <w:p>
      <w:r/>
      <w:r>
        <w:t>Festival-goers told reporters they came prepared to be seen and to support causes, so wearability matters. Comfortable shoes, breathable fabrics and a small bag for essentials keep you on the move and still photo-ready when the headliners drop in.</w:t>
      </w:r>
      <w:r/>
    </w:p>
    <w:p>
      <w:pPr>
        <w:pStyle w:val="Heading2"/>
      </w:pPr>
      <w:r>
        <w:t>Weather-proof glamour: stay dry, stay dazzling</w:t>
      </w:r>
      <w:r/>
    </w:p>
    <w:p>
      <w:r/>
      <w:r>
        <w:t>A drizzle didn’t stop anyone from bringing the drama; in fact, rain seemed to up the creativity. Sequinned umbrellas, iridescent raincoats and customised boots turned practicality into part of the look.</w:t>
      </w:r>
      <w:r/>
    </w:p>
    <w:p>
      <w:r/>
      <w:r>
        <w:t>Lessons for future Pride-goers: embrace waterproofs that complement your outfit rather than fight it. A clear umbrella decorated with ribbons, or a bold rain mac, keeps you dry and frames your style in rainy photos.</w:t>
      </w:r>
      <w:r/>
    </w:p>
    <w:p>
      <w:pPr>
        <w:pStyle w:val="Heading2"/>
      </w:pPr>
      <w:r>
        <w:t>Community, causes and getting involved</w:t>
      </w:r>
      <w:r/>
    </w:p>
    <w:p>
      <w:r/>
      <w:r>
        <w:t>Beyond the clothes, the festival showcased dozens of organisations marching and manning stalls. Local charities, foundations and community groups used the platform to raise awareness while looking, unsurprisingly, brilliant.</w:t>
      </w:r>
      <w:r/>
    </w:p>
    <w:p>
      <w:r/>
      <w:r>
        <w:t>If you want to take part next time, Manchester Village Pride has clear ways to get involved from volunteering to joining a walking group. Being part of a group not only amplifies your message but makes costuming easier , shared props and coordinated palettes take the stress out of outfit planning.</w:t>
      </w:r>
      <w:r/>
    </w:p>
    <w:p>
      <w:r/>
      <w:r>
        <w:t>It's a small change that can make every outfit feel like a statement and every outfiter feel at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3">
        <w:r>
          <w:rPr>
            <w:color w:val="0000EE"/>
            <w:u w:val="single"/>
          </w:rPr>
          <w:t>[6]</w:t>
        </w:r>
      </w:hyperlink>
      <w:r>
        <w:t xml:space="preserve">- Paragraph 6: </w:t>
      </w:r>
      <w:hyperlink r:id="rId14">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https://www.manchestereveningnews.co.uk/whats-on/whats-on-news/gallery/65-best-dressed-people-manchester-34542820</w:t>
        </w:r>
      </w:hyperlink>
      <w:r>
        <w:t xml:space="preserve"> - Please view link - unable to able to access data</w:t>
      </w:r>
      <w:r/>
    </w:p>
    <w:p>
      <w:pPr>
        <w:pStyle w:val="ListNumber"/>
        <w:spacing w:line="240" w:lineRule="auto"/>
        <w:ind w:left="720"/>
      </w:pPr>
      <w:r/>
      <w:hyperlink r:id="rId10">
        <w:r>
          <w:rPr>
            <w:color w:val="0000EE"/>
            <w:u w:val="single"/>
          </w:rPr>
          <w:t>https://www.itv.com/news/granada/2026-08-29/tens-of-thousands-brave-rain-to-celebrate-manchesters-lgbtq-community</w:t>
        </w:r>
      </w:hyperlink>
      <w:r>
        <w:t xml:space="preserve"> - Tens of thousands braved torrential rain in Manchester to celebrate the city's LGBTQ+ community. The Manchester Village Pride parade filled the city centre with colour, costumes, dancing, and music under the theme 'No Place Like Home'. 12,000 people took part in the parade itself, watched by thousands more along the route from Deansgate to the city's Gay Village. The annual event is now run by a new organisation, a Community Interest Company, after the firm that was previously behind it went bust. (</w:t>
      </w:r>
      <w:hyperlink r:id="rId15">
        <w:r>
          <w:rPr>
            <w:color w:val="0000EE"/>
            <w:u w:val="single"/>
          </w:rPr>
          <w:t>itv.com</w:t>
        </w:r>
      </w:hyperlink>
      <w:r>
        <w:t>)</w:t>
      </w:r>
      <w:r/>
    </w:p>
    <w:p>
      <w:pPr>
        <w:pStyle w:val="ListNumber"/>
        <w:spacing w:line="240" w:lineRule="auto"/>
        <w:ind w:left="720"/>
      </w:pPr>
      <w:r/>
      <w:hyperlink r:id="rId12">
        <w:r>
          <w:rPr>
            <w:color w:val="0000EE"/>
            <w:u w:val="single"/>
          </w:rPr>
          <w:t>https://www.manchestervillagepride.org/about-us/</w:t>
        </w:r>
      </w:hyperlink>
      <w:r>
        <w:t xml:space="preserve"> - Manchester Village Pride is a community-led, not-for-profit organisation established to reclaim Manchester's Pride after the previous organiser's collapse in late 2025. Run by unpaid volunteers and owned by the community, it returns to the heart of Manchester's Gay Village, ensuring that Pride belongs to the people. The organisation operates under a Community Interest Company model, with funds reinvested into grassroots queer activism. (</w:t>
      </w:r>
      <w:hyperlink r:id="rId16">
        <w:r>
          <w:rPr>
            <w:color w:val="0000EE"/>
            <w:u w:val="single"/>
          </w:rPr>
          <w:t>manchestervillagepride.org</w:t>
        </w:r>
      </w:hyperlink>
      <w:r>
        <w:t>)</w:t>
      </w:r>
      <w:r/>
    </w:p>
    <w:p>
      <w:pPr>
        <w:pStyle w:val="ListNumber"/>
        <w:spacing w:line="240" w:lineRule="auto"/>
        <w:ind w:left="720"/>
      </w:pPr>
      <w:r/>
      <w:hyperlink r:id="rId11">
        <w:r>
          <w:rPr>
            <w:color w:val="0000EE"/>
            <w:u w:val="single"/>
          </w:rPr>
          <w:t>https://www.visitmanchester.com/event/manchester-village-pride-parade/26853101/</w:t>
        </w:r>
      </w:hyperlink>
      <w:r>
        <w:t xml:space="preserve"> - The Manchester Village Pride Parade, scheduled for Saturday, 29 August 2026, will wind through the city, finishing in the Gay Village—the birthplace of Pride in Manchester over forty years ago. The parade's theme, 'No Place Like Home', is inspired by The Wizard of Oz and celebrates Manchester's reputation as a welcoming, safe space for the LGBTQ+ community. (</w:t>
      </w:r>
      <w:hyperlink r:id="rId17">
        <w:r>
          <w:rPr>
            <w:color w:val="0000EE"/>
            <w:u w:val="single"/>
          </w:rPr>
          <w:t>visitmanchester.com</w:t>
        </w:r>
      </w:hyperlink>
      <w:r>
        <w:t>)</w:t>
      </w:r>
      <w:r/>
    </w:p>
    <w:p>
      <w:pPr>
        <w:pStyle w:val="ListNumber"/>
        <w:spacing w:line="240" w:lineRule="auto"/>
        <w:ind w:left="720"/>
      </w:pPr>
      <w:r/>
      <w:hyperlink r:id="rId14">
        <w:r>
          <w:rPr>
            <w:color w:val="0000EE"/>
            <w:u w:val="single"/>
          </w:rPr>
          <w:t>https://www.manchestervillagepride.org/the-event/</w:t>
        </w:r>
      </w:hyperlink>
      <w:r>
        <w:t xml:space="preserve"> - Manchester Village Pride 2026 offers a diverse programme, including the Main Stage showcasing local queer talent, Sackville Gardens for community representation, and a Dance Arena curated by Manchester's nightlife legends. The event culminates with the George House Trust Vigil on Monday, a candlelit gathering to remember those lost to HIV/AIDS. (</w:t>
      </w:r>
      <w:hyperlink r:id="rId18">
        <w:r>
          <w:rPr>
            <w:color w:val="0000EE"/>
            <w:u w:val="single"/>
          </w:rPr>
          <w:t>manchestervillagepride.org</w:t>
        </w:r>
      </w:hyperlink>
      <w:r>
        <w:t>)</w:t>
      </w:r>
      <w:r/>
    </w:p>
    <w:p>
      <w:pPr>
        <w:pStyle w:val="ListNumber"/>
        <w:spacing w:line="240" w:lineRule="auto"/>
        <w:ind w:left="720"/>
      </w:pPr>
      <w:r/>
      <w:hyperlink r:id="rId13">
        <w:r>
          <w:rPr>
            <w:color w:val="0000EE"/>
            <w:u w:val="single"/>
          </w:rPr>
          <w:t>https://www.manchestervillagepride.org/get-involved/</w:t>
        </w:r>
      </w:hyperlink>
      <w:r>
        <w:t xml:space="preserve"> - Manchester Village Pride invites community groups, charities, grassroots organisations, local businesses, and partners to participate in the parade, representing what Pride means to them and celebrating the people behind each organisation. Applications for the 2026 parade are now closed. (</w:t>
      </w:r>
      <w:hyperlink r:id="rId19">
        <w:r>
          <w:rPr>
            <w:color w:val="0000EE"/>
            <w:u w:val="single"/>
          </w:rPr>
          <w:t>manchestervillagepride.org</w:t>
        </w:r>
      </w:hyperlink>
      <w:r>
        <w:t>)</w:t>
      </w:r>
      <w:r/>
    </w:p>
    <w:p>
      <w:pPr>
        <w:pStyle w:val="ListNumber"/>
        <w:spacing w:line="240" w:lineRule="auto"/>
        <w:ind w:left="720"/>
      </w:pPr>
      <w:r/>
      <w:hyperlink r:id="rId14">
        <w:r>
          <w:rPr>
            <w:color w:val="0000EE"/>
            <w:u w:val="single"/>
          </w:rPr>
          <w:t>https://www.manchestervillagepride.org/the-event/</w:t>
        </w:r>
      </w:hyperlink>
      <w:r>
        <w:t xml:space="preserve"> - The Manchester Village Pride 2026 event features a Main Stage in the Village showcasing local queer talent, Sackville Gardens focusing on community representation, and a Dance Arena. The parade on Saturday, 29 August, is themed 'No Place Like Home', inspired by The Wizard of Oz, celebrating Manchester as a safe and welcoming space. (</w:t>
      </w:r>
      <w:hyperlink r:id="rId18">
        <w:r>
          <w:rPr>
            <w:color w:val="0000EE"/>
            <w:u w:val="single"/>
          </w:rPr>
          <w:t>manchestervillagepride.org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whats-on/whats-on-news/gallery/65-best-dressed-people-manchester-34542820" TargetMode="External"/><Relationship Id="rId10" Type="http://schemas.openxmlformats.org/officeDocument/2006/relationships/hyperlink" Target="https://www.itv.com/news/granada/2026-08-29/tens-of-thousands-brave-rain-to-celebrate-manchesters-lgbtq-community" TargetMode="External"/><Relationship Id="rId11" Type="http://schemas.openxmlformats.org/officeDocument/2006/relationships/hyperlink" Target="https://www.visitmanchester.com/event/manchester-village-pride-parade/26853101/" TargetMode="External"/><Relationship Id="rId12" Type="http://schemas.openxmlformats.org/officeDocument/2006/relationships/hyperlink" Target="https://www.manchestervillagepride.org/about-us/" TargetMode="External"/><Relationship Id="rId13" Type="http://schemas.openxmlformats.org/officeDocument/2006/relationships/hyperlink" Target="https://www.manchestervillagepride.org/get-involved/" TargetMode="External"/><Relationship Id="rId14" Type="http://schemas.openxmlformats.org/officeDocument/2006/relationships/hyperlink" Target="https://www.manchestervillagepride.org/the-event/" TargetMode="External"/><Relationship Id="rId15" Type="http://schemas.openxmlformats.org/officeDocument/2006/relationships/hyperlink" Target="https://www.itv.com/news/granada/2026-08-29/tens-of-thousands-brave-rain-to-celebrate-manchesters-lgbtq-community?utm_source=openai" TargetMode="External"/><Relationship Id="rId16" Type="http://schemas.openxmlformats.org/officeDocument/2006/relationships/hyperlink" Target="https://www.manchestervillagepride.org/about-us/?utm_source=openai" TargetMode="External"/><Relationship Id="rId17" Type="http://schemas.openxmlformats.org/officeDocument/2006/relationships/hyperlink" Target="https://www.visitmanchester.com/event/manchester-village-pride-parade/26853101/?utm_source=openai" TargetMode="External"/><Relationship Id="rId18" Type="http://schemas.openxmlformats.org/officeDocument/2006/relationships/hyperlink" Target="https://www.manchestervillagepride.org/the-event/?utm_source=openai" TargetMode="External"/><Relationship Id="rId19" Type="http://schemas.openxmlformats.org/officeDocument/2006/relationships/hyperlink" Target="https://www.manchestervillagepride.org/get-involved/?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