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Benidorm Pride Weekend Guide: Where to Go September 4–6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seaside plans into party plans as Benidorm Pride draws more than 20,000 visitors to the Costa Blanca; here's what to expect, where to be and how to enjoy the festival's peak weekend from September 4–6.</w:t>
      </w:r>
      <w:r/>
      <w:r/>
    </w:p>
    <w:p>
      <w:pPr>
        <w:pStyle w:val="ListBullet"/>
        <w:spacing w:line="240" w:lineRule="auto"/>
        <w:ind w:left="720"/>
      </w:pPr>
      <w:r/>
      <w:r>
        <w:rPr>
          <w:b/>
        </w:rPr>
        <w:t>When it peaks:</w:t>
      </w:r>
      <w:r>
        <w:t xml:space="preserve"> The festival’s busiest days are Friday 4 to Sunday 6 September, with major ticketed and free events across the city. </w:t>
      </w:r>
      <w:r/>
    </w:p>
    <w:p>
      <w:pPr>
        <w:pStyle w:val="ListBullet"/>
        <w:spacing w:line="240" w:lineRule="auto"/>
        <w:ind w:left="720"/>
      </w:pPr>
      <w:r/>
      <w:r>
        <w:rPr>
          <w:b/>
        </w:rPr>
        <w:t>Friday vibe:</w:t>
      </w:r>
      <w:r>
        <w:t xml:space="preserve"> </w:t>
      </w:r>
      <w:r>
        <w:rPr>
          <w:b/>
        </w:rPr>
        <w:t>White Party</w:t>
      </w:r>
      <w:r>
        <w:t xml:space="preserve"> at the Julio Iglesias Auditorium is an open-air dance night , think white outfits, big DJs and after-parties in town. </w:t>
      </w:r>
      <w:r/>
    </w:p>
    <w:p>
      <w:pPr>
        <w:pStyle w:val="ListBullet"/>
        <w:spacing w:line="240" w:lineRule="auto"/>
        <w:ind w:left="720"/>
      </w:pPr>
      <w:r/>
      <w:r>
        <w:rPr>
          <w:b/>
        </w:rPr>
        <w:t>Saturday highlight:</w:t>
      </w:r>
      <w:r>
        <w:t xml:space="preserve"> </w:t>
      </w:r>
      <w:r>
        <w:rPr>
          <w:b/>
        </w:rPr>
        <w:t>Grand Pride Parade</w:t>
      </w:r>
      <w:r>
        <w:t xml:space="preserve"> starts mid-afternoon on Levante Beach, 18 floats, loud music and crowds lining the seafront. </w:t>
      </w:r>
      <w:r/>
    </w:p>
    <w:p>
      <w:pPr>
        <w:pStyle w:val="ListBullet"/>
        <w:spacing w:line="240" w:lineRule="auto"/>
        <w:ind w:left="720"/>
      </w:pPr>
      <w:r/>
      <w:r>
        <w:rPr>
          <w:b/>
        </w:rPr>
        <w:t>Sunday finish:</w:t>
      </w:r>
      <w:r>
        <w:t xml:space="preserve"> Old Town offers relaxed tapas, venue takeovers and a gentler wrap-up amid cobbled streets and sea breezes. </w:t>
      </w:r>
      <w:r/>
    </w:p>
    <w:p>
      <w:pPr>
        <w:pStyle w:val="ListBullet"/>
        <w:spacing w:line="240" w:lineRule="auto"/>
        <w:ind w:left="720"/>
      </w:pPr>
      <w:r/>
      <w:r>
        <w:rPr>
          <w:b/>
        </w:rPr>
        <w:t>Practical note:</w:t>
      </w:r>
      <w:r>
        <w:t xml:space="preserve"> Expect large crowds, late-night noise, and plenty of accessible facilities and official events listed on the festival site.</w:t>
      </w:r>
      <w:r/>
      <w:r/>
    </w:p>
    <w:p>
      <w:pPr>
        <w:pStyle w:val="Heading2"/>
      </w:pPr>
      <w:r>
        <w:t>Where the weekend really starts: Friday’s White Party at the auditorium</w:t>
      </w:r>
      <w:r/>
    </w:p>
    <w:p>
      <w:r/>
      <w:r>
        <w:t>The festival fires up under the stars on Friday evening with the White Party at the Julio Iglesias Auditorium, a dramatic open-air venue in l’Aigüera Park with a roomy, leafy feel and great sightlines. Thousands turn up in white, the DJ sets are high-energy and performers keep the tempo until midnight, when the crowd spills into Benidorm’s nightlife district.</w:t>
      </w:r>
      <w:r/>
    </w:p>
    <w:p>
      <w:r/>
      <w:r>
        <w:t>Benidorm Pride’s official events list shows the auditorium as a focal point for ticketed nights and big-name acts, so buy tickets early if you want the front-row experience. If you’re aiming to pace yourself, enjoy the auditorium for the headliners then move on to local bars; many popular venues host official after-parties that run into the early hours.</w:t>
      </w:r>
      <w:r/>
    </w:p>
    <w:p>
      <w:pPr>
        <w:pStyle w:val="Heading2"/>
      </w:pPr>
      <w:r>
        <w:t>Saturday’s Grand Pride Parade: spectacle on the seafront</w:t>
      </w:r>
      <w:r/>
    </w:p>
    <w:p>
      <w:r/>
      <w:r>
        <w:t>Saturday is parade day, and for good reason , the Grand Pride Parade starts around 16:30 from Levante Beach and runs along the promenade with 18 themed floats. It’s an immersive, sensory parade: music, confetti, choreography and thousands of cheering onlookers creating a carnival atmosphere right by the Mediterranean.</w:t>
      </w:r>
      <w:r/>
    </w:p>
    <w:p>
      <w:r/>
      <w:r>
        <w:t>According to festival listings and travel-promotion pages, organisers expect the seafront to be packed, so arrive early to get a good spot, bring sun protection and a refillable water bottle. If you prefer a calmer vantage point, local bars and terraces along the route offer seats and shade with a great view of the procession.</w:t>
      </w:r>
      <w:r/>
    </w:p>
    <w:p>
      <w:pPr>
        <w:pStyle w:val="Heading2"/>
      </w:pPr>
      <w:r>
        <w:t>Sunday’s Old Town finale: tapas, terraces and a gentler tempo</w:t>
      </w:r>
      <w:r/>
    </w:p>
    <w:p>
      <w:r/>
      <w:r>
        <w:t>After two high-energy nights, Sunday shifts to a friendlier, late-summer mood in Benidorm’s Old Town. The narrow streets and plaza bars host open-air parties, dining events and venue takeovers that let you wind down with tapas and cocktails among historic architecture and sea breezes.</w:t>
      </w:r>
      <w:r/>
    </w:p>
    <w:p>
      <w:r/>
      <w:r>
        <w:t>This neighbourhood is ideal if you want the festival feel without the stadium volumes. It’s also a good spot for families or visitors seeking culture alongside parties, with local restaurants and smaller stages offering drag shows and live music through the afternoon and early evening.</w:t>
      </w:r>
      <w:r/>
    </w:p>
    <w:p>
      <w:pPr>
        <w:pStyle w:val="Heading2"/>
      </w:pPr>
      <w:r>
        <w:t>Safety, travel and simple planning tips</w:t>
      </w:r>
      <w:r/>
    </w:p>
    <w:p>
      <w:r/>
      <w:r>
        <w:t>Benidorm Pride is now affiliated with international networks and organisers highlight an emphasis on professional event production and safety. Expect official information points, stewards, accessible facilities and clearly signed spaces for meetings and help.</w:t>
      </w:r>
      <w:r/>
    </w:p>
    <w:p>
      <w:r/>
      <w:r>
        <w:t>Plan transport in advance: roads and car parks will be busier, and local buses and taxis get extra demand. Book accommodation and key events early, carry ID, stay hydrated in late-summer heat and agree a meeting spot with friends in case phones run low on battery.</w:t>
      </w:r>
      <w:r/>
    </w:p>
    <w:p>
      <w:pPr>
        <w:pStyle w:val="Heading2"/>
      </w:pPr>
      <w:r>
        <w:t>Why Benidorm Pride stands out this year</w:t>
      </w:r>
      <w:r/>
    </w:p>
    <w:p>
      <w:r/>
      <w:r>
        <w:t>Benidorm has pushed from a well-loved local celebration into a major, internationally linked festival, joining global circuits and attracting a broad crowd to the Costa Blanca. It’s a curious blend of seaside resort ease and world-class production, with big-stage nights, an iconic seafront parade and a convivial Old Town close.</w:t>
      </w:r>
      <w:r/>
    </w:p>
    <w:p>
      <w:r/>
      <w:r>
        <w:t>For many visitors, the appeal is simple: you get festival spectacle and safe, familiar holiday comforts , beaches by day, parties by night, and enough culture to keep things interesting. If you’re planning to go, make a rough itinerary but leave room for serendipity; a parade this colourful invites impromptu fun.</w:t>
      </w:r>
      <w:r/>
    </w:p>
    <w:p>
      <w:r/>
      <w:r>
        <w:t>It's a small change of plans that can make late summer feel like a holiday and a party all at once.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https://euroweeklynews.com/2026/08/30/everything-you-need-to-know-about-the-final-weekend-of-benidorm-pride/</w:t>
        </w:r>
      </w:hyperlink>
      <w:r>
        <w:t xml:space="preserve"> - Please view link - unable to able to access data</w:t>
      </w:r>
      <w:r/>
    </w:p>
    <w:p>
      <w:pPr>
        <w:pStyle w:val="ListNumber"/>
        <w:spacing w:line="240" w:lineRule="auto"/>
        <w:ind w:left="720"/>
      </w:pPr>
      <w:r/>
      <w:hyperlink r:id="rId10">
        <w:r>
          <w:rPr>
            <w:color w:val="0000EE"/>
            <w:u w:val="single"/>
          </w:rPr>
          <w:t>https://www.benidormpride.com/events</w:t>
        </w:r>
      </w:hyperlink>
      <w:r>
        <w:t xml:space="preserve"> - The official Benidorm Pride website provides a comprehensive schedule of events for the 2026 festival, including the White Party on September 4, the Grand Pride Parade on September 5, and the Main Stage after-party at Auditori Julio Iglesias. The website also details other activities such as the Pool Party at MARAKKA on September 3 and various Old Town events from August 31 to September 3. The festival is set to attract over 20,000 visitors, offering a vibrant celebration of LGBTQ+ culture in Benidorm.</w:t>
      </w:r>
      <w:r/>
    </w:p>
    <w:p>
      <w:pPr>
        <w:pStyle w:val="ListNumber"/>
        <w:spacing w:line="240" w:lineRule="auto"/>
        <w:ind w:left="720"/>
      </w:pPr>
      <w:r/>
      <w:hyperlink r:id="rId11">
        <w:r>
          <w:rPr>
            <w:color w:val="0000EE"/>
            <w:u w:val="single"/>
          </w:rPr>
          <w:t>https://www.benidormpride.com/</w:t>
        </w:r>
      </w:hyperlink>
      <w:r>
        <w:t xml:space="preserve"> - Benidorm Pride Festival 2026 is scheduled from August 31 to September 6, 2026. The festival includes a series of events such as the White Party on September 4, the Grand Pride Parade on September 5, and the Main Stage after-party at Auditori Julio Iglesias. The festival is expected to attract over 20,000 visitors, offering a vibrant celebration of LGBTQ+ culture in Benidorm.</w:t>
      </w:r>
      <w:r/>
    </w:p>
    <w:p>
      <w:pPr>
        <w:pStyle w:val="ListNumber"/>
        <w:spacing w:line="240" w:lineRule="auto"/>
        <w:ind w:left="720"/>
      </w:pPr>
      <w:r/>
      <w:hyperlink r:id="rId12">
        <w:r>
          <w:rPr>
            <w:color w:val="0000EE"/>
            <w:u w:val="single"/>
          </w:rPr>
          <w:t>https://www.iglta.org/event/benidorm-pride/183/</w:t>
        </w:r>
      </w:hyperlink>
      <w:r>
        <w:t xml:space="preserve"> - The International LGBTQ+ Travel Association (IGLTA) provides details about the Benidorm Pride Parade 2026, highlighting it as one of the most iconic LGBTQ+ parades in Spain. The parade is scheduled for Saturday, September 5, 2026, beginning in the Rincon area of Benidorm and proceeding along Levante Beach. The celebration continues through the city and into the Old Town, culminating at the Main Stage after-party at Auditori Julio Iglesias.</w:t>
      </w:r>
      <w:r/>
    </w:p>
    <w:p>
      <w:pPr>
        <w:pStyle w:val="ListNumber"/>
        <w:spacing w:line="240" w:lineRule="auto"/>
        <w:ind w:left="720"/>
      </w:pPr>
      <w:r/>
      <w:hyperlink r:id="rId13">
        <w:r>
          <w:rPr>
            <w:color w:val="0000EE"/>
            <w:u w:val="single"/>
          </w:rPr>
          <w:t>https://www.costakriebels.com/nieuws/benidorm-pride-2026-trekt-meer-dan-20-000-bezoekers-8bf5ac2</w:t>
        </w:r>
      </w:hyperlink>
      <w:r>
        <w:t xml:space="preserve"> - CostaKriebels reports that Benidorm is preparing for the 16th edition of Benidorm Pride, taking place from September 1 to 6, 2026. The organisers and the municipality expect more than 20,000 visitors, including many international tourists. The festivities begin on September 1 with events in the Old Town and gradually increase in scale. Highlights include the Pool Party on September 3, the White Party on September 4, and the Grand Pride Parade on September 5, followed by the Main Stage event at Auditori Julio Iglesias.</w:t>
      </w:r>
      <w:r/>
    </w:p>
    <w:p>
      <w:pPr>
        <w:pStyle w:val="ListNumber"/>
        <w:spacing w:line="240" w:lineRule="auto"/>
        <w:ind w:left="720"/>
      </w:pPr>
      <w:r/>
      <w:hyperlink r:id="rId13">
        <w:r>
          <w:rPr>
            <w:color w:val="0000EE"/>
            <w:u w:val="single"/>
          </w:rPr>
          <w:t>https://www.costakriebels.com/nieuws/benidorm-pride-2026-trekt-meer-dan-20-000-bezoekers-8bf5ac2</w:t>
        </w:r>
      </w:hyperlink>
      <w:r>
        <w:t xml:space="preserve"> - CostaKriebels reports that Benidorm is preparing for the 16th edition of Benidorm Pride, taking place from September 1 to 6, 2026. The organisers and the municipality expect more than 20,000 visitors, including many international tourists. The festivities begin on September 1 with events in the Old Town and gradually increase in scale. Highlights include the Pool Party on September 3, the White Party on September 4, and the Grand Pride Parade on September 5, followed by the Main Stage event at Auditori Julio Iglesias.</w:t>
      </w:r>
      <w:r/>
    </w:p>
    <w:p>
      <w:pPr>
        <w:pStyle w:val="ListNumber"/>
        <w:spacing w:line="240" w:lineRule="auto"/>
        <w:ind w:left="720"/>
      </w:pPr>
      <w:r/>
      <w:hyperlink r:id="rId13">
        <w:r>
          <w:rPr>
            <w:color w:val="0000EE"/>
            <w:u w:val="single"/>
          </w:rPr>
          <w:t>https://www.costakriebels.com/nieuws/benidorm-pride-2026-trekt-meer-dan-20-000-bezoekers-8bf5ac2</w:t>
        </w:r>
      </w:hyperlink>
      <w:r>
        <w:t xml:space="preserve"> - CostaKriebels reports that Benidorm is preparing for the 16th edition of Benidorm Pride, taking place from September 1 to 6, 2026. The organisers and the municipality expect more than 20,000 visitors, including many international tourists. The festivities begin on September 1 with events in the Old Town and gradually increase in scale. Highlights include the Pool Party on September 3, the White Party on September 4, and the Grand Pride Parade on September 5, followed by the Main Stage event at Auditori Julio Iglesias.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uroweeklynews.com/2026/08/30/everything-you-need-to-know-about-the-final-weekend-of-benidorm-pride/" TargetMode="External"/><Relationship Id="rId10" Type="http://schemas.openxmlformats.org/officeDocument/2006/relationships/hyperlink" Target="https://www.benidormpride.com/events" TargetMode="External"/><Relationship Id="rId11" Type="http://schemas.openxmlformats.org/officeDocument/2006/relationships/hyperlink" Target="https://www.benidormpride.com/" TargetMode="External"/><Relationship Id="rId12" Type="http://schemas.openxmlformats.org/officeDocument/2006/relationships/hyperlink" Target="https://www.iglta.org/event/benidorm-pride/183/" TargetMode="External"/><Relationship Id="rId13" Type="http://schemas.openxmlformats.org/officeDocument/2006/relationships/hyperlink" Target="https://www.costakriebels.com/nieuws/benidorm-pride-2026-trekt-meer-dan-20-000-bezoekers-8bf5ac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