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Åland Pride Parade Moments: Rain, Flags and Community Spirit in Mariehamn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turned out despite the drizzle as Åland Pride marched through Mariehamn, with rainbow flags, music and speeches reminding everyone why visibility and inclusion still matter on the islands. The parade, the finish at Torget and the award for Årets fyr made it a memorable afternoon.</w:t>
      </w:r>
      <w:r/>
    </w:p>
    <w:p>
      <w:r/>
      <w:r>
        <w:t>Essential Takeaways</w:t>
      </w:r>
      <w:r/>
      <w:r/>
    </w:p>
    <w:p>
      <w:pPr>
        <w:pStyle w:val="ListBullet"/>
        <w:spacing w:line="240" w:lineRule="auto"/>
        <w:ind w:left="720"/>
      </w:pPr>
      <w:r/>
      <w:r>
        <w:rPr>
          <w:b/>
        </w:rPr>
        <w:t>Hundreds attended:</w:t>
      </w:r>
      <w:r>
        <w:t xml:space="preserve"> The parade drew a strong turnout from Åland residents, with many participants braving rainy weather to show support. </w:t>
      </w:r>
      <w:r/>
    </w:p>
    <w:p>
      <w:pPr>
        <w:pStyle w:val="ListBullet"/>
        <w:spacing w:line="240" w:lineRule="auto"/>
        <w:ind w:left="720"/>
      </w:pPr>
      <w:r/>
      <w:r>
        <w:rPr>
          <w:b/>
        </w:rPr>
        <w:t>Family-friendly atmosphere:</w:t>
      </w:r>
      <w:r>
        <w:t xml:space="preserve"> Children handed out balloons and music kept spirits high, creating a warm, inclusive vibe. </w:t>
      </w:r>
      <w:r/>
    </w:p>
    <w:p>
      <w:pPr>
        <w:pStyle w:val="ListBullet"/>
        <w:spacing w:line="240" w:lineRule="auto"/>
        <w:ind w:left="720"/>
      </w:pPr>
      <w:r/>
      <w:r>
        <w:rPr>
          <w:b/>
        </w:rPr>
        <w:t>Speeches stressed minority rights:</w:t>
      </w:r>
      <w:r>
        <w:t xml:space="preserve"> Local politicians and organisers highlighted the importance of protecting minorities and the right to be oneself. </w:t>
      </w:r>
      <w:r/>
    </w:p>
    <w:p>
      <w:pPr>
        <w:pStyle w:val="ListBullet"/>
        <w:spacing w:line="240" w:lineRule="auto"/>
        <w:ind w:left="720"/>
      </w:pPr>
      <w:r/>
      <w:r>
        <w:rPr>
          <w:b/>
        </w:rPr>
        <w:t>Årets fyr awarded:</w:t>
      </w:r>
      <w:r>
        <w:t xml:space="preserve"> Mari Puska received the prize for long-term work promoting understanding of sexual and gender minorities. </w:t>
      </w:r>
      <w:r/>
    </w:p>
    <w:p>
      <w:pPr>
        <w:pStyle w:val="ListBullet"/>
        <w:spacing w:line="240" w:lineRule="auto"/>
        <w:ind w:left="720"/>
      </w:pPr>
      <w:r/>
      <w:r>
        <w:rPr>
          <w:b/>
        </w:rPr>
        <w:t>Organisers active:</w:t>
      </w:r>
      <w:r>
        <w:t xml:space="preserve"> Groups like Ung Resurs and Rädda Barnen were visible, emphasising safety and inclusion for young people.</w:t>
      </w:r>
      <w:r/>
      <w:r/>
    </w:p>
    <w:p>
      <w:pPr>
        <w:pStyle w:val="Heading2"/>
      </w:pPr>
      <w:r>
        <w:t>A bright splash of colour against grey skies</w:t>
      </w:r>
      <w:r/>
    </w:p>
    <w:p>
      <w:r/>
      <w:r>
        <w:t>The strongest image from Saturday was simple and joyful: rainbow flags snapping in a steady breeze and the soft patter of rain, while people marched smiling and singing. According to local reporting, hundreds of Ålanders joined the route from Adlon in Västerhamn down to Torget, keeping the parade’s upbeat mood alive even when the clouds opened. Organisers and participants said the weather didn’t dampen commitment; if anything, it underlined how important visible support is.</w:t>
      </w:r>
      <w:r/>
    </w:p>
    <w:p>
      <w:pPr>
        <w:pStyle w:val="Heading2"/>
      </w:pPr>
      <w:r>
        <w:t>Why the parade still matters on Åland</w:t>
      </w:r>
      <w:r/>
    </w:p>
    <w:p>
      <w:r/>
      <w:r>
        <w:t>Community groups pointed to the parade’s role beyond celebration , it’s a visible defence of rights and belonging. Representatives from charities like Rädda Barnen were there to remind people that anti-discrimination principles, including protections for children, are not abstract. Local leaders also used the platform to speak about minorities’ rights, arguing that Ålanders themselves understand the value of protecting people who choose their own paths.</w:t>
      </w:r>
      <w:r/>
    </w:p>
    <w:p>
      <w:pPr>
        <w:pStyle w:val="Heading2"/>
      </w:pPr>
      <w:r>
        <w:t>Family moments and familiar faces</w:t>
      </w:r>
      <w:r/>
    </w:p>
    <w:p>
      <w:r/>
      <w:r>
        <w:t>There was proper family energy on the route. One youngster handed out more than 30 balloons, making other children beam, and youth organisations brought music that kept the atmosphere buoyant. Groups like Ung Resurs said having young people present and feeling welcome is central to their mission, and small things , a song, a balloon, a friendly wave , made the day feel safe and celebratory despite the drizzle.</w:t>
      </w:r>
      <w:r/>
    </w:p>
    <w:p>
      <w:pPr>
        <w:pStyle w:val="Heading2"/>
      </w:pPr>
      <w:r>
        <w:t>Political tones: speeches that landed</w:t>
      </w:r>
      <w:r/>
    </w:p>
    <w:p>
      <w:r/>
      <w:r>
        <w:t>Speeches at the Torget festival gave the event a reflective edge. The regional speaker addressed the crowd about the duty to protect minorities, framing it as a local responsibility rooted in Åland’s own history of individual choices and community resilience. Audience members reacted positively, saying the remarks captured the parade’s core message: that love and rights are shared concerns, not niche ones.</w:t>
      </w:r>
      <w:r/>
    </w:p>
    <w:p>
      <w:pPr>
        <w:pStyle w:val="Heading2"/>
      </w:pPr>
      <w:r>
        <w:t>Awards and recognition: Årets fyr for long-term work</w:t>
      </w:r>
      <w:r/>
    </w:p>
    <w:p>
      <w:r/>
      <w:r>
        <w:t>As the event wound down, organisers presented Årets fyr, a prize recognising people or organisations that promote openness and inclusion. This year’s recipient, Mari Puska from Mariehamn parish, was praised for years of work increasing knowledge and understanding of sexual and gender minorities. Puska’s response , thankful and inclusive , was a neat reminder that progress usually comes through steady, collaborative effort rather than headlines.</w:t>
      </w:r>
      <w:r/>
    </w:p>
    <w:p>
      <w:r/>
      <w:r>
        <w:t>It's a small change that can make every gathering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1">
        <w:r>
          <w:rPr>
            <w:color w:val="0000EE"/>
            <w:u w:val="single"/>
          </w:rPr>
          <w:t>[7]</w:t>
        </w:r>
      </w:hyperlink>
      <w:r>
        <w:t xml:space="preserve">- Paragraph 5: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https://www.alandstidningen.ax/vardagsliv/faerg-musik-och-kaerlek-genom-regnvatt-mariehamn/1369794</w:t>
        </w:r>
      </w:hyperlink>
      <w:r>
        <w:t xml:space="preserve"> - Please view link - unable to able to access data</w:t>
      </w:r>
      <w:r/>
    </w:p>
    <w:p>
      <w:pPr>
        <w:pStyle w:val="ListNumber"/>
        <w:spacing w:line="240" w:lineRule="auto"/>
        <w:ind w:left="720"/>
      </w:pPr>
      <w:r/>
      <w:hyperlink r:id="rId9">
        <w:r>
          <w:rPr>
            <w:color w:val="0000EE"/>
            <w:u w:val="single"/>
          </w:rPr>
          <w:t>https://www.alandstidningen.ax/vardagsliv/faerg-musik-och-kaerlek-genom-regnvatt-mariehamn/1369794</w:t>
        </w:r>
      </w:hyperlink>
      <w:r>
        <w:t xml:space="preserve"> - The Åland Pride parade took place in Mariehamn on a rainy Saturday, with hundreds of Ålanders participating. The parade began at Adlon in Västerhamn and concluded at Torget, featuring speeches and festivities. Despite the weather, the event was vibrant, with participants like Johanna Sporre-Karlsson and Lotta Angergård from Rädda Barnen emphasizing the importance of the UN Convention on the Rights of the Child, highlighting the right to be safe and free from discrimination. The parade also featured Ture Wiklund distributing balloons to children along the route. During the closing festivities at Torget, Speaker of the Parliament Jörgen Pettersson spoke about the significance of everyone being able to be themselves, focusing on minorities. The event concluded with the awarding of Årets fyr to Mari Puska from the Mariehamn congregation for her significant contributions to increasing knowledge and understanding of sexual and gender minorities over many years.</w:t>
      </w:r>
      <w:r/>
    </w:p>
    <w:p>
      <w:pPr>
        <w:pStyle w:val="ListNumber"/>
        <w:spacing w:line="240" w:lineRule="auto"/>
        <w:ind w:left="720"/>
      </w:pPr>
      <w:r/>
      <w:hyperlink r:id="rId10">
        <w:r>
          <w:rPr>
            <w:color w:val="0000EE"/>
            <w:u w:val="single"/>
          </w:rPr>
          <w:t>https://www.nyan.ax/nyheter/aland-pride-parad-2023/</w:t>
        </w:r>
      </w:hyperlink>
      <w:r>
        <w:t xml:space="preserve"> - The Åland Pride Parade 2023 was celebrated with vibrant colours and love, despite the rainy weather in Mariehamn. Hundreds of participants marched through the city, starting from Adlon in Västerhamn and concluding at Torget. The event was marked by speeches, music, and festivities, highlighting the community's commitment to equality and inclusion. The parade was a testament to the resilience and unity of the Åland community in celebrating diversity and promoting human rights.</w:t>
      </w:r>
      <w:r/>
    </w:p>
    <w:p>
      <w:pPr>
        <w:pStyle w:val="ListNumber"/>
        <w:spacing w:line="240" w:lineRule="auto"/>
        <w:ind w:left="720"/>
      </w:pPr>
      <w:r/>
      <w:hyperlink r:id="rId13">
        <w:r>
          <w:rPr>
            <w:color w:val="0000EE"/>
            <w:u w:val="single"/>
          </w:rPr>
          <w:t>https://alandsradio.ax/nyheter/finns-folk-hotat-branna-flagor-darfor-ar-viktigt-pride</w:t>
        </w:r>
      </w:hyperlink>
      <w:r>
        <w:t xml:space="preserve"> - Approximately a thousand people participated in the Åland Pride Parade held in Mariehamn on a Saturday. The parade featured various organisations, including the Red Cross, Folkhälsan, and local congregations, all marching under the same banner. Participants emphasised the importance of Pride, especially in light of incidents where individuals have threatened to burn Pride flags. The event underscored the significance of standing up for one's rights and the need for continued support for the LGBTQ+ community in Åland.</w:t>
      </w:r>
      <w:r/>
    </w:p>
    <w:p>
      <w:pPr>
        <w:pStyle w:val="ListNumber"/>
        <w:spacing w:line="240" w:lineRule="auto"/>
        <w:ind w:left="720"/>
      </w:pPr>
      <w:r/>
      <w:hyperlink r:id="rId12">
        <w:r>
          <w:rPr>
            <w:color w:val="0000EE"/>
            <w:u w:val="single"/>
          </w:rPr>
          <w:t>https://www.aland.com/evenemang/aland-pride-prideparad-och-torgfest-med-mariette</w:t>
        </w:r>
      </w:hyperlink>
      <w:r>
        <w:t xml:space="preserve"> - Åland Pride 2026 is scheduled from 24th to 30th August, with the theme 'Alla ombord' (All Aboard). The event will feature a Pride Parade and a square festival with performances by The Friends of Dorothy and Swedish pop star Mariette. The parade will start at Adlon on Hamngatan at 16:00, followed by the square festival at Torget in Mariehamn around 17:00. The event aims to celebrate diversity and promote human rights, with free entry for all attendees.</w:t>
      </w:r>
      <w:r/>
    </w:p>
    <w:p>
      <w:pPr>
        <w:pStyle w:val="ListNumber"/>
        <w:spacing w:line="240" w:lineRule="auto"/>
        <w:ind w:left="720"/>
      </w:pPr>
      <w:r/>
      <w:hyperlink r:id="rId14">
        <w:r>
          <w:rPr>
            <w:color w:val="0000EE"/>
            <w:u w:val="single"/>
          </w:rPr>
          <w:t>https://nipa.ax/projekt/nordens-institut-deltar-i-aland-pride/</w:t>
        </w:r>
      </w:hyperlink>
      <w:r>
        <w:t xml:space="preserve"> - Nordens Institut på Åland (NIPÅ) is participating in Åland Pride 2026 by flying the rainbow flag throughout the week. NIPÅ is collaborating with Regnbågsfyren to support the visibility of LGBTQ+ rights and create spaces for community, culture, and joy. NIPÅ is also presenting Swedish pop star Mariette at the Åland Pride square festival, with the concert offered free of charge, thanks to NIPÅ's support.</w:t>
      </w:r>
      <w:r/>
    </w:p>
    <w:p>
      <w:pPr>
        <w:pStyle w:val="ListNumber"/>
        <w:spacing w:line="240" w:lineRule="auto"/>
        <w:ind w:left="720"/>
      </w:pPr>
      <w:r/>
      <w:hyperlink r:id="rId11">
        <w:r>
          <w:rPr>
            <w:color w:val="0000EE"/>
            <w:u w:val="single"/>
          </w:rPr>
          <w:t>https://www.aland.com/artikel/aland-pride-valkomnar-alla-ombord-for-en-vecka-full-av-karlek-och-gemenskap</w:t>
        </w:r>
      </w:hyperlink>
      <w:r>
        <w:t xml:space="preserve"> - Åland Pride 2026, scheduled from 24th to 30th August, welcomes everyone aboard for a week filled with love and community. Organised by Regnbågsfyren, the event will feature seminars, cultural activities, music, workshops, and, of course, the Pride Parade. The theme 'Alla ombord' (All Aboard) encourages everyone to participate in their own way, celebrating diversity and engaging in important conversations about human rights, community,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landstidningen.ax/vardagsliv/faerg-musik-och-kaerlek-genom-regnvatt-mariehamn/1369794" TargetMode="External"/><Relationship Id="rId10" Type="http://schemas.openxmlformats.org/officeDocument/2006/relationships/hyperlink" Target="https://www.nyan.ax/nyheter/aland-pride-parad-2023/" TargetMode="External"/><Relationship Id="rId11" Type="http://schemas.openxmlformats.org/officeDocument/2006/relationships/hyperlink" Target="https://www.aland.com/artikel/aland-pride-valkomnar-alla-ombord-for-en-vecka-full-av-karlek-och-gemenskap" TargetMode="External"/><Relationship Id="rId12" Type="http://schemas.openxmlformats.org/officeDocument/2006/relationships/hyperlink" Target="https://www.aland.com/evenemang/aland-pride-prideparad-och-torgfest-med-mariette" TargetMode="External"/><Relationship Id="rId13" Type="http://schemas.openxmlformats.org/officeDocument/2006/relationships/hyperlink" Target="https://alandsradio.ax/nyheter/finns-folk-hotat-branna-flagor-darfor-ar-viktigt-pride" TargetMode="External"/><Relationship Id="rId14" Type="http://schemas.openxmlformats.org/officeDocument/2006/relationships/hyperlink" Target="https://nipa.ax/projekt/nordens-institut-deltar-i-aland-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