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Southampton Pride March Coverage: Ten Years of Joy, Protest 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lined the streets as Southampton Pride kicked off its tenth-anniversary march, setting off from Queens Park at 11am and threading through the city to Guildhall Square , a bright, noisy reminder of why Pride matters locally and how the event has grown into a full weekend of music, stalls and activism.</w:t>
      </w:r>
      <w:r/>
    </w:p>
    <w:p>
      <w:r/>
      <w:r>
        <w:t>Essential Takeaways</w:t>
      </w:r>
      <w:r/>
      <w:r/>
    </w:p>
    <w:p>
      <w:pPr>
        <w:pStyle w:val="ListBullet"/>
        <w:spacing w:line="240" w:lineRule="auto"/>
        <w:ind w:left="720"/>
      </w:pPr>
      <w:r/>
      <w:r>
        <w:rPr>
          <w:b/>
        </w:rPr>
        <w:t>Route and timing:</w:t>
      </w:r>
      <w:r>
        <w:t xml:space="preserve"> The march began at 11am from Queens Park, moved along Briton Street, paused at the Bargate, continued up Above Bar Street and finished at Guildhall Square.</w:t>
      </w:r>
      <w:r/>
    </w:p>
    <w:p>
      <w:pPr>
        <w:pStyle w:val="ListBullet"/>
        <w:spacing w:line="240" w:lineRule="auto"/>
        <w:ind w:left="720"/>
      </w:pPr>
      <w:r/>
      <w:r>
        <w:rPr>
          <w:b/>
        </w:rPr>
        <w:t>Community feel:</w:t>
      </w:r>
      <w:r>
        <w:t xml:space="preserve"> Hundreds turned out despite poor weather; volunteers and groups brought a loud, joyful atmosphere and a clear political message.</w:t>
      </w:r>
      <w:r/>
    </w:p>
    <w:p>
      <w:pPr>
        <w:pStyle w:val="ListBullet"/>
        <w:spacing w:line="240" w:lineRule="auto"/>
        <w:ind w:left="720"/>
      </w:pPr>
      <w:r/>
      <w:r>
        <w:rPr>
          <w:b/>
        </w:rPr>
        <w:t>Event growth:</w:t>
      </w:r>
      <w:r>
        <w:t xml:space="preserve"> Organisers say the 2026 march is roughly ten times the size of early years, marking a milestone for local visibility and activism.</w:t>
      </w:r>
      <w:r/>
    </w:p>
    <w:p>
      <w:pPr>
        <w:pStyle w:val="ListBullet"/>
        <w:spacing w:line="240" w:lineRule="auto"/>
        <w:ind w:left="720"/>
      </w:pPr>
      <w:r/>
      <w:r>
        <w:rPr>
          <w:b/>
        </w:rPr>
        <w:t>Weekend festival:</w:t>
      </w:r>
      <w:r>
        <w:t xml:space="preserve"> The march is one part of a multi-day Pride programme with live performances, stalls and a packed lineup at Guildhall.</w:t>
      </w:r>
      <w:r/>
    </w:p>
    <w:p>
      <w:pPr>
        <w:pStyle w:val="ListBullet"/>
        <w:spacing w:line="240" w:lineRule="auto"/>
        <w:ind w:left="720"/>
      </w:pPr>
      <w:r/>
      <w:r>
        <w:rPr>
          <w:b/>
        </w:rPr>
        <w:t>Practicalities:</w:t>
      </w:r>
      <w:r>
        <w:t xml:space="preserve"> Road closures and event FAQs are available to help attendees plan travel and timings.</w:t>
      </w:r>
      <w:r/>
      <w:r/>
    </w:p>
    <w:p>
      <w:pPr>
        <w:pStyle w:val="Heading2"/>
      </w:pPr>
      <w:r>
        <w:t>A wet but electric start , marchers take to the streets</w:t>
      </w:r>
      <w:r/>
    </w:p>
    <w:p>
      <w:r/>
      <w:r>
        <w:t>The march set off from Queens Park at 11am into a steady drizzle, but rain did nothing to dampen spirits; the crowd looked and sounded exuberant. Organisers and volunteers were easy to spot, directing flow and cheering on floats, while campaign banners added colour and purpose. According to the official march route, the procession paused at the Bargate for photos before continuing through the town centre towards the Guildhall, where the main celebrations waited. If you’re heading next year, pack a waterproof and some earplugs , the music and chanting can be gloriously loud.</w:t>
      </w:r>
      <w:r/>
    </w:p>
    <w:p>
      <w:pPr>
        <w:pStyle w:val="Heading2"/>
      </w:pPr>
      <w:r>
        <w:t>Ten years on: organisers reflect on how far it’s come</w:t>
      </w:r>
      <w:r/>
    </w:p>
    <w:p>
      <w:r/>
      <w:r>
        <w:t>Daniel Langrish-Beard, one of the event organisers, described the anniversary as a heartening marker of growth and activism, noting how much larger the event is compared with 2016. He also shared a personal note about feeling free to hold hands and be public with his husband , a small, powerful testament to Pride’s role in social change. The anniversary feels like both celebration and checkpoint: a moment to enjoy the party, and to remind everyone why the protest element still matters.</w:t>
      </w:r>
      <w:r/>
    </w:p>
    <w:p>
      <w:pPr>
        <w:pStyle w:val="Heading2"/>
      </w:pPr>
      <w:r>
        <w:t>Pride as protest and party , voices from the march</w:t>
      </w:r>
      <w:r/>
    </w:p>
    <w:p>
      <w:r/>
      <w:r>
        <w:t>Marchers repeatedly underlined that Pride remains political. Athena Dawson said it felt like “old school Pride,” full of trans-led protest energy and solidarity, while colleagues from Ordnance Survey praised the enduring sense of joy and connection despite the weather. The mix of shouting chants and spontaneous reunions , “I saw you at Pride” moments , shows the event’s emotional resonance. For newcomers, expect a blend of performance, campaigning and community catch-ups.</w:t>
      </w:r>
      <w:r/>
    </w:p>
    <w:p>
      <w:pPr>
        <w:pStyle w:val="Heading2"/>
      </w:pPr>
      <w:r>
        <w:t>What’s on after the procession , stalls, music and logistics</w:t>
      </w:r>
      <w:r/>
    </w:p>
    <w:p>
      <w:r/>
      <w:r>
        <w:t>Once the march reached Guildhall Square, the weekend programme swung into full effect with live sets, a lineup of artists and a market of community stalls inside the Guildhall. The official Pride guide and FAQ pages list family-friendly zones, accessibility info and scheduled acts, so checking those before you go will save time. Road closure info is updated locally, so plan public transport or allow extra time for driving and parking.</w:t>
      </w:r>
      <w:r/>
    </w:p>
    <w:p>
      <w:pPr>
        <w:pStyle w:val="Heading2"/>
      </w:pPr>
      <w:r>
        <w:t>How to join in next time , simple tips for attendees and supporters</w:t>
      </w:r>
      <w:r/>
    </w:p>
    <w:p>
      <w:r/>
      <w:r>
        <w:t>If you want to take part next year, sign up as a volunteer or join one of the many community groups that march; it’s the best way to meet people and feel involved. Bring layers and a waterproof, comfortable shoes and a small bag for essentials. If you’re representing an organisation, book a stall early and read the event’s guidance on sound and setup. Above all, come prepared to make a little noise and to listen , Pride is as much about celebration as it is about being visible and heard.</w:t>
      </w:r>
      <w:r/>
    </w:p>
    <w:p>
      <w:r/>
      <w:r>
        <w:t>It's a weekend that mixes joy with purpose , find a way to be part of it next year.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https://www.dailyecho.co.uk/news/26506703.hundreds-take-part-southampton-pride-march-10th-anniversary/?ref=rss</w:t>
        </w:r>
      </w:hyperlink>
      <w:r>
        <w:t xml:space="preserve"> - Please view link - unable to able to access data</w:t>
      </w:r>
      <w:r/>
    </w:p>
    <w:p>
      <w:pPr>
        <w:pStyle w:val="ListNumber"/>
        <w:spacing w:line="240" w:lineRule="auto"/>
        <w:ind w:left="720"/>
      </w:pPr>
      <w:r/>
      <w:hyperlink r:id="rId10">
        <w:r>
          <w:rPr>
            <w:color w:val="0000EE"/>
            <w:u w:val="single"/>
          </w:rPr>
          <w:t>https://southamptonpride.org/southampton-pride-2026-faqs-answered/</w:t>
        </w:r>
      </w:hyperlink>
      <w:r>
        <w:t xml:space="preserve"> - This article provides essential information for attendees of Southampton Pride 2026, scheduled for 29th and 30th August. It details the event's schedule, including the Pride March starting at 11:00 am on Saturday 30th August from Queens Park, proceeding through the city centre to Guildhall Square. The article also highlights the free entry policy, family-friendly activities, food and drink availability, and accessibility features such as step-free access and viewing platforms. Additionally, it addresses safety and security measures in place for the event.</w:t>
      </w:r>
      <w:r/>
    </w:p>
    <w:p>
      <w:pPr>
        <w:pStyle w:val="ListNumber"/>
        <w:spacing w:line="240" w:lineRule="auto"/>
        <w:ind w:left="720"/>
      </w:pPr>
      <w:r/>
      <w:hyperlink r:id="rId12">
        <w:r>
          <w:rPr>
            <w:color w:val="0000EE"/>
            <w:u w:val="single"/>
          </w:rPr>
          <w:t>https://southamptonpride.org/prideguide/</w:t>
        </w:r>
      </w:hyperlink>
      <w:r>
        <w:t xml:space="preserve"> - The 2026 Digital Pride Guide offers a comprehensive overview of Southampton Pride's 10th anniversary celebrations. It includes the event timetable, stage line-ups, site map, accessibility information, and details about community stalls. The guide serves as a resource for attendees to plan their weekend, featuring performances, activities, and entertainment across the two-day event in Guildhall Square.</w:t>
      </w:r>
      <w:r/>
    </w:p>
    <w:p>
      <w:pPr>
        <w:pStyle w:val="ListNumber"/>
        <w:spacing w:line="240" w:lineRule="auto"/>
        <w:ind w:left="720"/>
      </w:pPr>
      <w:r/>
      <w:hyperlink r:id="rId11">
        <w:r>
          <w:rPr>
            <w:color w:val="0000EE"/>
            <w:u w:val="single"/>
          </w:rPr>
          <w:t>https://southamptonpride.org/the-march/</w:t>
        </w:r>
      </w:hyperlink>
      <w:r>
        <w:t xml:space="preserve"> - This page outlines the details of the Southampton Pride March, which begins at 11:00 am on Saturday 29th August 2026 from Queens Park. The march route includes Briton Street, High Street, the Bargate (where participants pause for photos), Above Bar Street, Civic Centre Road, and concludes at Guildhall Square. The article emphasizes the significance of Pride marches as acts of visibility, unity, and remembrance, honouring the LGBTQIA+ community's history and ongoing fight for equality.</w:t>
      </w:r>
      <w:r/>
    </w:p>
    <w:p>
      <w:pPr>
        <w:pStyle w:val="ListNumber"/>
        <w:spacing w:line="240" w:lineRule="auto"/>
        <w:ind w:left="720"/>
      </w:pPr>
      <w:r/>
      <w:hyperlink r:id="rId13">
        <w:r>
          <w:rPr>
            <w:color w:val="0000EE"/>
            <w:u w:val="single"/>
          </w:rPr>
          <w:t>https://southamptonpride.org/2026lineup/</w:t>
        </w:r>
      </w:hyperlink>
      <w:r>
        <w:t xml:space="preserve"> - Announcing the full line-up for Southampton Pride 2026, this article details the two-day event's entertainment schedule, featuring live music, drag performances, dance, tribute acts, theatre, and community performances. The Main Stage will be hosted by Aura Jay, Clare Deloon, and Dawn, guiding audiences through a packed programme. The event also introduces the New Trans+ Zone inside the Guildhall, providing a dedicated space for trans and non-binary individuals and their allies.</w:t>
      </w:r>
      <w:r/>
    </w:p>
    <w:p>
      <w:pPr>
        <w:pStyle w:val="ListNumber"/>
        <w:spacing w:line="240" w:lineRule="auto"/>
        <w:ind w:left="720"/>
      </w:pPr>
      <w:r/>
      <w:hyperlink r:id="rId14">
        <w:r>
          <w:rPr>
            <w:color w:val="0000EE"/>
            <w:u w:val="single"/>
          </w:rPr>
          <w:t>https://hellosouthampton.co.uk/events/southampton-pride/</w:t>
        </w:r>
      </w:hyperlink>
      <w:r>
        <w:t xml:space="preserve"> - This guide provides information on Southampton Pride 2026, including the parade's time and route. The march departs from Queens Park at 11:00 am on Saturday 29th August, travels through the city centre, and is expected to arrive at Guildhall Square around 12:00 pm. The article describes the march as a celebration, an act of solidarity, and a reminder of the history behind Pride, honouring generations of LGBTQ+ people who fought for rights and freedoms.</w:t>
      </w:r>
      <w:r/>
    </w:p>
    <w:p>
      <w:pPr>
        <w:pStyle w:val="ListNumber"/>
        <w:spacing w:line="240" w:lineRule="auto"/>
        <w:ind w:left="720"/>
      </w:pPr>
      <w:r/>
      <w:hyperlink r:id="rId15">
        <w:r>
          <w:rPr>
            <w:color w:val="0000EE"/>
            <w:u w:val="single"/>
          </w:rPr>
          <w:t>https://hellosouthampton.co.uk/southampton-pride-road-closures/</w:t>
        </w:r>
      </w:hyperlink>
      <w:r>
        <w:t xml:space="preserve"> - This article outlines the road closures and traffic impacts during Southampton Pride 2026. Key streets along the parade route, including Queens Park, Briton Street, High Street, Bargate, Above Bar Street, Civic Centre Road, and Commercial Road, will be closed to vehicles between 10:30 am and 2:00 pm. The article also details all-day street closures for event setups and public transport diversions affecting local bus operators during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echo.co.uk/news/26506703.hundreds-take-part-southampton-pride-march-10th-anniversary/?ref=rss" TargetMode="External"/><Relationship Id="rId10" Type="http://schemas.openxmlformats.org/officeDocument/2006/relationships/hyperlink" Target="https://southamptonpride.org/southampton-pride-2026-faqs-answered/" TargetMode="External"/><Relationship Id="rId11" Type="http://schemas.openxmlformats.org/officeDocument/2006/relationships/hyperlink" Target="https://southamptonpride.org/the-march/" TargetMode="External"/><Relationship Id="rId12" Type="http://schemas.openxmlformats.org/officeDocument/2006/relationships/hyperlink" Target="https://southamptonpride.org/prideguide/" TargetMode="External"/><Relationship Id="rId13" Type="http://schemas.openxmlformats.org/officeDocument/2006/relationships/hyperlink" Target="https://southamptonpride.org/2026lineup/" TargetMode="External"/><Relationship Id="rId14" Type="http://schemas.openxmlformats.org/officeDocument/2006/relationships/hyperlink" Target="https://hellosouthampton.co.uk/events/southampton-pride/" TargetMode="External"/><Relationship Id="rId15" Type="http://schemas.openxmlformats.org/officeDocument/2006/relationships/hyperlink" Target="https://hellosouthampton.co.uk/southampton-pride-road-clos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