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Prom Coverage: Banksie Returns as Rainbow Carpet Host in Hollywood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one-of-a-kind community nights are flocking back , Banksie will return to host the rainbow carpet and serve as a Gold Sponsor at Queer Prom on 25 September in Hollywood, a lively fundraiser from Flaming Hearts Media and Grooby that promises nostalgia, visibility and charity.</w:t>
      </w:r>
      <w:r/>
    </w:p>
    <w:p>
      <w:r/>
      <w:r>
        <w:t>Essential Takeaways</w:t>
      </w:r>
      <w:r/>
      <w:r/>
    </w:p>
    <w:p>
      <w:pPr>
        <w:pStyle w:val="ListBullet"/>
        <w:spacing w:line="240" w:lineRule="auto"/>
        <w:ind w:left="720"/>
      </w:pPr>
      <w:r/>
      <w:r>
        <w:rPr>
          <w:b/>
        </w:rPr>
        <w:t>Host return:</w:t>
      </w:r>
      <w:r>
        <w:t xml:space="preserve"> Banksie is confirmed to lead the rainbow carpet interviews, bringing a warm, candid vibe.</w:t>
      </w:r>
      <w:r/>
    </w:p>
    <w:p>
      <w:pPr>
        <w:pStyle w:val="ListBullet"/>
        <w:spacing w:line="240" w:lineRule="auto"/>
        <w:ind w:left="720"/>
      </w:pPr>
      <w:r/>
      <w:r>
        <w:rPr>
          <w:b/>
        </w:rPr>
        <w:t>Event details:</w:t>
      </w:r>
      <w:r>
        <w:t xml:space="preserve"> Queer Prom takes place 25 September in Hollywood; tickets are $45 and include one drink.</w:t>
      </w:r>
      <w:r/>
    </w:p>
    <w:p>
      <w:pPr>
        <w:pStyle w:val="ListBullet"/>
        <w:spacing w:line="240" w:lineRule="auto"/>
        <w:ind w:left="720"/>
      </w:pPr>
      <w:r/>
      <w:r>
        <w:rPr>
          <w:b/>
        </w:rPr>
        <w:t>Charity focus:</w:t>
      </w:r>
      <w:r>
        <w:t xml:space="preserve"> Proceeds from ticket sales will be donated to charity, supporting community causes.</w:t>
      </w:r>
      <w:r/>
    </w:p>
    <w:p>
      <w:pPr>
        <w:pStyle w:val="ListBullet"/>
        <w:spacing w:line="240" w:lineRule="auto"/>
        <w:ind w:left="720"/>
      </w:pPr>
      <w:r/>
      <w:r>
        <w:rPr>
          <w:b/>
        </w:rPr>
        <w:t>Organisers:</w:t>
      </w:r>
      <w:r>
        <w:t xml:space="preserve"> The night is presented by Flaming Hearts Media in partnership with Grooby, tapping into a growing celebration of queer nightlife.</w:t>
      </w:r>
      <w:r/>
    </w:p>
    <w:p>
      <w:pPr>
        <w:pStyle w:val="ListBullet"/>
        <w:spacing w:line="240" w:lineRule="auto"/>
        <w:ind w:left="720"/>
      </w:pPr>
      <w:r/>
      <w:r>
        <w:rPr>
          <w:b/>
        </w:rPr>
        <w:t>Atmosphere:</w:t>
      </w:r>
      <w:r>
        <w:t xml:space="preserve"> Expect nostalgic prom energy, intimate interviews and colourful fashion moments on the carpet.</w:t>
      </w:r>
      <w:r/>
      <w:r/>
    </w:p>
    <w:p>
      <w:pPr>
        <w:pStyle w:val="Heading2"/>
      </w:pPr>
      <w:r>
        <w:t>Why Banksie’s return matters for Queer Prom coverage</w:t>
      </w:r>
      <w:r/>
    </w:p>
    <w:p>
      <w:r/>
      <w:r>
        <w:t>Banksie’s on-stage return is the kind of detail that changes the tenor of an event from “fun night out” to “must-see community moment.” She’s known for putting guests at ease, which means the rainbow carpet will likely feel less like a red-carpet press scrum and more like a cosy conversation among friends. According to the organisers, that tender, authentic energy is part of what makes the interviews meaningful.</w:t>
      </w:r>
      <w:r/>
    </w:p>
    <w:p>
      <w:r/>
      <w:r>
        <w:t>This edition of Queer Prom leans into familiarity , the hosts, the partners and the format that fans already enjoy. For anyone picking which nights to attend this autumn, Banksie’s presence signals coverage and moments that are both shareable and heartfelt. If you enjoy interviews where people can be themselves, queue up for early tickets.</w:t>
      </w:r>
      <w:r/>
    </w:p>
    <w:p>
      <w:pPr>
        <w:pStyle w:val="Heading2"/>
      </w:pPr>
      <w:r>
        <w:t>What to expect on the night , format and vibe</w:t>
      </w:r>
      <w:r/>
    </w:p>
    <w:p>
      <w:r/>
      <w:r>
        <w:t>Think prom nostalgia with a modern, celebratory twist: music, dancing, colourful attire and a rainbow carpet where guests get interviewed about their outfits, memories and what the night means to them. Flaming Hearts Media and Grooby are aiming for an inclusive atmosphere that honours the prom ritual without the dated expectations.</w:t>
      </w:r>
      <w:r/>
    </w:p>
    <w:p>
      <w:r/>
      <w:r>
        <w:t>Tickets include one drink, which helps keep the event accessible while still offering a social element. If you’re planning an outfit, aim for expressive pieces that photograph well under colourful lights , sequins, bold colours and playful accessories will stand out in coverage.</w:t>
      </w:r>
      <w:r/>
    </w:p>
    <w:p>
      <w:pPr>
        <w:pStyle w:val="Heading2"/>
      </w:pPr>
      <w:r>
        <w:t>Tickets, charity and how to RSVP</w:t>
      </w:r>
      <w:r/>
    </w:p>
    <w:p>
      <w:r/>
      <w:r>
        <w:t>Tickets are on sale for $45 and include a drink token; importantly, the proceeds are earmarked for charity. That makes this more than a night out , it’s a chance to support community causes while joining a visible celebration. For full details and RSVPs, the organisers point attendees to the Flaming Hearts Media channels.</w:t>
      </w:r>
      <w:r/>
    </w:p>
    <w:p>
      <w:r/>
      <w:r>
        <w:t>If you want a smoother arrival, book early and arrive a little before the carpet opens; that’s when you’ll get the best photos and the most relaxed chats with hosts like Banksie.</w:t>
      </w:r>
      <w:r/>
    </w:p>
    <w:p>
      <w:pPr>
        <w:pStyle w:val="Heading2"/>
      </w:pPr>
      <w:r>
        <w:t>Flaming Hearts Media, Grooby and the growing scene of queer events</w:t>
      </w:r>
      <w:r/>
    </w:p>
    <w:p>
      <w:r/>
      <w:r>
        <w:t>Flaming Hearts Media and Grooby have built a niche covering queer nightlife and culture, and Queer Prom is part of a broader trend of events that combine celebration with advocacy. The partnership brings production know-how and an audience attuned to community storytelling, so expect coverage that reaches beyond the room.</w:t>
      </w:r>
      <w:r/>
    </w:p>
    <w:p>
      <w:r/>
      <w:r>
        <w:t>Industry watchers say this kind of event helps normalise queer spaces in mainstream nightlife calendars, and the return of familiar hosts reinforces continuity. For performers and creators hoping to connect with queer audiences, nights like these are increasingly important platforms.</w:t>
      </w:r>
      <w:r/>
    </w:p>
    <w:p>
      <w:pPr>
        <w:pStyle w:val="Heading2"/>
      </w:pPr>
      <w:r>
        <w:t>Quick tips for attendees</w:t>
      </w:r>
      <w:r/>
      <w:r/>
    </w:p>
    <w:p>
      <w:pPr>
        <w:pStyle w:val="ListBullet"/>
        <w:spacing w:line="240" w:lineRule="auto"/>
        <w:ind w:left="720"/>
      </w:pPr>
      <w:r/>
      <w:r>
        <w:t>Arrive early for the rainbow carpet if you want a longer chat with Banksie or time for photos.</w:t>
      </w:r>
      <w:r/>
    </w:p>
    <w:p>
      <w:pPr>
        <w:pStyle w:val="ListBullet"/>
        <w:spacing w:line="240" w:lineRule="auto"/>
        <w:ind w:left="720"/>
      </w:pPr>
      <w:r/>
      <w:r>
        <w:t>Pack layers; crowded venues can shift from cool to warm fast.</w:t>
      </w:r>
      <w:r/>
    </w:p>
    <w:p>
      <w:pPr>
        <w:pStyle w:val="ListBullet"/>
        <w:spacing w:line="240" w:lineRule="auto"/>
        <w:ind w:left="720"/>
      </w:pPr>
      <w:r/>
      <w:r>
        <w:t>Bring a friend who loves dressing up , prom is more fun when you coord.</w:t>
      </w:r>
      <w:r/>
    </w:p>
    <w:p>
      <w:pPr>
        <w:pStyle w:val="ListBullet"/>
        <w:spacing w:line="240" w:lineRule="auto"/>
        <w:ind w:left="720"/>
      </w:pPr>
      <w:r/>
      <w:r>
        <w:t>Plan transport in advance; Hollywood parking and late-night options are easier if you pre-book.</w:t>
      </w:r>
      <w:r/>
      <w:r/>
    </w:p>
    <w:p>
      <w:r/>
      <w:r>
        <w:t>It’s a small change that can make every prom moment feel a little more celebratory and a lot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2">
        <w:r>
          <w:rPr>
            <w:color w:val="0000EE"/>
            <w:u w:val="single"/>
          </w:rPr>
          <w:t>[3]</w:t>
        </w:r>
      </w:hyperlink>
      <w:r>
        <w:t xml:space="preserve">, </w:t>
      </w:r>
      <w:hyperlink r:id="rId14">
        <w:r>
          <w:rPr>
            <w:color w:val="0000EE"/>
            <w:u w:val="single"/>
          </w:rPr>
          <w:t>[5]</w:t>
        </w:r>
      </w:hyperlink>
      <w:r>
        <w:t xml:space="preserve">- Paragraph 6: </w:t>
      </w:r>
      <w:hyperlink r:id="rId15">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https://www.xbiz.com/news/300407/banksie-returns-to-host-rainbow-carpet-sponsor-fhm-x-groobys-queer-prom</w:t>
        </w:r>
      </w:hyperlink>
      <w:r>
        <w:t xml:space="preserve"> - Please view link - unable to able to access data</w:t>
      </w:r>
      <w:r/>
    </w:p>
    <w:p>
      <w:pPr>
        <w:pStyle w:val="ListNumber"/>
        <w:spacing w:line="240" w:lineRule="auto"/>
        <w:ind w:left="720"/>
      </w:pPr>
      <w:r/>
      <w:hyperlink r:id="rId10">
        <w:r>
          <w:rPr>
            <w:color w:val="0000EE"/>
            <w:u w:val="single"/>
          </w:rPr>
          <w:t>https://www.grooby.com/news/2026/08/banksie-returns-as-queer-prom-rainbow-carpet-host-on-september-25-in-hollywood/</w:t>
        </w:r>
      </w:hyperlink>
      <w:r>
        <w:t xml:space="preserve"> - BanksieTV has announced its Gold Sponsorship of Grooby x FHM’s second Queer Prom, with Banksie returning as the official Rainbow Carpet Host. The invite-only event is scheduled for September 25, 2026, in Hollywood. Banksie expressed excitement about re-living the prom’s festivities and sharing the coverage with everyone. FHM co-founder Kristel Penn praised Banksie for making interviewees feel at home and highlighted her role in honoring the Rainbow Carpet interview tradition. Tickets are available for $45, including one drink ticket, with proceeds donated to charity. For more information or to RSVP, visit Flaming Hearts Media's website.</w:t>
      </w:r>
      <w:r/>
    </w:p>
    <w:p>
      <w:pPr>
        <w:pStyle w:val="ListNumber"/>
        <w:spacing w:line="240" w:lineRule="auto"/>
        <w:ind w:left="720"/>
      </w:pPr>
      <w:r/>
      <w:hyperlink r:id="rId12">
        <w:r>
          <w:rPr>
            <w:color w:val="0000EE"/>
            <w:u w:val="single"/>
          </w:rPr>
          <w:t>https://www.grooby.com/category/flaming-hearts-media/</w:t>
        </w:r>
      </w:hyperlink>
      <w:r>
        <w:t xml:space="preserve"> - Grooby's Flaming Hearts Media section features news and updates related to the company. Recent articles include Banksie returning as the Rainbow Carpet Host for the Queer Prom, Little Puck announcing Silver Sponsorship of the upcoming Queer Prom event, and Pornhub signing as a Platinum Sponsor of Grooby’s Queer Prom Event in Hollywood. The section also highlights Grooby and FHM’s Queer Prom Industry Event returning on September 25th in Hollywood, and Banksie being announced as the official Rainbow Carpet Host of FHM x Grooby’s ‘Queer Prom’ in 2024.</w:t>
      </w:r>
      <w:r/>
    </w:p>
    <w:p>
      <w:pPr>
        <w:pStyle w:val="ListNumber"/>
        <w:spacing w:line="240" w:lineRule="auto"/>
        <w:ind w:left="720"/>
      </w:pPr>
      <w:r/>
      <w:hyperlink r:id="rId15">
        <w:r>
          <w:rPr>
            <w:color w:val="0000EE"/>
            <w:u w:val="single"/>
          </w:rPr>
          <w:t>https://www.grooby.com/tag/flaming-hearts-media/</w:t>
        </w:r>
      </w:hyperlink>
      <w:r>
        <w:t xml:space="preserve"> - The Flaming Hearts Media tag on Grooby's website aggregates articles related to the company. Recent posts include Banksie returning as the Rainbow Carpet Host for the Queer Prom, Little Puck's Silver Sponsorship of the Queer Prom event, and Pornhub's Platinum Sponsorship of Grooby’s Queer Prom Event in Hollywood. The tag also features Grooby and FHM’s Queer Prom Industry Event returning on September 25th in Hollywood, and Banksie being announced as the official Rainbow Carpet Host of FHM x Grooby’s ‘Queer Prom’ in 2024.</w:t>
      </w:r>
      <w:r/>
    </w:p>
    <w:p>
      <w:pPr>
        <w:pStyle w:val="ListNumber"/>
        <w:spacing w:line="240" w:lineRule="auto"/>
        <w:ind w:left="720"/>
      </w:pPr>
      <w:r/>
      <w:hyperlink r:id="rId14">
        <w:r>
          <w:rPr>
            <w:color w:val="0000EE"/>
            <w:u w:val="single"/>
          </w:rPr>
          <w:t>https://www.grooby.com/blog/grooby-news/</w:t>
        </w:r>
      </w:hyperlink>
      <w:r>
        <w:t xml:space="preserve"> - Grooby's blog section, Grooby News, provides updates and announcements related to the company. Recent posts include Banksie returning as the Rainbow Carpet Host for the Queer Prom, and a registration form for the new 2026 GroobyGirls shirt. The blog also features other industry news and updates, keeping readers informed about the latest developments within Grooby and its associated events.</w:t>
      </w:r>
      <w:r/>
    </w:p>
    <w:p>
      <w:pPr>
        <w:pStyle w:val="ListNumber"/>
        <w:spacing w:line="240" w:lineRule="auto"/>
        <w:ind w:left="720"/>
      </w:pPr>
      <w:r/>
      <w:hyperlink r:id="rId13">
        <w:r>
          <w:rPr>
            <w:color w:val="0000EE"/>
            <w:u w:val="single"/>
          </w:rPr>
          <w:t>https://www.grooby.com/</w:t>
        </w:r>
      </w:hyperlink>
      <w:r>
        <w:t xml:space="preserve"> - Grooby is a premium trans erotica studio offering a variety of content featuring transgender performers. The website showcases featured Grooby Girls, including More Maxima, Spread In Red, Cassidy Long, Lana’s Alone Day, and Let Me Tell You A Storia. The site also provides industry news, such as Banksie returning as the Rainbow Carpet Host for the Queer Prom, and other updates related to Grooby's productions and events.</w:t>
      </w:r>
      <w:r/>
    </w:p>
    <w:p>
      <w:pPr>
        <w:pStyle w:val="ListNumber"/>
        <w:spacing w:line="240" w:lineRule="auto"/>
        <w:ind w:left="720"/>
      </w:pPr>
      <w:r/>
      <w:hyperlink r:id="rId11">
        <w:r>
          <w:rPr>
            <w:color w:val="0000EE"/>
            <w:u w:val="single"/>
          </w:rPr>
          <w:t>https://www.xbiz.com/news/283637/banksie-to-host-rainbow-carpet-sponsor-fhm-x-groobys-queer-prom</w:t>
        </w:r>
      </w:hyperlink>
      <w:r>
        <w:t xml:space="preserve"> - Banksie will host the rainbow carpet and be a Gold Sponsor of the inaugural 'Queer Prom' event to be held on September 4 at the historic Avalon nightclub in Hollywood, organised by Flaming Hearts Media (FHM) and Grooby. Banksie expressed honour in sponsoring the event and supporting the queer community. FHM co-founder Kristel Penn praised Banksie as a valuable ally and friend, highlighting her role in the event. Tickets are available for $40, including one drink ticket, with proceeds donated to charity. For more information or to RSVP, visit Flaming Hearts Media's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xbiz.com/news/300407/banksie-returns-to-host-rainbow-carpet-sponsor-fhm-x-groobys-queer-prom" TargetMode="External"/><Relationship Id="rId10" Type="http://schemas.openxmlformats.org/officeDocument/2006/relationships/hyperlink" Target="https://www.grooby.com/news/2026/08/banksie-returns-as-queer-prom-rainbow-carpet-host-on-september-25-in-hollywood/" TargetMode="External"/><Relationship Id="rId11" Type="http://schemas.openxmlformats.org/officeDocument/2006/relationships/hyperlink" Target="https://www.xbiz.com/news/283637/banksie-to-host-rainbow-carpet-sponsor-fhm-x-groobys-queer-prom" TargetMode="External"/><Relationship Id="rId12" Type="http://schemas.openxmlformats.org/officeDocument/2006/relationships/hyperlink" Target="https://www.grooby.com/category/flaming-hearts-media/" TargetMode="External"/><Relationship Id="rId13" Type="http://schemas.openxmlformats.org/officeDocument/2006/relationships/hyperlink" Target="https://www.grooby.com/" TargetMode="External"/><Relationship Id="rId14" Type="http://schemas.openxmlformats.org/officeDocument/2006/relationships/hyperlink" Target="https://www.grooby.com/blog/grooby-news/" TargetMode="External"/><Relationship Id="rId15" Type="http://schemas.openxmlformats.org/officeDocument/2006/relationships/hyperlink" Target="https://www.grooby.com/tag/flaming-hearts-me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