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Day Events at the New York State Fair — What to Expect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loudly: Pride Day at the Great New York State Fair brings flag-raisings, concerts and community gatherings from morning until night, giving attendees a colourful, emotional space to show support in a tense political moment. It’s a day of visibility, music and reassurance for LGBTQ New Yorkers and allies.</w:t>
      </w:r>
      <w:r/>
    </w:p>
    <w:p>
      <w:r/>
      <w:r>
        <w:t>Essential Takeaways</w:t>
      </w:r>
      <w:r/>
      <w:r/>
    </w:p>
    <w:p>
      <w:pPr>
        <w:pStyle w:val="ListBullet"/>
        <w:spacing w:line="240" w:lineRule="auto"/>
        <w:ind w:left="720"/>
      </w:pPr>
      <w:r/>
      <w:r>
        <w:rPr>
          <w:b/>
        </w:rPr>
        <w:t>Full-day programming:</w:t>
      </w:r>
      <w:r>
        <w:t xml:space="preserve"> Events run from a morning flag-raising through evening concerts, including big-name performers and community stages. </w:t>
      </w:r>
      <w:r/>
    </w:p>
    <w:p>
      <w:pPr>
        <w:pStyle w:val="ListBullet"/>
        <w:spacing w:line="240" w:lineRule="auto"/>
        <w:ind w:left="720"/>
      </w:pPr>
      <w:r/>
      <w:r>
        <w:rPr>
          <w:b/>
        </w:rPr>
        <w:t>Historic significance:</w:t>
      </w:r>
      <w:r>
        <w:t xml:space="preserve"> New York State Fair was the first state fair to dedicate a full Pride Day, a point of civic pride. </w:t>
      </w:r>
      <w:r/>
    </w:p>
    <w:p>
      <w:pPr>
        <w:pStyle w:val="ListBullet"/>
        <w:spacing w:line="240" w:lineRule="auto"/>
        <w:ind w:left="720"/>
      </w:pPr>
      <w:r/>
      <w:r>
        <w:rPr>
          <w:b/>
        </w:rPr>
        <w:t>Family-focused atmosphere:</w:t>
      </w:r>
      <w:r>
        <w:t xml:space="preserve"> Attendees highlight supportive, visible moments that matter for kids and parents alike. </w:t>
      </w:r>
      <w:r/>
    </w:p>
    <w:p>
      <w:pPr>
        <w:pStyle w:val="ListBullet"/>
        <w:spacing w:line="240" w:lineRule="auto"/>
        <w:ind w:left="720"/>
      </w:pPr>
      <w:r/>
      <w:r>
        <w:rPr>
          <w:b/>
        </w:rPr>
        <w:t>Visible allyship:</w:t>
      </w:r>
      <w:r>
        <w:t xml:space="preserve"> Rainbow displays, mascots and organisations on the grounds make the fair feel welcoming and inclusive. </w:t>
      </w:r>
      <w:r/>
      <w:r/>
    </w:p>
    <w:p>
      <w:pPr>
        <w:pStyle w:val="Heading2"/>
      </w:pPr>
      <w:r>
        <w:t>A flag-raising that sets the tone</w:t>
      </w:r>
      <w:r/>
    </w:p>
    <w:p>
      <w:r/>
      <w:r>
        <w:t>The day opens with a flag-raising that feels ceremonial and quietly powerful, a gentle but unmistakable visual welcome. According to the fair’s schedule, organisers have used that moment to mark Pride Day since the event’s launch, and it’s become a ritual that frames everything that follows. For first-time visitors, arrive early , the ceremony is short but emotional, and it’s a good time to take in the atmosphere before the crowds arrive.</w:t>
      </w:r>
      <w:r/>
    </w:p>
    <w:p>
      <w:pPr>
        <w:pStyle w:val="Heading2"/>
      </w:pPr>
      <w:r>
        <w:t>Music and marquee names keep the energy alive</w:t>
      </w:r>
      <w:r/>
    </w:p>
    <w:p>
      <w:r/>
      <w:r>
        <w:t>Programming at the fair mixes community performers with headline acts, so you get both intimate organising booths and big, sing-along moments later on. The line-up commonly includes an LGBTQ activist set on the Suburban Stage and evening concerts by nationally known artists, giving the day an uplifting arc from quiet support to communal celebration. If you want a seat for the big-name shows, check the timetable and arrive early; outdoor stages fill up fast, especially on Pride Day.</w:t>
      </w:r>
      <w:r/>
    </w:p>
    <w:p>
      <w:pPr>
        <w:pStyle w:val="Heading2"/>
      </w:pPr>
      <w:r>
        <w:t>Why the fair’s Pride Day feels more important now</w:t>
      </w:r>
      <w:r/>
    </w:p>
    <w:p>
      <w:r/>
      <w:r>
        <w:t>Visitors told reporters the event carries extra weight because of national political headlines that have left some people anxious. Elected officials and community leaders have used the platform to remind attendees that New York continues to celebrate its LGBTQ legacy. That context makes the fair’s Pride Day feel like more than entertainment , it’s a public statement, a safe space and a reminder that visibility matters.</w:t>
      </w:r>
      <w:r/>
    </w:p>
    <w:p>
      <w:pPr>
        <w:pStyle w:val="Heading2"/>
      </w:pPr>
      <w:r>
        <w:t>Family support and reassuring visibility</w:t>
      </w:r>
      <w:r/>
    </w:p>
    <w:p>
      <w:r/>
      <w:r>
        <w:t>Parents and relatives often say showing up matters as much as the events themselves. Many families head to the fairgrounds to offer visible support to kids who may face hostility elsewhere, and organisers aim to make those moments easy , think rainbow flags, friendly volunteers and space for conversation. If you’re bringing children, plan shorter visits between rides and shows so the day stays fun rather than overwhelming.</w:t>
      </w:r>
      <w:r/>
    </w:p>
    <w:p>
      <w:pPr>
        <w:pStyle w:val="Heading2"/>
      </w:pPr>
      <w:r>
        <w:t>How the fair builds on a lasting legacy</w:t>
      </w:r>
      <w:r/>
    </w:p>
    <w:p>
      <w:r/>
      <w:r>
        <w:t>New York’s Pride Day at the state fair ties back to the state’s queer history and public commitments to inclusion. The initiative has been part of the fair calendar for years and continues to be celebrated with dedicated programming, community groups and state-level recognition. Looking ahead, expect the fair to keep blending entertainment with advocacy , a recipe that has helped Pride Day become a fixture people rely on.</w:t>
      </w:r>
      <w:r/>
    </w:p>
    <w:p>
      <w:r/>
      <w:r>
        <w:t>It's a small but meaningful way to show support , whether you stay for the flag-raising or the last encore.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3">
        <w:r>
          <w:rPr>
            <w:color w:val="0000EE"/>
            <w:u w:val="single"/>
          </w:rPr>
          <w:t>[7]</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https://cnycentral.com/news/local/pride-day-at-state-fair-features-flag-raising-lgbtq-events-amid-political-climate</w:t>
        </w:r>
      </w:hyperlink>
      <w:r>
        <w:t xml:space="preserve"> - Please view link - unable to able to access data</w:t>
      </w:r>
      <w:r/>
    </w:p>
    <w:p>
      <w:pPr>
        <w:pStyle w:val="ListNumber"/>
        <w:spacing w:line="240" w:lineRule="auto"/>
        <w:ind w:left="720"/>
      </w:pPr>
      <w:r/>
      <w:hyperlink r:id="rId10">
        <w:r>
          <w:rPr>
            <w:color w:val="0000EE"/>
            <w:u w:val="single"/>
          </w:rPr>
          <w:t>https://nysfair.ny.gov/with-pride-the-great-new-york-state-fair-announces-lgbtq-pride-day-events-and-entertainers/</w:t>
        </w:r>
      </w:hyperlink>
      <w:r>
        <w:t xml:space="preserve"> - The Great New York State Fair has announced its LGBTQ+ Pride Day events for Friday, August 28, 2026. The day's activities include a flag-raising ceremony, a resource fair, and performances by artists such as Melissa Etheridge, Brandy Clark, DJ Pretty Mess, and Kenny Metcalf as Elton. This event celebrates the 15th anniversary of New York's Marriage Equality Act and aims to provide a welcoming environment for the LGBTQ+ community and allies.</w:t>
      </w:r>
      <w:r/>
    </w:p>
    <w:p>
      <w:pPr>
        <w:pStyle w:val="ListNumber"/>
        <w:spacing w:line="240" w:lineRule="auto"/>
        <w:ind w:left="720"/>
      </w:pPr>
      <w:r/>
      <w:hyperlink r:id="rId12">
        <w:r>
          <w:rPr>
            <w:color w:val="0000EE"/>
            <w:u w:val="single"/>
          </w:rPr>
          <w:t>https://nysfair.ny.gov/event/pride-day-flag-raising/</w:t>
        </w:r>
      </w:hyperlink>
      <w:r>
        <w:t xml:space="preserve"> - The LGBTQ+ Pride Day Flag Raising at The Great New York State Fair is scheduled for Friday, August 28, 2026, at 9:30 a.m. outside the main gate. This ceremony marks the beginning of Pride Day celebrations, highlighting the fair's commitment to inclusivity and support for the LGBTQ+ community.</w:t>
      </w:r>
      <w:r/>
    </w:p>
    <w:p>
      <w:pPr>
        <w:pStyle w:val="ListNumber"/>
        <w:spacing w:line="240" w:lineRule="auto"/>
        <w:ind w:left="720"/>
      </w:pPr>
      <w:r/>
      <w:hyperlink r:id="rId14">
        <w:r>
          <w:rPr>
            <w:color w:val="0000EE"/>
            <w:u w:val="single"/>
          </w:rPr>
          <w:t>https://nysfair.ny.gov/event/pride-community-event/</w:t>
        </w:r>
      </w:hyperlink>
      <w:r>
        <w:t xml:space="preserve"> - The Pride CommUNITY Event at The Great New York State Fair is set for Friday, August 28, 2026, at 5:00 p.m. in front of the Expo Center. This free special event aims to foster community engagement and celebrate LGBTQ+ culture and achievements.</w:t>
      </w:r>
      <w:r/>
    </w:p>
    <w:p>
      <w:pPr>
        <w:pStyle w:val="ListNumber"/>
        <w:spacing w:line="240" w:lineRule="auto"/>
        <w:ind w:left="720"/>
      </w:pPr>
      <w:r/>
      <w:hyperlink r:id="rId11">
        <w:r>
          <w:rPr>
            <w:color w:val="0000EE"/>
            <w:u w:val="single"/>
          </w:rPr>
          <w:t>https://fairny.org/pride-day.php</w:t>
        </w:r>
      </w:hyperlink>
      <w:r>
        <w:t xml:space="preserve"> - FAIRNY outlines the schedule for the 2026 LGBTQ+ Pride Day at The Great New York State Fair, which includes a progress flag raising, a resource fair, a Pride Day ceremony, entertainment in the Arts Building, and the new CommUNITY event. The LGBTQ+ Pride Booth will be open from 10 a.m. to 10 p.m. in the Center of Progress Building.</w:t>
      </w:r>
      <w:r/>
    </w:p>
    <w:p>
      <w:pPr>
        <w:pStyle w:val="ListNumber"/>
        <w:spacing w:line="240" w:lineRule="auto"/>
        <w:ind w:left="720"/>
      </w:pPr>
      <w:r/>
      <w:hyperlink r:id="rId15">
        <w:r>
          <w:rPr>
            <w:color w:val="0000EE"/>
            <w:u w:val="single"/>
          </w:rPr>
          <w:t>https://fairny.org/theme-days.php</w:t>
        </w:r>
      </w:hyperlink>
      <w:r>
        <w:t xml:space="preserve"> - FAIRNY provides information on the theme days for the 2026 New York State Fair, including LGBTQ+ Pride Day on Friday, August 28. The page also offers details on how individuals and organizations can support these events through donations and sponsorships.</w:t>
      </w:r>
      <w:r/>
    </w:p>
    <w:p>
      <w:pPr>
        <w:pStyle w:val="ListNumber"/>
        <w:spacing w:line="240" w:lineRule="auto"/>
        <w:ind w:left="720"/>
      </w:pPr>
      <w:r/>
      <w:hyperlink r:id="rId13">
        <w:r>
          <w:rPr>
            <w:color w:val="0000EE"/>
            <w:u w:val="single"/>
          </w:rPr>
          <w:t>https://agriculture.ny.gov/news/governor-cuomo-announces-first-ever-pride-day-2015-great-new-york-state-fair</w:t>
        </w:r>
      </w:hyperlink>
      <w:r>
        <w:t xml:space="preserve"> - In 2015, Governor Andrew M. Cuomo announced the first-ever Pride Day at The Great New York State Fair, scheduled for Friday, August 28. The event was designed to celebrate New York's LGBTQ+ community and included a flag-raising ceremony, an information fair, and a free concert by Melissa Etheridge.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nycentral.com/news/local/pride-day-at-state-fair-features-flag-raising-lgbtq-events-amid-political-climate" TargetMode="External"/><Relationship Id="rId10" Type="http://schemas.openxmlformats.org/officeDocument/2006/relationships/hyperlink" Target="https://nysfair.ny.gov/with-pride-the-great-new-york-state-fair-announces-lgbtq-pride-day-events-and-entertainers/" TargetMode="External"/><Relationship Id="rId11" Type="http://schemas.openxmlformats.org/officeDocument/2006/relationships/hyperlink" Target="https://fairny.org/pride-day.php" TargetMode="External"/><Relationship Id="rId12" Type="http://schemas.openxmlformats.org/officeDocument/2006/relationships/hyperlink" Target="https://nysfair.ny.gov/event/pride-day-flag-raising/" TargetMode="External"/><Relationship Id="rId13" Type="http://schemas.openxmlformats.org/officeDocument/2006/relationships/hyperlink" Target="https://agriculture.ny.gov/news/governor-cuomo-announces-first-ever-pride-day-2015-great-new-york-state-fair" TargetMode="External"/><Relationship Id="rId14" Type="http://schemas.openxmlformats.org/officeDocument/2006/relationships/hyperlink" Target="https://nysfair.ny.gov/event/pride-community-event/" TargetMode="External"/><Relationship Id="rId15" Type="http://schemas.openxmlformats.org/officeDocument/2006/relationships/hyperlink" Target="https://fairny.org/theme-days.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