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 Culture Picks This Week: Trending Queer Favourites and Little Joys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pop culture comfort this week as queer corners of the internet lean into books, bingeable shows, nostalgic vinyl and even pumpkin spice dish soap , a colourful mix of distractions that matter because they remind us joy can be intentional and everywhere.</w:t>
      </w:r>
      <w:r/>
    </w:p>
    <w:p>
      <w:r/>
      <w:r>
        <w:t>Essential Takeaways</w:t>
      </w:r>
      <w:r/>
      <w:r/>
    </w:p>
    <w:p>
      <w:pPr>
        <w:pStyle w:val="ListBullet"/>
        <w:spacing w:line="240" w:lineRule="auto"/>
        <w:ind w:left="720"/>
      </w:pPr>
      <w:r/>
      <w:r>
        <w:rPr>
          <w:b/>
        </w:rPr>
        <w:t>New memoir buzz:</w:t>
      </w:r>
      <w:r>
        <w:t xml:space="preserve"> Chris Olsen’s I Think My Therapist Hates Me is available to pre-order and mixes humour with candid reflections on coming out and mental health. </w:t>
      </w:r>
      <w:r/>
    </w:p>
    <w:p>
      <w:pPr>
        <w:pStyle w:val="ListBullet"/>
        <w:spacing w:line="240" w:lineRule="auto"/>
        <w:ind w:left="720"/>
      </w:pPr>
      <w:r/>
      <w:r>
        <w:rPr>
          <w:b/>
        </w:rPr>
        <w:t>Comfort activewear:</w:t>
      </w:r>
      <w:r>
        <w:t xml:space="preserve"> Linerless Prism shorts from queer-founded &amp;ndy are trending for being sweat-wicking, sleek and slightly cheeky. </w:t>
      </w:r>
      <w:r/>
    </w:p>
    <w:p>
      <w:pPr>
        <w:pStyle w:val="ListBullet"/>
        <w:spacing w:line="240" w:lineRule="auto"/>
        <w:ind w:left="720"/>
      </w:pPr>
      <w:r/>
      <w:r>
        <w:rPr>
          <w:b/>
        </w:rPr>
        <w:t>Dolly revisited:</w:t>
      </w:r>
      <w:r>
        <w:t xml:space="preserve"> Dolly Parton’s Travelin’ Thru has resurfaced as a moving touchstone following her passing, noted for its empathy and cinematic ties. </w:t>
      </w:r>
      <w:r/>
    </w:p>
    <w:p>
      <w:pPr>
        <w:pStyle w:val="ListBullet"/>
        <w:spacing w:line="240" w:lineRule="auto"/>
        <w:ind w:left="720"/>
      </w:pPr>
      <w:r/>
      <w:r>
        <w:rPr>
          <w:b/>
        </w:rPr>
        <w:t>Nostalgia sells:</w:t>
      </w:r>
      <w:r>
        <w:t xml:space="preserve"> Tim Curry’s death reignited interest in The Rocky Horror Picture Show vinyl, a tactile, campy comfort for queer fans. </w:t>
      </w:r>
      <w:r/>
    </w:p>
    <w:p>
      <w:pPr>
        <w:pStyle w:val="ListBullet"/>
        <w:spacing w:line="240" w:lineRule="auto"/>
        <w:ind w:left="720"/>
      </w:pPr>
      <w:r/>
      <w:r>
        <w:rPr>
          <w:b/>
        </w:rPr>
        <w:t>Fun, weird finds:</w:t>
      </w:r>
      <w:r>
        <w:t xml:space="preserve"> From pumpkin spice dish soap to Target’s new outdoor fixtures, small absurdities are keeping feeds entertaining.</w:t>
      </w:r>
      <w:r/>
      <w:r/>
    </w:p>
    <w:p>
      <w:pPr>
        <w:pStyle w:val="Heading2"/>
      </w:pPr>
      <w:r>
        <w:t>Why Chris Olsen’s memoir is resonating now</w:t>
      </w:r>
      <w:r/>
    </w:p>
    <w:p>
      <w:r/>
      <w:r>
        <w:t>There’s a warm, messy intimacy to celebrity memoirs that land at the right moment, and Chris Olsen’s debut feels like that , familiar, vulnerable and laugh-out-loud honest. Olsen made his name with emotional, often hilarious therapy-adjacent videos, so a book that pedals between heartbreak and self-discovery hits like a friend telling you their whole story. According to retail listings, the memoir is available to pre-order ahead of release, which has fans marking calendars and sharing expectations online. If you’re buying one tell-all this season, pick the format you’ll actually read , paperback for bedside flipping, audiobook for commutes.</w:t>
      </w:r>
      <w:r/>
    </w:p>
    <w:p>
      <w:pPr>
        <w:pStyle w:val="Heading2"/>
      </w:pPr>
      <w:r>
        <w:t>Activewear with a wink: why Prism linerless shorts are getting clicks</w:t>
      </w:r>
      <w:r/>
    </w:p>
    <w:p>
      <w:r/>
      <w:r>
        <w:t>Queer-founded brands have a knack for combining function with a wink, and &amp;ndy’s Prism linerless shorts are a neat example. They’re aimed at people who want breathable, sweat-wicking fabric without sacrificing style, and the rainbow-lined pockets give a subtle, joyful nod to community. Fitness shoppers say the 4" inseam strikes a balance between mobility and flirtation, so pick your usual size and consider how you want coverage versus show. These pieces are less about performance-only and more about feeling seen at the gym.</w:t>
      </w:r>
      <w:r/>
    </w:p>
    <w:p>
      <w:pPr>
        <w:pStyle w:val="Heading2"/>
      </w:pPr>
      <w:r>
        <w:t>Dolly Parton’s Travelin’ Thru: a song that keeps giving</w:t>
      </w:r>
      <w:r/>
    </w:p>
    <w:p>
      <w:r/>
      <w:r>
        <w:t>When an artist like Dolly Parton leaves a cultural hole, people return to songs that feel like lifeboats. Travelin’ Thru , written for a film that centres a trans woman’s journey , has gathered fresh attention for its tender storytelling and cinematic heart. The tune’s resurgence is as much homage as comfort; it’s the sort of song that soothes while reminding listeners of the bridges music can build. Play it when you want something quiet, soulful and quietly defiant.</w:t>
      </w:r>
      <w:r/>
    </w:p>
    <w:p>
      <w:pPr>
        <w:pStyle w:val="Heading2"/>
      </w:pPr>
      <w:r>
        <w:t>Vintage vinyl and the comfort of communal classics</w:t>
      </w:r>
      <w:r/>
    </w:p>
    <w:p>
      <w:r/>
      <w:r>
        <w:t>The news of Tim Curry’s passing pushed many fans back to The Rocky Horror Picture Show soundtrack, and vinyl editions have been moving in response. There’s a ritualistic pleasure to spinning a record , the tactile pop, the colour of the disc, the shared sing-alongs , and for queer listeners it’s often a thread back to formative places. Whether you go for a split pink-and-black pressing or a standard copy, the record is as much about memory and community as it is about the songs themselves. If you’ve never owned vinyl, this is a gentle, campy entry point.</w:t>
      </w:r>
      <w:r/>
    </w:p>
    <w:p>
      <w:pPr>
        <w:pStyle w:val="Heading2"/>
      </w:pPr>
      <w:r>
        <w:t>Small, silly things that keep the feed light</w:t>
      </w:r>
      <w:r/>
    </w:p>
    <w:p>
      <w:r/>
      <w:r>
        <w:t>Sometimes it’s the absurd details that keep morale up: pumpkin spice dish soap ads popping up in August, a pop star flinging her mic into a crowd, or a meme about airport shops. These moments land because they’re shareable and slightly ridiculous, and they give people tiny, communal laughs. If you’re curating your own feel-good list, include one unexpected purchase, one bingeable show and one song that makes you feel less alone. The internet can be exhausting, but it can also be a source of bright, silly relief.</w:t>
      </w:r>
      <w:r/>
    </w:p>
    <w:p>
      <w:r/>
      <w:r>
        <w:t>It's a small change that can make every day feel a little more like something you want to live through.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2">
        <w:r>
          <w:rPr>
            <w:color w:val="0000EE"/>
            <w:u w:val="single"/>
          </w:rPr>
          <w:t>[6]</w:t>
        </w:r>
      </w:hyperlink>
      <w:r>
        <w:t xml:space="preserve">- Paragraph 4: , </w:t>
      </w:r>
      <w:hyperlink r:id="rId13">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https://www.queerty.com/dolly-draper-james-dish-soap-10-things-were-obsessed-with-this-week-20260829/</w:t>
        </w:r>
      </w:hyperlink>
      <w:r>
        <w:t xml:space="preserve"> - Please view link - unable to able to access data</w:t>
      </w:r>
      <w:r/>
    </w:p>
    <w:p>
      <w:pPr>
        <w:pStyle w:val="ListNumber"/>
        <w:spacing w:line="240" w:lineRule="auto"/>
        <w:ind w:left="720"/>
      </w:pPr>
      <w:r/>
      <w:hyperlink r:id="rId10">
        <w:r>
          <w:rPr>
            <w:color w:val="0000EE"/>
            <w:u w:val="single"/>
          </w:rPr>
          <w:t>https://play.google.com/store/audiobooks/details/I_Think_My_Therapist_Hates_Me_A_Memoir?hl=en_US&amp;id=AQAAAEBa5GykJM</w:t>
        </w:r>
      </w:hyperlink>
      <w:r>
        <w:t xml:space="preserve"> - Chris Olsen's upcoming memoir, 'I Think My Therapist Hates Me,' set for release on September 1, 2026, delves into his personal journey, exploring themes of coming out, toxic relationships, addiction, and mental health. The book offers an intimate look into Olsen's experiences, providing readers with a candid narrative of self-discovery. (</w:t>
      </w:r>
      <w:hyperlink r:id="rId14">
        <w:r>
          <w:rPr>
            <w:color w:val="0000EE"/>
            <w:u w:val="single"/>
          </w:rPr>
          <w:t>play.google.com</w:t>
        </w:r>
      </w:hyperlink>
      <w:r>
        <w:t>)</w:t>
      </w:r>
      <w:r/>
    </w:p>
    <w:p>
      <w:pPr>
        <w:pStyle w:val="ListNumber"/>
        <w:spacing w:line="240" w:lineRule="auto"/>
        <w:ind w:left="720"/>
      </w:pPr>
      <w:r/>
      <w:hyperlink r:id="rId12">
        <w:r>
          <w:rPr>
            <w:color w:val="0000EE"/>
            <w:u w:val="single"/>
          </w:rPr>
          <w:t>https://www.dollydiscography.com/travelin-thru.html</w:t>
        </w:r>
      </w:hyperlink>
      <w:r>
        <w:t xml:space="preserve"> - 'Travelin' Thru' is a single by Dolly Parton, released in 2006 as part of the 'Transamerica' soundtrack. The song was nominated for Best Original Song at the 78th Academy Awards and the 63rd Golden Globe Awards. It reflects Parton's exploration of themes such as self-discovery and spiritual seeking. (</w:t>
      </w:r>
      <w:hyperlink r:id="rId15">
        <w:r>
          <w:rPr>
            <w:color w:val="0000EE"/>
            <w:u w:val="single"/>
          </w:rPr>
          <w:t>dollydiscography.com</w:t>
        </w:r>
      </w:hyperlink>
      <w:r>
        <w:t>)</w:t>
      </w:r>
      <w:r/>
    </w:p>
    <w:p>
      <w:pPr>
        <w:pStyle w:val="ListNumber"/>
        <w:spacing w:line="240" w:lineRule="auto"/>
        <w:ind w:left="720"/>
      </w:pPr>
      <w:r/>
      <w:hyperlink r:id="rId13">
        <w:r>
          <w:rPr>
            <w:color w:val="0000EE"/>
            <w:u w:val="single"/>
          </w:rPr>
          <w:t>https://www.lyricslayers.com/dolly_parton/476450/</w:t>
        </w:r>
      </w:hyperlink>
      <w:r>
        <w:t xml:space="preserve"> - 'Travelin' Thru' by Dolly Parton is a profound exploration of life's journey, filled with uncertainty, self-discovery, and spiritual seeking. The song delves into themes of spiritual seeking and life's continuous journey, reflecting a universal human experience of navigating through life without a clear map. (</w:t>
      </w:r>
      <w:hyperlink r:id="rId16">
        <w:r>
          <w:rPr>
            <w:color w:val="0000EE"/>
            <w:u w:val="single"/>
          </w:rPr>
          <w:t>lyricslayers.com</w:t>
        </w:r>
      </w:hyperlink>
      <w:r>
        <w:t>)</w:t>
      </w:r>
      <w:r/>
    </w:p>
    <w:p>
      <w:pPr>
        <w:pStyle w:val="ListNumber"/>
        <w:spacing w:line="240" w:lineRule="auto"/>
        <w:ind w:left="720"/>
      </w:pPr>
      <w:r/>
      <w:hyperlink r:id="rId11">
        <w:r>
          <w:rPr>
            <w:color w:val="0000EE"/>
            <w:u w:val="single"/>
          </w:rPr>
          <w:t>https://books.google.com/books/about/I_Think_My_Therapist_Hates_Me.html?id=qLvNEQAAQBAJ</w:t>
        </w:r>
      </w:hyperlink>
      <w:r>
        <w:t xml:space="preserve"> - In 'I Think My Therapist Hates Me,' Chris Olsen invites readers into his therapist's office and into the story he's spent years trying to understand. The memoir offers a raw, fearless, and darkly funny exploration of Olsen's life, delving into themes of self-discovery and personal growth. (</w:t>
      </w:r>
      <w:hyperlink r:id="rId17">
        <w:r>
          <w:rPr>
            <w:color w:val="0000EE"/>
            <w:u w:val="single"/>
          </w:rPr>
          <w:t>books.google.com</w:t>
        </w:r>
      </w:hyperlink>
      <w:r>
        <w:t>)</w:t>
      </w:r>
      <w:r/>
    </w:p>
    <w:p>
      <w:pPr>
        <w:pStyle w:val="ListNumber"/>
        <w:spacing w:line="240" w:lineRule="auto"/>
        <w:ind w:left="720"/>
      </w:pPr>
      <w:r/>
      <w:hyperlink r:id="rId12">
        <w:r>
          <w:rPr>
            <w:color w:val="0000EE"/>
            <w:u w:val="single"/>
          </w:rPr>
          <w:t>https://www.dollydiscography.com/travelin-thru.html</w:t>
        </w:r>
      </w:hyperlink>
      <w:r>
        <w:t xml:space="preserve"> - 'Travelin' Thru' is a single by Dolly Parton, released in 2006 as part of the 'Transamerica' soundtrack. The song was nominated for Best Original Song at the 78th Academy Awards and the 63rd Golden Globe Awards. It reflects Parton's exploration of themes such as self-discovery and spiritual seeking. (</w:t>
      </w:r>
      <w:hyperlink r:id="rId15">
        <w:r>
          <w:rPr>
            <w:color w:val="0000EE"/>
            <w:u w:val="single"/>
          </w:rPr>
          <w:t>dollydiscography.com</w:t>
        </w:r>
      </w:hyperlink>
      <w:r>
        <w:t>)</w:t>
      </w:r>
      <w:r/>
    </w:p>
    <w:p>
      <w:pPr>
        <w:pStyle w:val="ListNumber"/>
        <w:spacing w:line="240" w:lineRule="auto"/>
        <w:ind w:left="720"/>
      </w:pPr>
      <w:r/>
      <w:hyperlink r:id="rId13">
        <w:r>
          <w:rPr>
            <w:color w:val="0000EE"/>
            <w:u w:val="single"/>
          </w:rPr>
          <w:t>https://www.lyricslayers.com/dolly_parton/476450/</w:t>
        </w:r>
      </w:hyperlink>
      <w:r>
        <w:t xml:space="preserve"> - 'Travelin' Thru' by Dolly Parton is a profound exploration of life's journey, filled with uncertainty, self-discovery, and spiritual seeking. The song delves into themes of spiritual seeking and life's continuous journey, reflecting a universal human experience of navigating through life without a clear map. (</w:t>
      </w:r>
      <w:hyperlink r:id="rId16">
        <w:r>
          <w:rPr>
            <w:color w:val="0000EE"/>
            <w:u w:val="single"/>
          </w:rPr>
          <w:t>lyricslayers.com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dolly-draper-james-dish-soap-10-things-were-obsessed-with-this-week-20260829/" TargetMode="External"/><Relationship Id="rId10" Type="http://schemas.openxmlformats.org/officeDocument/2006/relationships/hyperlink" Target="https://play.google.com/store/audiobooks/details/I_Think_My_Therapist_Hates_Me_A_Memoir?hl=en_US&amp;id=AQAAAEBa5GykJM" TargetMode="External"/><Relationship Id="rId11" Type="http://schemas.openxmlformats.org/officeDocument/2006/relationships/hyperlink" Target="https://books.google.com/books/about/I_Think_My_Therapist_Hates_Me.html?id=qLvNEQAAQBAJ" TargetMode="External"/><Relationship Id="rId12" Type="http://schemas.openxmlformats.org/officeDocument/2006/relationships/hyperlink" Target="https://www.dollydiscography.com/travelin-thru.html" TargetMode="External"/><Relationship Id="rId13" Type="http://schemas.openxmlformats.org/officeDocument/2006/relationships/hyperlink" Target="https://www.lyricslayers.com/dolly_parton/476450/" TargetMode="External"/><Relationship Id="rId14" Type="http://schemas.openxmlformats.org/officeDocument/2006/relationships/hyperlink" Target="https://play.google.com/store/audiobooks/details/I_Think_My_Therapist_Hates_Me_A_Memoir?hl=en_US&amp;id=AQAAAEBa5GykJM&amp;utm_source=openai" TargetMode="External"/><Relationship Id="rId15" Type="http://schemas.openxmlformats.org/officeDocument/2006/relationships/hyperlink" Target="https://www.dollydiscography.com/travelin-thru.html?utm_source=openai" TargetMode="External"/><Relationship Id="rId16" Type="http://schemas.openxmlformats.org/officeDocument/2006/relationships/hyperlink" Target="https://www.lyricslayers.com/dolly-parton/476450/?utm_source=openai" TargetMode="External"/><Relationship Id="rId17" Type="http://schemas.openxmlformats.org/officeDocument/2006/relationships/hyperlink" Target="https://books.google.com/books/about/I_Think_My_Therapist_Hates_Me.html?id=qLvNEQAAQBAJ&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