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Documentaries About 1950s New York Drag Culture: P.S. Burn This Letter, Please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are rediscovering a hidden chapter of queer life through P.S. Burn This Letter, Please, a documentary that stitches together letters, archival footage and intimate interviews to reveal the secret worlds of 1950s New York drag queens , and why those stories still matter today.</w:t>
      </w:r>
      <w:r/>
    </w:p>
    <w:p>
      <w:r/>
      <w:r>
        <w:t>Essential Takeaways</w:t>
      </w:r>
      <w:r/>
      <w:r/>
    </w:p>
    <w:p>
      <w:pPr>
        <w:pStyle w:val="ListBullet"/>
        <w:spacing w:line="240" w:lineRule="auto"/>
        <w:ind w:left="720"/>
      </w:pPr>
      <w:r/>
      <w:r>
        <w:rPr>
          <w:b/>
        </w:rPr>
        <w:t>Rare archive:</w:t>
      </w:r>
      <w:r>
        <w:t xml:space="preserve"> Hundreds of personal letters from the 1950s to a young Reno Martin (later agent Ed Limato) form the film’s emotional spine.</w:t>
      </w:r>
      <w:r/>
    </w:p>
    <w:p>
      <w:pPr>
        <w:pStyle w:val="ListBullet"/>
        <w:spacing w:line="240" w:lineRule="auto"/>
        <w:ind w:left="720"/>
      </w:pPr>
      <w:r/>
      <w:r>
        <w:rPr>
          <w:b/>
        </w:rPr>
        <w:t>Mixed tone:</w:t>
      </w:r>
      <w:r>
        <w:t xml:space="preserve"> The film blends joyous, colourful drag memories with the constant fear of arrest, job loss and outing.</w:t>
      </w:r>
      <w:r/>
    </w:p>
    <w:p>
      <w:pPr>
        <w:pStyle w:val="ListBullet"/>
        <w:spacing w:line="240" w:lineRule="auto"/>
        <w:ind w:left="720"/>
      </w:pPr>
      <w:r/>
      <w:r>
        <w:rPr>
          <w:b/>
        </w:rPr>
        <w:t>Survivor testimony:</w:t>
      </w:r>
      <w:r>
        <w:t xml:space="preserve"> Filmmakers tracked down original letter-writers, now in their 80s and 90s, to record on-camera reminiscences.</w:t>
      </w:r>
      <w:r/>
    </w:p>
    <w:p>
      <w:pPr>
        <w:pStyle w:val="ListBullet"/>
        <w:spacing w:line="240" w:lineRule="auto"/>
        <w:ind w:left="720"/>
      </w:pPr>
      <w:r/>
      <w:r>
        <w:rPr>
          <w:b/>
        </w:rPr>
        <w:t>Sensory pull:</w:t>
      </w:r>
      <w:r>
        <w:t xml:space="preserve"> Archival photos and smoky club footage give a tactile sense of those backroom spaces and drag pageants.</w:t>
      </w:r>
      <w:r/>
    </w:p>
    <w:p>
      <w:pPr>
        <w:pStyle w:val="ListBullet"/>
        <w:spacing w:line="240" w:lineRule="auto"/>
        <w:ind w:left="720"/>
      </w:pPr>
      <w:r/>
      <w:r>
        <w:rPr>
          <w:b/>
        </w:rPr>
        <w:t>Limitations noted:</w:t>
      </w:r>
      <w:r>
        <w:t xml:space="preserve"> Critics say the doc sometimes leans into political framing and stops short of a full historical sweep beyond the 1980s.</w:t>
      </w:r>
      <w:r/>
      <w:r/>
    </w:p>
    <w:p>
      <w:pPr>
        <w:pStyle w:val="Heading2"/>
      </w:pPr>
      <w:r>
        <w:t>Why these letters turn a dusty archive into cinema gold</w:t>
      </w:r>
      <w:r/>
    </w:p>
    <w:p>
      <w:r/>
      <w:r>
        <w:t>The film opens with the physicality of letter-writing: paper that smells faintly of age and inked signatures that beg to be read. According to reviews and festival notes, discovering that storage-unit box in Los Angeles was the kind of find a documentarian dreams about. Those letters, sent to a young Reno Martin, act as a living thread, drawing viewers into friendships, flirtations and the coded language queer people used to survive.</w:t>
      </w:r>
      <w:r/>
    </w:p>
    <w:p>
      <w:r/>
      <w:r>
        <w:t>Backstory is simple but compelling , men who left for careers in radio and Hollywood received regular updates from friends who couldn’t take their lives for granted. The instruction to “burn this” after reading tells you everything about the stakes: exposure meant loss of livelihood or worse. That line alone makes the title feel earned.</w:t>
      </w:r>
      <w:r/>
    </w:p>
    <w:p>
      <w:pPr>
        <w:pStyle w:val="Heading2"/>
      </w:pPr>
      <w:r>
        <w:t>What the interviewees reveal , laughter, longing and hard-won candour</w:t>
      </w:r>
      <w:r/>
    </w:p>
    <w:p>
      <w:r/>
      <w:r>
        <w:t>Filmmakers tracked down many of the original writers, now elderly, and persuaded them to speak on record. The result is a mix of poignancy and mischief: tales of smoky drag rooms, pageant glitz and the practicalities of a “trick room” where costumes were hidden from prying eyes. There's joy in the staging, tenderness in preparing a friend for a night out, and the quiet ache of friendships constrained by secrecy.</w:t>
      </w:r>
      <w:r/>
    </w:p>
    <w:p>
      <w:r/>
      <w:r>
        <w:t>But the testimonies also bring trauma into the frame. People recount conversion therapy, arrests and the daily work of hiding identity. Those memories are, by turns, wrenching and vividly human , and they remind viewers that the glamour of drag was often a thin disguise over real danger.</w:t>
      </w:r>
      <w:r/>
    </w:p>
    <w:p>
      <w:pPr>
        <w:pStyle w:val="Heading2"/>
      </w:pPr>
      <w:r>
        <w:t>How the film balances archive and argument , and where it trips up</w:t>
      </w:r>
      <w:r/>
    </w:p>
    <w:p>
      <w:r/>
      <w:r>
        <w:t>Critics note the documentary does a superb job of pairing archival footage and photographs with first-hand memories, which creates strong sensory immediacy. Yet some reviewers argue the film sometimes focuses more on the politics of the era than on the individuals themselves, which can dilute emotional depth.</w:t>
      </w:r>
      <w:r/>
    </w:p>
    <w:p>
      <w:r/>
      <w:r>
        <w:t>There’s also frustration that the narrative largely stops before the full catastrophe of AIDS in the 1980s and beyond, leaving viewers wishing for a broader historical sweep. If you’re looking for a single, definitive history of midcentury New York queer life, this isn’t it , but as a collection of personal essays sewn together by rare letters, it works.</w:t>
      </w:r>
      <w:r/>
    </w:p>
    <w:p>
      <w:pPr>
        <w:pStyle w:val="Heading2"/>
      </w:pPr>
      <w:r>
        <w:t>What this film tells us about queer memory and why it matters now</w:t>
      </w:r>
      <w:r/>
    </w:p>
    <w:p>
      <w:r/>
      <w:r>
        <w:t>P.S. Burn This Letter, Please performs a crucial archival act: turning hidden correspondence into public testimony. According to festival materials and press coverage, the film honors marginalised lives while showing how drag rooms and queer networks functioned as makeshift families. Those networks mattered because, when legal systems and workplaces punished difference, friendships kept people alive.</w:t>
      </w:r>
      <w:r/>
    </w:p>
    <w:p>
      <w:r/>
      <w:r>
        <w:t>For younger viewers raised in a more visible queer culture, the documentary acts as a bridge. It’s a reminder that visibility today rests on risks taken by previous generations, and that private rituals , like burning a letter , were survival strategies, not romantic quirks.</w:t>
      </w:r>
      <w:r/>
    </w:p>
    <w:p>
      <w:pPr>
        <w:pStyle w:val="Heading2"/>
      </w:pPr>
      <w:r>
        <w:t>Should you watch it , practical tips for viewers</w:t>
      </w:r>
      <w:r/>
    </w:p>
    <w:p>
      <w:r/>
      <w:r>
        <w:t>If you value intimate oral history and original source material, this film is worth streaming or catching at a festival. Expect a mixture of warmth and sorrow; bring tissues and curiosity. For context, pair it with other resources that cover later decades and the AIDS crisis if you want a fuller arc. And if you’re sensitive to accounts of abuse or conversion therapy, look up content warnings first.</w:t>
      </w:r>
      <w:r/>
    </w:p>
    <w:p>
      <w:r/>
      <w:r>
        <w:t>It’s small but powerful work: a film that gives names and faces back to people who once had to hide them.</w:t>
      </w:r>
      <w:r/>
    </w:p>
    <w:p>
      <w:r/>
      <w:r>
        <w:t>It's a small change that can make every memory louder and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1">
        <w:r>
          <w:rPr>
            <w:color w:val="0000EE"/>
            <w:u w:val="single"/>
          </w:rPr>
          <w:t>[4]</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[5]</w:t>
        </w:r>
      </w:hyperlink>
      <w:r>
        <w:t xml:space="preserve">- Paragraph 6: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https://www.thegayreels.com/2026/08/ps-burn-this-letter-please-documentary.html</w:t>
        </w:r>
      </w:hyperlink>
      <w:r>
        <w:t xml:space="preserve"> - Please view link - unable to able to access data</w:t>
      </w:r>
      <w:r/>
    </w:p>
    <w:p>
      <w:pPr>
        <w:pStyle w:val="ListNumber"/>
        <w:spacing w:line="240" w:lineRule="auto"/>
        <w:ind w:left="720"/>
      </w:pPr>
      <w:r/>
      <w:hyperlink r:id="rId10">
        <w:r>
          <w:rPr>
            <w:color w:val="0000EE"/>
            <w:u w:val="single"/>
          </w:rPr>
          <w:t>https://www.thebody.com/article/documentary-1950s-new-york-city-drag-queens-burn-this-letter-please</w:t>
        </w:r>
      </w:hyperlink>
      <w:r>
        <w:t xml:space="preserve"> - This article discusses the documentary 'P.S. Burn This Letter Please,' which delves into the lives of 1950s New York City drag queens. It highlights the film's exploration of a previously overlooked chapter in LGBTQ history, focusing on the experiences of drag performers during a time when their identities were often hidden due to societal pressures and legal repercussions. The piece also touches upon the film's availability for viewing in January 2021.</w:t>
      </w:r>
      <w:r/>
    </w:p>
    <w:p>
      <w:pPr>
        <w:pStyle w:val="ListNumber"/>
        <w:spacing w:line="240" w:lineRule="auto"/>
        <w:ind w:left="720"/>
      </w:pPr>
      <w:r/>
      <w:hyperlink r:id="rId12">
        <w:r>
          <w:rPr>
            <w:color w:val="0000EE"/>
            <w:u w:val="single"/>
          </w:rPr>
          <w:t>https://www.frameline.org/films/frameline45/p-s-burn-this-letter-please</w:t>
        </w:r>
      </w:hyperlink>
      <w:r>
        <w:t xml:space="preserve"> - This page provides information about the documentary 'P.S. Burn This Letter Please,' featured in the Frameline45 film festival. It offers details about the film's directors, runtime, and a brief synopsis. The documentary is described as uncovering the history of New York's drag queens in the 1950s and 1960s, based on letters written by a group of drag queens to a man named Reno Martin. The page also includes links to the film's trailer and official website.</w:t>
      </w:r>
      <w:r/>
    </w:p>
    <w:p>
      <w:pPr>
        <w:pStyle w:val="ListNumber"/>
        <w:spacing w:line="240" w:lineRule="auto"/>
        <w:ind w:left="720"/>
      </w:pPr>
      <w:r/>
      <w:hyperlink r:id="rId11">
        <w:r>
          <w:rPr>
            <w:color w:val="0000EE"/>
            <w:u w:val="single"/>
          </w:rPr>
          <w:t>https://www.latimes.com/entertainment-arts/movies/story/2021-06-20/the-secret-queer-history-behind-p-s-burn-this-letter-please</w:t>
        </w:r>
      </w:hyperlink>
      <w:r>
        <w:t xml:space="preserve"> - This article from the Los Angeles Times explores the discovery of a box of letters written by 1950s New York City drag queens to a man named Reno Martin, who later became known as Hollywood agent Ed Limato. The letters, filled with details of their lives, were found in a storage unit in 2014. The piece delves into the significance of these letters in uncovering a hidden chapter of LGBTQ history and the making of the documentary 'P.S. Burn This Letter Please.'</w:t>
      </w:r>
      <w:r/>
    </w:p>
    <w:p>
      <w:pPr>
        <w:pStyle w:val="ListNumber"/>
        <w:spacing w:line="240" w:lineRule="auto"/>
        <w:ind w:left="720"/>
      </w:pPr>
      <w:r/>
      <w:hyperlink r:id="rId13">
        <w:r>
          <w:rPr>
            <w:color w:val="0000EE"/>
            <w:u w:val="single"/>
          </w:rPr>
          <w:t>https://www.thefilmcollaborative.org/films/psburnthisletterplease</w:t>
        </w:r>
      </w:hyperlink>
      <w:r>
        <w:t xml:space="preserve"> - This page provides detailed information about the documentary 'P.S. Burn This Letter Please,' including a long synopsis, details about the filmmakers, and the film's availability. The documentary is described as reconstructing the pre-Stonewall era through interviews with former drag queens now in their 80s and 90s, revealing how they survived and flourished at a time when drag queens were both revered and reviled, even within the gay community.</w:t>
      </w:r>
      <w:r/>
    </w:p>
    <w:p>
      <w:pPr>
        <w:pStyle w:val="ListNumber"/>
        <w:spacing w:line="240" w:lineRule="auto"/>
        <w:ind w:left="720"/>
      </w:pPr>
      <w:r/>
      <w:hyperlink r:id="rId14">
        <w:r>
          <w:rPr>
            <w:color w:val="0000EE"/>
            <w:u w:val="single"/>
          </w:rPr>
          <w:t>https://www.imdb.com/title/tt11873010/</w:t>
        </w:r>
      </w:hyperlink>
      <w:r>
        <w:t xml:space="preserve"> - This IMDb page offers information about the documentary 'P.S. Burn This Letter Please,' including its release year, runtime, and a brief synopsis. The film is described as a documentary about New York City's drag community, focusing on a box of letters held in secret for nearly 60 years, igniting a five-year exploration into a part of LGBT history that has never been told.</w:t>
      </w:r>
      <w:r/>
    </w:p>
    <w:p>
      <w:pPr>
        <w:pStyle w:val="ListNumber"/>
        <w:spacing w:line="240" w:lineRule="auto"/>
        <w:ind w:left="720"/>
      </w:pPr>
      <w:r/>
      <w:hyperlink r:id="rId15">
        <w:r>
          <w:rPr>
            <w:color w:val="0000EE"/>
            <w:u w:val="single"/>
          </w:rPr>
          <w:t>https://www.justwatch.com/us/movie/p-s-burn-this-letter-please</w:t>
        </w:r>
      </w:hyperlink>
      <w:r>
        <w:t xml:space="preserve"> - This page on JustWatch provides streaming information for the documentary 'P.S. Burn This Letter Please.' It includes details about the film's rating, genres, runtime, and production country. The page also offers links to trailers and related content, allowing users to find where the film is available for streaming.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ayreels.com/2026/08/ps-burn-this-letter-please-documentary.html" TargetMode="External"/><Relationship Id="rId10" Type="http://schemas.openxmlformats.org/officeDocument/2006/relationships/hyperlink" Target="https://www.thebody.com/article/documentary-1950s-new-york-city-drag-queens-burn-this-letter-please" TargetMode="External"/><Relationship Id="rId11" Type="http://schemas.openxmlformats.org/officeDocument/2006/relationships/hyperlink" Target="https://www.latimes.com/entertainment-arts/movies/story/2021-06-20/the-secret-queer-history-behind-p-s-burn-this-letter-please" TargetMode="External"/><Relationship Id="rId12" Type="http://schemas.openxmlformats.org/officeDocument/2006/relationships/hyperlink" Target="https://www.frameline.org/films/frameline45/p-s-burn-this-letter-please" TargetMode="External"/><Relationship Id="rId13" Type="http://schemas.openxmlformats.org/officeDocument/2006/relationships/hyperlink" Target="https://www.thefilmcollaborative.org/films/psburnthisletterplease" TargetMode="External"/><Relationship Id="rId14" Type="http://schemas.openxmlformats.org/officeDocument/2006/relationships/hyperlink" Target="https://www.imdb.com/title/tt11873010/" TargetMode="External"/><Relationship Id="rId15" Type="http://schemas.openxmlformats.org/officeDocument/2006/relationships/hyperlink" Target="https://www.justwatch.com/us/movie/p-s-burn-this-letter-ple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