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Moments from Foyle Pride 2026 — A Colourful Tribute and Community Rally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Banners fluttered and music swelled as thousands packed Derry for Foyle Pride, celebrating identity, solidarity and a heartfelt tribute to Dolly Parton , a vivid reminder why Pride still matters, who it serves, and how a city turned its streets into a hopeful, colourful stage for change.</w:t>
      </w:r>
      <w:r/>
      <w:r/>
    </w:p>
    <w:p>
      <w:pPr>
        <w:pStyle w:val="ListBullet"/>
        <w:spacing w:line="240" w:lineRule="auto"/>
        <w:ind w:left="720"/>
      </w:pPr>
      <w:r/>
      <w:r>
        <w:rPr>
          <w:b/>
        </w:rPr>
        <w:t>Huge turnout:</w:t>
      </w:r>
      <w:r>
        <w:t xml:space="preserve"> Thousands marched from the North West Transport Hub through the city centre, creating a lively, noisy procession that felt both festive and defiant. </w:t>
      </w:r>
      <w:r/>
    </w:p>
    <w:p>
      <w:pPr>
        <w:pStyle w:val="ListBullet"/>
        <w:spacing w:line="240" w:lineRule="auto"/>
        <w:ind w:left="720"/>
      </w:pPr>
      <w:r/>
      <w:r>
        <w:rPr>
          <w:b/>
        </w:rPr>
        <w:t>Dolly tribute:</w:t>
      </w:r>
      <w:r>
        <w:t xml:space="preserve"> The parade set off to “Jolene,” giving the route an emotional, singalong soundtrack as participants honoured the late Dolly Parton. </w:t>
      </w:r>
      <w:r/>
    </w:p>
    <w:p>
      <w:pPr>
        <w:pStyle w:val="ListBullet"/>
        <w:spacing w:line="240" w:lineRule="auto"/>
        <w:ind w:left="720"/>
      </w:pPr>
      <w:r/>
      <w:r>
        <w:rPr>
          <w:b/>
        </w:rPr>
        <w:t>Visible history:</w:t>
      </w:r>
      <w:r>
        <w:t xml:space="preserve"> Foyle Pride’s roots in protest remain , the event links to Derry’s civil-rights tradition and keeps visibility front and centre. </w:t>
      </w:r>
      <w:r/>
    </w:p>
    <w:p>
      <w:pPr>
        <w:pStyle w:val="ListBullet"/>
        <w:spacing w:line="240" w:lineRule="auto"/>
        <w:ind w:left="720"/>
      </w:pPr>
      <w:r/>
      <w:r>
        <w:rPr>
          <w:b/>
        </w:rPr>
        <w:t>Family-friendly vibe:</w:t>
      </w:r>
      <w:r>
        <w:t xml:space="preserve"> Many attendees noted the importance of showing younger people diverse lives and love, with a warm, colourful atmosphere and live entertainment afterward. </w:t>
      </w:r>
      <w:r/>
    </w:p>
    <w:p>
      <w:pPr>
        <w:pStyle w:val="ListBullet"/>
        <w:spacing w:line="240" w:lineRule="auto"/>
        <w:ind w:left="720"/>
      </w:pPr>
      <w:r/>
      <w:r>
        <w:rPr>
          <w:b/>
        </w:rPr>
        <w:t>Practical notes:</w:t>
      </w:r>
      <w:r>
        <w:t xml:space="preserve"> The route crossed Craigavon Bridge and finished at Guildhall Square; organisers kept it accessible and packed with local music.</w:t>
      </w:r>
      <w:r/>
      <w:r/>
    </w:p>
    <w:p>
      <w:pPr>
        <w:pStyle w:val="Heading2"/>
      </w:pPr>
      <w:r>
        <w:t>Streets full of colour and music , what it felt like</w:t>
      </w:r>
      <w:r/>
    </w:p>
    <w:p>
      <w:r/>
      <w:r>
        <w:t>The parade day was bright, loud and warm despite any chill; flags, glitter and cheering crowds made it feel like the whole city had joined the party. Organisers timed the march to Dolly Parton’s “Jolene,” which added a sweet, familiar soundtrack and brought a few singalongs from the crowd. Attendees described a proud, emotional vibe , part celebration, part reminder of why visible community space matters.</w:t>
      </w:r>
      <w:r/>
    </w:p>
    <w:p>
      <w:r/>
      <w:r>
        <w:t>Foyle Pride began as a grassroots protest in the early 1990s and that ethos still pulses through the festival. According to local reports, organisers and participants see the event as both a celebration of identity and an act of continued civic assertion. If you’ve never been, expect music, banners and people of all ages making a conscious point about belonging.</w:t>
      </w:r>
      <w:r/>
    </w:p>
    <w:p>
      <w:r/>
      <w:r>
        <w:t>For anyone thinking of joining next time, bring comfy shoes and a colourful top. The parade stretches across several bridges and streets, so layers and a small water bottle make the day easier. And listen for the music , it’s often part of the message.</w:t>
      </w:r>
      <w:r/>
    </w:p>
    <w:p>
      <w:pPr>
        <w:pStyle w:val="Heading2"/>
      </w:pPr>
      <w:r>
        <w:t>Dolly Parton: a surprising, warming focal point</w:t>
      </w:r>
      <w:r/>
    </w:p>
    <w:p>
      <w:r/>
      <w:r>
        <w:t>Dolly Parton’s recent passing coloured this year’s Pride with a sense of affection and nostalgia. The decision to start the parade to “Jolene” turned a pop-cultural moment into a communal tribute, and plenty of people welcomed the gentle, familiar tune as they marched. It was a reminder that cultural figures can become touchstones for social gatherings, helping people feel seen and connected.</w:t>
      </w:r>
      <w:r/>
    </w:p>
    <w:p>
      <w:r/>
      <w:r>
        <w:t>Local coverage framed the homage as both celebratory and respectful; organisers used the moment to knit together fun and remembrance. For superfans and casual listeners alike, the music added a human note to a political, cultural and social day.</w:t>
      </w:r>
      <w:r/>
    </w:p>
    <w:p>
      <w:r/>
      <w:r>
        <w:t>If you want to mark similar occasions, small shared rituals , a song, a chant or a banner , can amplify the sense of community without needing grand speeches.</w:t>
      </w:r>
      <w:r/>
    </w:p>
    <w:p>
      <w:pPr>
        <w:pStyle w:val="Heading2"/>
      </w:pPr>
      <w:r>
        <w:t>Pride’s protest roots , why visibility still matters in Derry</w:t>
      </w:r>
      <w:r/>
    </w:p>
    <w:p>
      <w:r/>
      <w:r>
        <w:t>Foyle Pride didn’t sprout from nowhere. The first festival ran in 1993 when public LGBTQ+ life was far less visible, and through the years the event has woven itself into Derry’s civil-rights fabric. Moments like painting Free Derry Corner pink in 2007 and tracing the 1968 civil-rights march route in 2017 are reminders that Pride here is linked to a broader history of demanding rights.</w:t>
      </w:r>
      <w:r/>
    </w:p>
    <w:p>
      <w:r/>
      <w:r>
        <w:t>Speakers at the event and local politicians have underlined that Pride remains both celebration and protest. That dual role matters because visibility reduces prejudice: as many participants said, seeing diverse lives reassures children and challenges bigotry.</w:t>
      </w:r>
      <w:r/>
    </w:p>
    <w:p>
      <w:r/>
      <w:r>
        <w:t>If you care about civic change, turning up , even as a spectator , is a simple, tangible way to support progress.</w:t>
      </w:r>
      <w:r/>
    </w:p>
    <w:p>
      <w:pPr>
        <w:pStyle w:val="Heading2"/>
      </w:pPr>
      <w:r>
        <w:t>Who was there and what people said</w:t>
      </w:r>
      <w:r/>
    </w:p>
    <w:p>
      <w:r/>
      <w:r>
        <w:t>Crowds included families, students, long-time activists and newer supporters who wanted to show solidarity. Voices from the parade spoke plainly: it’s important for young people to see diversity, and it’s a relief to be able to celebrate openly. Local MPs and community figures urged attendance in the lead-up, reminding people that rights were hard-won and still need protecting.</w:t>
      </w:r>
      <w:r/>
    </w:p>
    <w:p>
      <w:r/>
      <w:r>
        <w:t>The atmosphere after the march moved into Guildhall Square with live music and entertainment, keeping the day upbeat. For many, the sweetest part was not a political slogan but the ordinary joy of seeing friends and neighbours smiling together.</w:t>
      </w:r>
      <w:r/>
    </w:p>
    <w:p>
      <w:r/>
      <w:r>
        <w:t>If you bring children next time, use the chance to have gentle conversations about difference; Pride is as much about education as it is about party.</w:t>
      </w:r>
      <w:r/>
    </w:p>
    <w:p>
      <w:pPr>
        <w:pStyle w:val="Heading2"/>
      </w:pPr>
      <w:r>
        <w:t>Looking ahead , what this year’s Pride signals</w:t>
      </w:r>
      <w:r/>
    </w:p>
    <w:p>
      <w:r/>
      <w:r>
        <w:t>Foyle Pride’s big turnout and cultural nods suggest the festival is growing into an even more visible city institution while staying rooted in protest. Local organisers and community leaders seem intent on keeping the event inclusive and family-friendly while also pushing for continued political change.</w:t>
      </w:r>
      <w:r/>
    </w:p>
    <w:p>
      <w:r/>
      <w:r>
        <w:t>Expect future parades to carry the same mix of song, colour and conviction , and perhaps more moments that link local history to present-day demands. For visitors, it’s an easy, joyful way to understand why Pride still matters.</w:t>
      </w:r>
      <w:r/>
    </w:p>
    <w:p>
      <w:r/>
      <w:r>
        <w:t>It’s a small change that can make every celebration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9">
        <w:r>
          <w:rPr>
            <w:color w:val="0000EE"/>
            <w:u w:val="single"/>
          </w:rPr>
          <w:t>[2]</w:t>
        </w:r>
      </w:hyperlink>
      <w:r>
        <w:t xml:space="preserve">, </w:t>
      </w:r>
      <w:hyperlink r:id="rId10">
        <w:r>
          <w:rPr>
            <w:color w:val="0000EE"/>
            <w:u w:val="single"/>
          </w:rPr>
          <w:t>[5]</w:t>
        </w:r>
      </w:hyperlink>
      <w:r>
        <w:t xml:space="preserve">- Paragraph 3: </w:t>
      </w:r>
      <w:hyperlink r:id="rId9">
        <w:r>
          <w:rPr>
            <w:color w:val="0000EE"/>
            <w:u w:val="single"/>
          </w:rPr>
          <w:t>[2]</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0">
        <w:r>
          <w:rPr>
            <w:color w:val="0000EE"/>
            <w:u w:val="single"/>
          </w:rPr>
          <w:t>[5]</w:t>
        </w:r>
      </w:hyperlink>
      <w:r>
        <w:t xml:space="preserve">- Paragraph 5: </w:t>
      </w:r>
      <w:hyperlink r:id="rId12">
        <w:r>
          <w:rPr>
            <w:color w:val="0000EE"/>
            <w:u w:val="single"/>
          </w:rPr>
          <w:t>[4]</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https://www.belfasttelegraph.co.uk/area/derry-londonderry-city/foyle-pride-pays-tribute-to-dolly-parton-as-thousands-turn-out-to-celebrate-love-and-equality/a/160689126.html</w:t>
        </w:r>
      </w:hyperlink>
      <w:r>
        <w:t xml:space="preserve"> - Please view link - unable to able to access data</w:t>
      </w:r>
      <w:r/>
    </w:p>
    <w:p>
      <w:pPr>
        <w:pStyle w:val="ListNumber"/>
        <w:spacing w:line="240" w:lineRule="auto"/>
        <w:ind w:left="720"/>
      </w:pPr>
      <w:r/>
      <w:hyperlink r:id="rId9">
        <w:r>
          <w:rPr>
            <w:color w:val="0000EE"/>
            <w:u w:val="single"/>
          </w:rPr>
          <w:t>https://www.belfasttelegraph.co.uk/area/derry-londonderry-city/foyle-pride-pays-tribute-to-dolly-parton-as-thousands-turn-out-to-celebrate-love-and-equality/a/160689126.html</w:t>
        </w:r>
      </w:hyperlink>
      <w:r>
        <w:t xml:space="preserve"> - Thousands gathered in Derry for Foyle Pride, transforming the city into a vibrant display of colour as the LGBTQ+ community united in celebration, solidarity, and remembrance. The 2026 parade paid tribute to the late country music legend Dolly Parton, who passed away aged 80 on August 25. Departing from the North West Transport Hub at 2pm, the procession was accompanied by Parton's iconic hit 'Jolene', providing an emotional soundtrack to the colourful event. Participants emphasised the importance of Pride in a time when LGBTQ+ communities continue to face hostility and exclusion.</w:t>
      </w:r>
      <w:r/>
    </w:p>
    <w:p>
      <w:pPr>
        <w:pStyle w:val="ListNumber"/>
        <w:spacing w:line="240" w:lineRule="auto"/>
        <w:ind w:left="720"/>
      </w:pPr>
      <w:r/>
      <w:hyperlink r:id="rId11">
        <w:r>
          <w:rPr>
            <w:color w:val="0000EE"/>
            <w:u w:val="single"/>
          </w:rPr>
          <w:t>https://www.visitderry.com/whats-on/foyle-pride-festival-2026-p1092721</w:t>
        </w:r>
      </w:hyperlink>
      <w:r>
        <w:t xml:space="preserve"> - The annual Foyle Pride Festival in Derry is set to return, celebrating diversity and inclusivity in the heart of the city. Scheduled from Wednesday 19th August to Saturday 29th August 2026, the festival's theme is 'Strength in Unity'. The parade will take place on Saturday 29th August 2026 at 2pm, departing from the Waterside Transport Hub. The route includes Duke Street, Craigavon Bridge, Carlisle Road, Ferryquay Street, Shipquay Street, and concludes at Guildhall Square. A full programme is available on the official website.</w:t>
      </w:r>
      <w:r/>
    </w:p>
    <w:p>
      <w:pPr>
        <w:pStyle w:val="ListNumber"/>
        <w:spacing w:line="240" w:lineRule="auto"/>
        <w:ind w:left="720"/>
      </w:pPr>
      <w:r/>
      <w:hyperlink r:id="rId12">
        <w:r>
          <w:rPr>
            <w:color w:val="0000EE"/>
            <w:u w:val="single"/>
          </w:rPr>
          <w:t>https://www.derrydaily.net/news/politicians-banned-from-this-years-foyle-parade-over-puberty-blocker-vote-263522</w:t>
        </w:r>
      </w:hyperlink>
      <w:r>
        <w:t xml:space="preserve"> - Organisers of Foyle Pride, one of Northern Ireland's largest LGBT+ festivals, announced that politicians who supported a ban on the sale or supply of puberty blockers to under-18s would not be invited to participate in this year's event. The decision followed a vote by the four parties in the Stormont Executive to introduce an indefinite permanent ban on the sale to anyone under the age of 18. Foyle Pride stated that the event 'belongs to the people—not politicians who betray us' and stands with 'our trans siblings who have been abandoned.'</w:t>
      </w:r>
      <w:r/>
    </w:p>
    <w:p>
      <w:pPr>
        <w:pStyle w:val="ListNumber"/>
        <w:spacing w:line="240" w:lineRule="auto"/>
        <w:ind w:left="720"/>
      </w:pPr>
      <w:r/>
      <w:hyperlink r:id="rId10">
        <w:r>
          <w:rPr>
            <w:color w:val="0000EE"/>
            <w:u w:val="single"/>
          </w:rPr>
          <w:t>https://www.derrynow.com/news/local-news/446020/foyle-pride-parade-brings-derry-alive-with-colour-and-diversity.html</w:t>
        </w:r>
      </w:hyperlink>
      <w:r>
        <w:t xml:space="preserve"> - The Foyle Pride parade in Derry brought the city alive with colour and diversity, showcasing the vibrancy of the LGBTQ+ community. The annual parade set off from the train station at Duke Street, making its way through the city and arriving at Guildhall Square. SDLP Leader Colum Eastwood praised the organisers for bringing the city 'alive with colour and diversity' and called on the city to stand with the local LGBT+ community in their demand for equal rights.</w:t>
      </w:r>
      <w:r/>
    </w:p>
    <w:p>
      <w:pPr>
        <w:pStyle w:val="ListNumber"/>
        <w:spacing w:line="240" w:lineRule="auto"/>
        <w:ind w:left="720"/>
      </w:pPr>
      <w:r/>
      <w:hyperlink r:id="rId13">
        <w:r>
          <w:rPr>
            <w:color w:val="0000EE"/>
            <w:u w:val="single"/>
          </w:rPr>
          <w:t>https://www.belfasttelegraph.co.uk/area/derry-londonderry-city/sdlp-mp-colum-eastwood-hails-foyle-pride-as-a-celebration-and-protest-ahead-of-derry-parade/a/160418786.html</w:t>
        </w:r>
      </w:hyperlink>
      <w:r>
        <w:t xml:space="preserve"> - SDLP MP Colum Eastwood highlighted the importance of Foyle Pride as Derry prepared for its annual LGBTQ+ festival and parade. The 2026 festival, which began on August 19, runs until Saturday, August 29, when the parade will make its way through the city before finishing at Guildhall Square. Eastwood described Foyle Pride as a 'celebration and protest', emphasising its significance in the city's cultural calendar.</w:t>
      </w:r>
      <w:r/>
    </w:p>
    <w:p>
      <w:pPr>
        <w:pStyle w:val="ListNumber"/>
        <w:spacing w:line="240" w:lineRule="auto"/>
        <w:ind w:left="720"/>
      </w:pPr>
      <w:r/>
      <w:hyperlink r:id="rId14">
        <w:r>
          <w:rPr>
            <w:color w:val="0000EE"/>
            <w:u w:val="single"/>
          </w:rPr>
          <w:t>https://www.ulster.ac.uk/peopleandculture/events/equality-diversity/foyle-pride-2023</w:t>
        </w:r>
      </w:hyperlink>
      <w:r>
        <w:t xml:space="preserve"> - Ulster University invited staff, students, alumni, and friends to join Foyle Pride 2023 on Saturday 26 August. The event aimed to acknowledge, empower, and celebrate the LGBT+ community. Participants met at the Waterside Train Station at 1pm, with the parade taking place from 1pm to 3.30pm in Derry~Londonderry. The event underscored the university's commitment to diversity and inclusion.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elfasttelegraph.co.uk/area/derry-londonderry-city/foyle-pride-pays-tribute-to-dolly-parton-as-thousands-turn-out-to-celebrate-love-and-equality/a/160689126.html" TargetMode="External"/><Relationship Id="rId10" Type="http://schemas.openxmlformats.org/officeDocument/2006/relationships/hyperlink" Target="https://www.derrynow.com/news/local-news/446020/foyle-pride-parade-brings-derry-alive-with-colour-and-diversity.html" TargetMode="External"/><Relationship Id="rId11" Type="http://schemas.openxmlformats.org/officeDocument/2006/relationships/hyperlink" Target="https://www.visitderry.com/whats-on/foyle-pride-festival-2026-p1092721" TargetMode="External"/><Relationship Id="rId12" Type="http://schemas.openxmlformats.org/officeDocument/2006/relationships/hyperlink" Target="https://www.derrydaily.net/news/politicians-banned-from-this-years-foyle-parade-over-puberty-blocker-vote-263522" TargetMode="External"/><Relationship Id="rId13" Type="http://schemas.openxmlformats.org/officeDocument/2006/relationships/hyperlink" Target="https://www.belfasttelegraph.co.uk/area/derry-londonderry-city/sdlp-mp-colum-eastwood-hails-foyle-pride-as-a-celebration-and-protest-ahead-of-derry-parade/a/160418786.html" TargetMode="External"/><Relationship Id="rId14" Type="http://schemas.openxmlformats.org/officeDocument/2006/relationships/hyperlink" Target="https://www.ulster.ac.uk/peopleandculture/events/equality-diversity/foyle-pride-20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