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the Dallas Stars Dropping Pride Night — What Fans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Noticeably, fans are reacting after the Dallas Stars announced their 2026–27 promotional calendar and did not include a Pride Night; the team says it will instead rotate a new "Hockey Unites Night" to spotlight different underrepresented communities, while other theme nights like Noche Mexicana and Black History Night remain on the schedule.</w:t>
      </w:r>
      <w:r/>
    </w:p>
    <w:p>
      <w:r/>
      <w:r>
        <w:t>Essential Takeaways</w:t>
      </w:r>
      <w:r/>
      <w:r/>
    </w:p>
    <w:p>
      <w:pPr>
        <w:pStyle w:val="ListBullet"/>
        <w:spacing w:line="240" w:lineRule="auto"/>
        <w:ind w:left="720"/>
      </w:pPr>
      <w:r/>
      <w:r>
        <w:rPr>
          <w:b/>
        </w:rPr>
        <w:t>Change announced:</w:t>
      </w:r>
      <w:r>
        <w:t xml:space="preserve"> The Stars’ 2026–27 promotional slate omits a Pride Night after at least five seasons of hosting one.</w:t>
      </w:r>
      <w:r/>
    </w:p>
    <w:p>
      <w:pPr>
        <w:pStyle w:val="ListBullet"/>
        <w:spacing w:line="240" w:lineRule="auto"/>
        <w:ind w:left="720"/>
      </w:pPr>
      <w:r/>
      <w:r>
        <w:rPr>
          <w:b/>
        </w:rPr>
        <w:t>New approach:</w:t>
      </w:r>
      <w:r>
        <w:t xml:space="preserve"> The team introduced a Hockey Unites Night intended to celebrate a different underrepresented community each season.</w:t>
      </w:r>
      <w:r/>
    </w:p>
    <w:p>
      <w:pPr>
        <w:pStyle w:val="ListBullet"/>
        <w:spacing w:line="240" w:lineRule="auto"/>
        <w:ind w:left="720"/>
      </w:pPr>
      <w:r/>
      <w:r>
        <w:rPr>
          <w:b/>
        </w:rPr>
        <w:t>Other themes kept:</w:t>
      </w:r>
      <w:r>
        <w:t xml:space="preserve"> Noche Mexicana, Military Appreciation Night and Black History Night are still planned.</w:t>
      </w:r>
      <w:r/>
    </w:p>
    <w:p>
      <w:pPr>
        <w:pStyle w:val="ListBullet"/>
        <w:spacing w:line="240" w:lineRule="auto"/>
        <w:ind w:left="720"/>
      </w:pPr>
      <w:r/>
      <w:r>
        <w:rPr>
          <w:b/>
        </w:rPr>
        <w:t>Fan reaction:</w:t>
      </w:r>
      <w:r>
        <w:t xml:space="preserve"> Social media comment sections show disappointment and surprise from some supporters.</w:t>
      </w:r>
      <w:r/>
    </w:p>
    <w:p>
      <w:pPr>
        <w:pStyle w:val="ListBullet"/>
        <w:spacing w:line="240" w:lineRule="auto"/>
        <w:ind w:left="720"/>
      </w:pPr>
      <w:r/>
      <w:r>
        <w:rPr>
          <w:b/>
        </w:rPr>
        <w:t>Practical note:</w:t>
      </w:r>
      <w:r>
        <w:t xml:space="preserve"> The Stars open the season Oct. 2 at home against the St. Louis Blues.</w:t>
      </w:r>
      <w:r/>
      <w:r/>
    </w:p>
    <w:p>
      <w:pPr>
        <w:pStyle w:val="Heading2"/>
      </w:pPr>
      <w:r>
        <w:t>What happened , the quick, visible shift</w:t>
      </w:r>
      <w:r/>
    </w:p>
    <w:p>
      <w:r/>
      <w:r>
        <w:t>The most striking detail is simple: this year there’s no listed Pride Night on the Stars’ promotional calendar, and fans noticed immediately. Social feeds lit up after the club posted its schedule, with several commenters expressing disappointment. The Stars confirmed the omission and explained that Hockey Unites Night will let the organisation use its platform to highlight a different underrepresented group each season. It’s a tidy PR line, but supporters who’d come to expect a yearly Pride celebration are left wanting more clarity.</w:t>
      </w:r>
      <w:r/>
    </w:p>
    <w:p>
      <w:pPr>
        <w:pStyle w:val="Heading2"/>
      </w:pPr>
      <w:r>
        <w:t>Why the team says it’s changing course</w:t>
      </w:r>
      <w:r/>
    </w:p>
    <w:p>
      <w:r/>
      <w:r>
        <w:t>According to the team’s statement, Hockey Unites Night is meant to broaden the club’s community outreach by rotating focus. That makes some sense from a programming point of view: instead of a fixed set of theme nights, the club can spotlight different groups over time. But for many, Pride Night signalled an annual, visible allyship moment that felt symbolic beyond a single game. The new approach trades a recurring, predictable fixture for a more flexible, possibly less visible model of engagement.</w:t>
      </w:r>
      <w:r/>
    </w:p>
    <w:p>
      <w:pPr>
        <w:pStyle w:val="Heading2"/>
      </w:pPr>
      <w:r>
        <w:t>How fans and the local scene are responding</w:t>
      </w:r>
      <w:r/>
    </w:p>
    <w:p>
      <w:r/>
      <w:r>
        <w:t>Reaction has been mixed but vocally emotional. Some fans welcomed the idea of wider inclusion , others felt the change diminishes a specific show of support for LGBTQ+ community members, players and staff. Local outlets ran pieces noting this is the first time in years the Stars have skipped Pride Night, and supporters on social platforms urged the club to clarify whether LGBTQ+ initiatives will continue off-ice. In short, the move created a gap between intention and perception.</w:t>
      </w:r>
      <w:r/>
    </w:p>
    <w:p>
      <w:pPr>
        <w:pStyle w:val="Heading2"/>
      </w:pPr>
      <w:r>
        <w:t>Where this fits with broader sports trends</w:t>
      </w:r>
      <w:r/>
    </w:p>
    <w:p>
      <w:r/>
      <w:r>
        <w:t>Sports teams increasingly juggle multiple community initiatives, from heritage nights to military appreciation and women’s sports celebrations, and the Stars’ calendar still features several staple events like Noche Mexicana and Black History Night. Nationally, franchises are experimenting with rotating theme nights to reach different audiences , but critics argue rotating risks diluting the impact of long-standing commitments. If you follow sports PR, this is an example of how clubs try to balance inclusion, marketing and fan expectation.</w:t>
      </w:r>
      <w:r/>
    </w:p>
    <w:p>
      <w:pPr>
        <w:pStyle w:val="Heading2"/>
      </w:pPr>
      <w:r>
        <w:t>What fans can do and what to look for next</w:t>
      </w:r>
      <w:r/>
    </w:p>
    <w:p>
      <w:r/>
      <w:r>
        <w:t>If Pride Night matters to you, say so , respectfully , on team channels, at fan forums, or by contacting team representatives. Watch for announcements about what Hockey Unites Night will actually entail and whether the club will host LGBTQ+-specific programming off the game calendar. For those who want visible Pride support, look for community events, local organisations, or partner nights that might pick up the slack this season.</w:t>
      </w:r>
      <w:r/>
    </w:p>
    <w:p>
      <w:r/>
      <w:r>
        <w:t>It's a small change that will matter to some fans , and a reminder that public gestures often need clear, ongoing follow-through.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[7]</w:t>
        </w:r>
      </w:hyperlink>
      <w:r>
        <w:t xml:space="preserve">- Paragraph 3: </w:t>
      </w:r>
      <w:hyperlink r:id="rId10">
        <w:r>
          <w:rPr>
            <w:color w:val="0000EE"/>
            <w:u w:val="single"/>
          </w:rPr>
          <w:t>[7]</w:t>
        </w:r>
      </w:hyperlink>
      <w:r>
        <w:t xml:space="preserve">, </w:t>
      </w:r>
      <w:hyperlink r:id="rId11">
        <w:r>
          <w:rPr>
            <w:color w:val="0000EE"/>
            <w:u w:val="single"/>
          </w:rPr>
          <w:t>[3]</w:t>
        </w:r>
      </w:hyperlink>
      <w:r>
        <w:t xml:space="preserve">- Paragraph 4: </w:t>
      </w:r>
      <w:hyperlink r:id="rId12">
        <w:r>
          <w:rPr>
            <w:color w:val="0000EE"/>
            <w:u w:val="single"/>
          </w:rPr>
          <w:t>[2]</w:t>
        </w:r>
      </w:hyperlink>
      <w:r>
        <w:t xml:space="preserve">, </w:t>
      </w:r>
      <w:hyperlink r:id="rId13">
        <w:r>
          <w:rPr>
            <w:color w:val="0000EE"/>
            <w:u w:val="single"/>
          </w:rPr>
          <w:t>[6]</w:t>
        </w:r>
      </w:hyperlink>
      <w:r>
        <w:t xml:space="preserve">- Paragraph 5: </w:t>
      </w:r>
      <w:hyperlink r:id="rId14">
        <w:r>
          <w:rPr>
            <w:color w:val="0000EE"/>
            <w:u w:val="single"/>
          </w:rPr>
          <w:t>[5]</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https://www.wfaa.com/article/sports/hockey/dallas-stars-wont-host-pride-night-for-the-first-time-in-at-least-5-years/287-8077a311-d6ef-4b6a-8a5d-92016ef05482</w:t>
        </w:r>
      </w:hyperlink>
      <w:r>
        <w:t xml:space="preserve"> - Please view link - unable to able to access data</w:t>
      </w:r>
      <w:r/>
    </w:p>
    <w:p>
      <w:pPr>
        <w:pStyle w:val="ListNumber"/>
        <w:spacing w:line="240" w:lineRule="auto"/>
        <w:ind w:left="720"/>
      </w:pPr>
      <w:r/>
      <w:hyperlink r:id="rId12">
        <w:r>
          <w:rPr>
            <w:color w:val="0000EE"/>
            <w:u w:val="single"/>
          </w:rPr>
          <w:t>https://www.nhl.com/stars/news/dallas-stars-to-appear-on-national-tv-13-times-during-2025-26-season-082626</w:t>
        </w:r>
      </w:hyperlink>
      <w:r>
        <w:t xml:space="preserve"> - The National Hockey League announced the national broadcast schedule for the 2026-27 season, revealing that the Dallas Stars will appear on national TV 13 times across ESPN, ABC, TNT, and ESPN+/Hulu. The schedule includes games against teams like the St. Louis Blues, Colorado Avalanche, and Boston Bruins, with specific dates and times provided for each matchup. This extensive national exposure highlights the Stars' prominence in the upcoming season.</w:t>
      </w:r>
      <w:r/>
    </w:p>
    <w:p>
      <w:pPr>
        <w:pStyle w:val="ListNumber"/>
        <w:spacing w:line="240" w:lineRule="auto"/>
        <w:ind w:left="720"/>
      </w:pPr>
      <w:r/>
      <w:hyperlink r:id="rId11">
        <w:r>
          <w:rPr>
            <w:color w:val="0000EE"/>
            <w:u w:val="single"/>
          </w:rPr>
          <w:t>https://www.nhl.com/stars/news/dallas-stars-announce-2026-27-regular-season-schedule-071626</w:t>
        </w:r>
      </w:hyperlink>
      <w:r>
        <w:t xml:space="preserve"> - The Dallas Stars unveiled their 2026-27 regular-season schedule, commencing on October 2 against the St. Louis Blues at the American Airlines Center. The schedule features 41 home games, including a notable outdoor game against the Vegas Golden Knights on February 20 at AT&amp;T Stadium. The season also includes matchups against teams like the New York Rangers and the Utah Jazz, with specific dates and times outlined.</w:t>
      </w:r>
      <w:r/>
    </w:p>
    <w:p>
      <w:pPr>
        <w:pStyle w:val="ListNumber"/>
        <w:spacing w:line="240" w:lineRule="auto"/>
        <w:ind w:left="720"/>
      </w:pPr>
      <w:r/>
      <w:hyperlink r:id="rId15">
        <w:r>
          <w:rPr>
            <w:color w:val="0000EE"/>
            <w:u w:val="single"/>
          </w:rPr>
          <w:t>https://www.texasstars.com/news/detail/texas-stars-announce-2026-27-regular-season-schedule</w:t>
        </w:r>
      </w:hyperlink>
      <w:r>
        <w:t xml:space="preserve"> - The Texas Stars, the American Hockey League affiliate of the Dallas Stars, announced their 2026-27 regular-season schedule. The season opens on October 2 at home against the Iowa Wild and concludes on April 10, 2027, in Des Moines. The schedule comprises 72 games, evenly split between home and away contests, with a majority against Central Division opponents. Specific dates and matchups are detailed in the announcement.</w:t>
      </w:r>
      <w:r/>
    </w:p>
    <w:p>
      <w:pPr>
        <w:pStyle w:val="ListNumber"/>
        <w:spacing w:line="240" w:lineRule="auto"/>
        <w:ind w:left="720"/>
      </w:pPr>
      <w:r/>
      <w:hyperlink r:id="rId14">
        <w:r>
          <w:rPr>
            <w:color w:val="0000EE"/>
            <w:u w:val="single"/>
          </w:rPr>
          <w:t>https://www.texasstars.com/news/detail/texas-stars-reveal-2025-26-promotional-schedule</w:t>
        </w:r>
      </w:hyperlink>
      <w:r>
        <w:t xml:space="preserve"> - The Texas Stars revealed their 2025-26 promotional schedule, featuring 14 theme nights and weekends, 14 giveaway items, and seven specialty jerseys. Fans can secure various season ticket packages, with single-game tickets available through Ticketmaster and at the H-E-B Center Ticketmaster Box Office. The promotional events aim to enhance the fan experience throughout the season.</w:t>
      </w:r>
      <w:r/>
    </w:p>
    <w:p>
      <w:pPr>
        <w:pStyle w:val="ListNumber"/>
        <w:spacing w:line="240" w:lineRule="auto"/>
        <w:ind w:left="720"/>
      </w:pPr>
      <w:r/>
      <w:hyperlink r:id="rId13">
        <w:r>
          <w:rPr>
            <w:color w:val="0000EE"/>
            <w:u w:val="single"/>
          </w:rPr>
          <w:t>https://www.oursportscentral.com/services/releases/texas-stars-unveil-2026-27-promotional-schedule/n-6402581</w:t>
        </w:r>
      </w:hyperlink>
      <w:r>
        <w:t xml:space="preserve"> - The Texas Stars unveiled their 2026-27 promotional schedule, featuring 16 theme nights and weekends, 17 giveaway items, and eight specialty jerseys. Fans can purchase Full, 24-game, or 12-game season ticket packages, with single-game tickets available on the team's website and at the H-E-B Center at Cedar Park Ticketmaster Box Office. The promotional events are designed to enhance the fan experience throughout the season.</w:t>
      </w:r>
      <w:r/>
    </w:p>
    <w:p>
      <w:pPr>
        <w:pStyle w:val="ListNumber"/>
        <w:spacing w:line="240" w:lineRule="auto"/>
        <w:ind w:left="720"/>
      </w:pPr>
      <w:r/>
      <w:hyperlink r:id="rId10">
        <w:r>
          <w:rPr>
            <w:color w:val="0000EE"/>
            <w:u w:val="single"/>
          </w:rPr>
          <w:t>https://www.dallasobserver.com/arts-culture/dallas-stars-wont-host-a-pride-night-for-the-first-time-in-years-40708623/</w:t>
        </w:r>
      </w:hyperlink>
      <w:r>
        <w:t xml:space="preserve"> - The Dallas Stars announced that they will not host a Pride Night for the first time in at least five years. Instead, the team plans to host a 'Hockey Unites Night' focused on women in sports. This change has sparked discussions among fans, as the Pride Night had been a staple event celebrating LGBTQ+ inclusivity during February or March each season.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faa.com/article/sports/hockey/dallas-stars-wont-host-pride-night-for-the-first-time-in-at-least-5-years/287-8077a311-d6ef-4b6a-8a5d-92016ef05482" TargetMode="External"/><Relationship Id="rId10" Type="http://schemas.openxmlformats.org/officeDocument/2006/relationships/hyperlink" Target="https://www.dallasobserver.com/arts-culture/dallas-stars-wont-host-a-pride-night-for-the-first-time-in-years-40708623/" TargetMode="External"/><Relationship Id="rId11" Type="http://schemas.openxmlformats.org/officeDocument/2006/relationships/hyperlink" Target="https://www.nhl.com/stars/news/dallas-stars-announce-2026-27-regular-season-schedule-071626" TargetMode="External"/><Relationship Id="rId12" Type="http://schemas.openxmlformats.org/officeDocument/2006/relationships/hyperlink" Target="https://www.nhl.com/stars/news/dallas-stars-to-appear-on-national-tv-13-times-during-2025-26-season-082626" TargetMode="External"/><Relationship Id="rId13" Type="http://schemas.openxmlformats.org/officeDocument/2006/relationships/hyperlink" Target="https://www.oursportscentral.com/services/releases/texas-stars-unveil-2026-27-promotional-schedule/n-6402581" TargetMode="External"/><Relationship Id="rId14" Type="http://schemas.openxmlformats.org/officeDocument/2006/relationships/hyperlink" Target="https://www.texasstars.com/news/detail/texas-stars-reveal-2025-26-promotional-schedule" TargetMode="External"/><Relationship Id="rId15" Type="http://schemas.openxmlformats.org/officeDocument/2006/relationships/hyperlink" Target="https://www.texasstars.com/news/detail/texas-stars-announce-2026-27-regular-season-schedu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