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Liège Pride Moments: Why the City’s Second Edition Felt Unmissable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students and visitors turned out in force as Liège Pride’s second edition took over the city, proving that celebration and visibility still matter; organisers say the colourful parade, packed festival venues and international turnout underline Pride’s role as a social-cohesion event.</w:t>
      </w:r>
      <w:r/>
    </w:p>
    <w:p>
      <w:r/>
      <w:r>
        <w:t>Essential Takeaways</w:t>
      </w:r>
      <w:r/>
      <w:r/>
    </w:p>
    <w:p>
      <w:pPr>
        <w:pStyle w:val="ListBullet"/>
        <w:spacing w:line="240" w:lineRule="auto"/>
        <w:ind w:left="720"/>
      </w:pPr>
      <w:r/>
      <w:r>
        <w:rPr>
          <w:b/>
        </w:rPr>
        <w:t>Huge turnout:</w:t>
      </w:r>
      <w:r>
        <w:t xml:space="preserve"> The parade started from Guillemins and swelled as it moved, drawing locals and visitors from Antwerp, Brussels and beyond.</w:t>
      </w:r>
      <w:r/>
    </w:p>
    <w:p>
      <w:pPr>
        <w:pStyle w:val="ListBullet"/>
        <w:spacing w:line="240" w:lineRule="auto"/>
        <w:ind w:left="720"/>
      </w:pPr>
      <w:r/>
      <w:r>
        <w:rPr>
          <w:b/>
        </w:rPr>
        <w:t>Visible diversity:</w:t>
      </w:r>
      <w:r>
        <w:t xml:space="preserve"> Floats from Maison Arc-en-ciel, the university and Antwerp Pride added colour and a communal feel.</w:t>
      </w:r>
      <w:r/>
    </w:p>
    <w:p>
      <w:pPr>
        <w:pStyle w:val="ListBullet"/>
        <w:spacing w:line="240" w:lineRule="auto"/>
        <w:ind w:left="720"/>
      </w:pPr>
      <w:r/>
      <w:r>
        <w:rPr>
          <w:b/>
        </w:rPr>
        <w:t>Safety-first festival:</w:t>
      </w:r>
      <w:r>
        <w:t xml:space="preserve"> Evening events were ticketed and held in closed venues, with some shows sold out days in advance.</w:t>
      </w:r>
      <w:r/>
    </w:p>
    <w:p>
      <w:pPr>
        <w:pStyle w:val="ListBullet"/>
        <w:spacing w:line="240" w:lineRule="auto"/>
        <w:ind w:left="720"/>
      </w:pPr>
      <w:r/>
      <w:r>
        <w:rPr>
          <w:b/>
        </w:rPr>
        <w:t>Welcoming message:</w:t>
      </w:r>
      <w:r>
        <w:t xml:space="preserve"> Organisers emphasised inclusion , “together even if we’re different” , and encouraged everyone to join the party.</w:t>
      </w:r>
      <w:r/>
    </w:p>
    <w:p>
      <w:pPr>
        <w:pStyle w:val="ListBullet"/>
        <w:spacing w:line="240" w:lineRule="auto"/>
        <w:ind w:left="720"/>
      </w:pPr>
      <w:r/>
      <w:r>
        <w:rPr>
          <w:b/>
        </w:rPr>
        <w:t>City-wide friendly map:</w:t>
      </w:r>
      <w:r>
        <w:t xml:space="preserve"> Liège promoted a network of LGBTQ+-friendly locations across the city to support visitors.</w:t>
      </w:r>
      <w:r/>
      <w:r/>
    </w:p>
    <w:p>
      <w:pPr>
        <w:pStyle w:val="Heading2"/>
      </w:pPr>
      <w:r>
        <w:t>A cheerful start that grew into a movement</w:t>
      </w:r>
      <w:r/>
    </w:p>
    <w:p>
      <w:r/>
      <w:r>
        <w:t>The parade kicked off from the esplanade at Guillemins around 3pm, and from the first steps you could feel the energy , upbeat music, banners and bright outfits. According to organisers, the route had to be adapted for tram traffic and the sheer number of people, which only underscored how quickly the crowd multiplied. Visitors coming by train and car helped turn a local march into a regional gathering, giving the day a buoyant, festival-like atmosphere.</w:t>
      </w:r>
      <w:r/>
    </w:p>
    <w:p>
      <w:pPr>
        <w:pStyle w:val="Heading2"/>
      </w:pPr>
      <w:r>
        <w:t>Floats, groups and a clear message of inclusion</w:t>
      </w:r>
      <w:r/>
    </w:p>
    <w:p>
      <w:r/>
      <w:r>
        <w:t>Floats from groups such as Maison Arc-en-ciel, the university and even a contingent from Antwerp Pride gave the procession a joyful variety of colours and sounds. The president of Liège Pride spoke about the event as “a tool of social cohesion”, insisting visibility matters , not just to celebrate but to make being gay, lesbian or trans feel openly accepted. That insistence on being seen was a throughline: cheerful, political and partly celebratory.</w:t>
      </w:r>
      <w:r/>
    </w:p>
    <w:p>
      <w:pPr>
        <w:pStyle w:val="Heading2"/>
      </w:pPr>
      <w:r>
        <w:t>From street party to sold-out evening events</w:t>
      </w:r>
      <w:r/>
    </w:p>
    <w:p>
      <w:r/>
      <w:r>
        <w:t>After the daytime activities in the hypercentre and around rue de la Casquette, organisers moved evening entertainment into closed venues for safety and capacity control. It’s a familiar trick: keep the daytime inclusive and public, then channel late-night revelry into ticketed spaces so security teams can work properly. Promoters reported the main night was sold out days ahead, which speaks to the appetite for both spectacle and managed safety.</w:t>
      </w:r>
      <w:r/>
    </w:p>
    <w:p>
      <w:pPr>
        <w:pStyle w:val="Heading2"/>
      </w:pPr>
      <w:r>
        <w:t>Visitors, locals and a cross-border vibe</w:t>
      </w:r>
      <w:r/>
    </w:p>
    <w:p>
      <w:r/>
      <w:r>
        <w:t>One striking detail was how many attendees came from outside Liège , Antwerp, Brussels and neighbouring Netherlands were all mentioned , lending the day a cross-border flavour. The event’s ability to attract a wider audience reflects both Liège’s accessibility and how regional Pride events can complement the larger city parades nearby. For locals, it’s a chance to show the city’s inclusive side; for visitors, it’s a weekend-long celebration with plenty to see and do.</w:t>
      </w:r>
      <w:r/>
    </w:p>
    <w:p>
      <w:pPr>
        <w:pStyle w:val="Heading2"/>
      </w:pPr>
      <w:r>
        <w:t>Practical tips if you go next year</w:t>
      </w:r>
      <w:r/>
    </w:p>
    <w:p>
      <w:r/>
      <w:r>
        <w:t>Plan your route: Guillemins is a popular start point and public transport will be busier than usual. Buy evening tickets early if you want to join the festival venues, as main parties can sell out. Use the Liège-friendly map to find cafés, bars and services that welcome LGBTQ+ visitors, and consider meeting points in advance if you’re in a group , the crowd can grow quickly.</w:t>
      </w:r>
      <w:r/>
    </w:p>
    <w:p>
      <w:r/>
      <w:r>
        <w:t>It's a small change that can make every Pride celebration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14">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https://www.dhnet.be/regions/liege/2026/08/29/enorme-succes-pour-la-deuxieme-edition-de-la-liege-pride-photos-AAGBG6S7WBH3ZHHEPTMTMV72JI/</w:t>
        </w:r>
      </w:hyperlink>
      <w:r>
        <w:t xml:space="preserve"> - Please view link - unable to able to access data</w:t>
      </w:r>
      <w:r/>
    </w:p>
    <w:p>
      <w:pPr>
        <w:pStyle w:val="ListNumber"/>
        <w:spacing w:line="240" w:lineRule="auto"/>
        <w:ind w:left="720"/>
      </w:pPr>
      <w:r/>
      <w:hyperlink r:id="rId10">
        <w:r>
          <w:rPr>
            <w:color w:val="0000EE"/>
            <w:u w:val="single"/>
          </w:rPr>
          <w:t>https://liegepride.be/</w:t>
        </w:r>
      </w:hyperlink>
      <w:r>
        <w:t xml:space="preserve"> - The official website of Liège Pride 2026 provides comprehensive information about the event, including the programme, parade route, and details about the Pride Parade scheduled for Saturday, August 29, 2026. The parade is set to commence at 3:00 PM from Yust Hotel Liège, with participants gathering at 1:00 PM. The website also offers insights into the event's history, objectives, and practical information for attendees.</w:t>
      </w:r>
      <w:r/>
    </w:p>
    <w:p>
      <w:pPr>
        <w:pStyle w:val="ListNumber"/>
        <w:spacing w:line="240" w:lineRule="auto"/>
        <w:ind w:left="720"/>
      </w:pPr>
      <w:r/>
      <w:hyperlink r:id="rId14">
        <w:r>
          <w:rPr>
            <w:color w:val="0000EE"/>
            <w:u w:val="single"/>
          </w:rPr>
          <w:t>https://liegepride.be/en/evenement/after-pride-rooftop-party/</w:t>
        </w:r>
      </w:hyperlink>
      <w:r>
        <w:t xml:space="preserve"> - This page details the After-Pride Rooftop Party organised by YUST to conclude the festive weekend. The event is scheduled for Sunday evening, August 30, 2026, featuring DJ Drag Queen Montana from 5:00 PM. Attendees can enjoy a vibrant atmosphere with cold drinks and a rooftop menu, including snacks and burgers. The event is free without reservation but has sold out.</w:t>
      </w:r>
      <w:r/>
    </w:p>
    <w:p>
      <w:pPr>
        <w:pStyle w:val="ListNumber"/>
        <w:spacing w:line="240" w:lineRule="auto"/>
        <w:ind w:left="720"/>
      </w:pPr>
      <w:r/>
      <w:hyperlink r:id="rId15">
        <w:r>
          <w:rPr>
            <w:color w:val="0000EE"/>
            <w:u w:val="single"/>
          </w:rPr>
          <w:t>https://www.livecafe.be/agenda/dancing-queer-official-closing-party-li</w:t>
        </w:r>
      </w:hyperlink>
      <w:r>
        <w:t xml:space="preserve"> - The Dancing Queer Official Closing Party for Liège Pride 2026 is set to take place on Saturday, August 29, 2026, at 10:00 PM at the OMEGA Club in Liège. The event aims to celebrate the Pride with an inclusive atmosphere, featuring two DJs known for their contributions to the queer party scene. The venue is located at Boulevard de la Sauvenière 137, 4000 Liège.</w:t>
      </w:r>
      <w:r/>
    </w:p>
    <w:p>
      <w:pPr>
        <w:pStyle w:val="ListNumber"/>
        <w:spacing w:line="240" w:lineRule="auto"/>
        <w:ind w:left="720"/>
      </w:pPr>
      <w:r/>
      <w:hyperlink r:id="rId12">
        <w:r>
          <w:rPr>
            <w:color w:val="0000EE"/>
            <w:u w:val="single"/>
          </w:rPr>
          <w:t>https://liegepride.be/en/evenement/pride-party-notger-partner-pride-pass/</w:t>
        </w:r>
      </w:hyperlink>
      <w:r>
        <w:t xml:space="preserve"> - This page introduces the Pride Pass, a unique bracelet granting access to various partner establishments during Liège Pride 2026. The Pride Pass, available for 12 euros, provides access to the Dancing Queer at Café des Arts, the Pride Party at Notger, and a free shot in partner establishments such as Moustache Club, Lessential, Petit Paris, and l’Amusoir. The event is scheduled for Saturday, August 24, 2026, starting at 11:00 PM.</w:t>
      </w:r>
      <w:r/>
    </w:p>
    <w:p>
      <w:pPr>
        <w:pStyle w:val="ListNumber"/>
        <w:spacing w:line="240" w:lineRule="auto"/>
        <w:ind w:left="720"/>
      </w:pPr>
      <w:r/>
      <w:hyperlink r:id="rId11">
        <w:r>
          <w:rPr>
            <w:color w:val="0000EE"/>
            <w:u w:val="single"/>
          </w:rPr>
          <w:t>https://liegepride.be/plan-liege-friendly/</w:t>
        </w:r>
      </w:hyperlink>
      <w:r>
        <w:t xml:space="preserve"> - The Liège Pride App is designed to provide attendees with essential information about the event. It includes the Liège-friendly map, the event agenda, news updates, and emergency contact numbers. The app is free to download and is available on both the App Store and Google Play, aiming to enhance the experience for the community during the Pride festivities.</w:t>
      </w:r>
      <w:r/>
    </w:p>
    <w:p>
      <w:pPr>
        <w:pStyle w:val="ListNumber"/>
        <w:spacing w:line="240" w:lineRule="auto"/>
        <w:ind w:left="720"/>
      </w:pPr>
      <w:r/>
      <w:hyperlink r:id="rId13">
        <w:r>
          <w:rPr>
            <w:color w:val="0000EE"/>
            <w:u w:val="single"/>
          </w:rPr>
          <w:t>https://www.cultureliege.be/evenement/liege-pride-2026/</w:t>
        </w:r>
      </w:hyperlink>
      <w:r>
        <w:t xml:space="preserve"> - Culture Liège ASBL presents Liège Pride 2026, highlighting the event's return with more colour, pride, and inclusivity than ever before. Scheduled for August 28, 29, and 30, 2026, the event carries the slogan 'All Together!' emphasising unity despite differences. The page provides insights into the event's history, objectives, and the cultural significance of the Pride in Liège.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hnet.be/regions/liege/2026/08/29/enorme-succes-pour-la-deuxieme-edition-de-la-liege-pride-photos-AAGBG6S7WBH3ZHHEPTMTMV72JI/" TargetMode="External"/><Relationship Id="rId10" Type="http://schemas.openxmlformats.org/officeDocument/2006/relationships/hyperlink" Target="https://liegepride.be/" TargetMode="External"/><Relationship Id="rId11" Type="http://schemas.openxmlformats.org/officeDocument/2006/relationships/hyperlink" Target="https://liegepride.be/plan-liege-friendly/" TargetMode="External"/><Relationship Id="rId12" Type="http://schemas.openxmlformats.org/officeDocument/2006/relationships/hyperlink" Target="https://liegepride.be/en/evenement/pride-party-notger-partner-pride-pass/" TargetMode="External"/><Relationship Id="rId13" Type="http://schemas.openxmlformats.org/officeDocument/2006/relationships/hyperlink" Target="https://www.cultureliege.be/evenement/liege-pride-2026/" TargetMode="External"/><Relationship Id="rId14" Type="http://schemas.openxmlformats.org/officeDocument/2006/relationships/hyperlink" Target="https://liegepride.be/en/evenement/after-pride-rooftop-party/" TargetMode="External"/><Relationship Id="rId15" Type="http://schemas.openxmlformats.org/officeDocument/2006/relationships/hyperlink" Target="https://www.livecafe.be/agenda/dancing-queer-official-closing-party-l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