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Softball World Series Guide: Where to Eat, Drink and Dance in Columbus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and players are arriving , Columbus is gearing up to host more than 200 teams for the Gay Softball World Series, and the city’s LGBTQ+ bars, cafes and restaurants are ready to turn every game into a celebration. Here’s where to eat, drink and party near Berliner Park while the tournament takes over town.</w:t>
      </w:r>
      <w:r/>
    </w:p>
    <w:p>
      <w:r/>
      <w:r>
        <w:t>Essential Takeaways</w:t>
      </w:r>
      <w:r/>
      <w:r/>
    </w:p>
    <w:p>
      <w:pPr>
        <w:pStyle w:val="ListBullet"/>
        <w:spacing w:line="240" w:lineRule="auto"/>
        <w:ind w:left="720"/>
      </w:pPr>
      <w:r/>
      <w:r>
        <w:rPr>
          <w:b/>
        </w:rPr>
        <w:t>Big event:</w:t>
      </w:r>
      <w:r>
        <w:t xml:space="preserve"> More than 200 teams and roughly 4,500 players will converge on Columbus for the weeklong Gay Softball World Series, with play at Lou Berliner Sports Park and events across the city. </w:t>
      </w:r>
      <w:r/>
    </w:p>
    <w:p>
      <w:pPr>
        <w:pStyle w:val="ListBullet"/>
        <w:spacing w:line="240" w:lineRule="auto"/>
        <w:ind w:left="720"/>
      </w:pPr>
      <w:r/>
      <w:r>
        <w:rPr>
          <w:b/>
        </w:rPr>
        <w:t>Nightlife at hand:</w:t>
      </w:r>
      <w:r>
        <w:t xml:space="preserve"> Downtown and Short North venues like District West, Slammers and Axis offer dance floors, regular drag shows and late-night energy , easy to walk to from many hotels. </w:t>
      </w:r>
      <w:r/>
    </w:p>
    <w:p>
      <w:pPr>
        <w:pStyle w:val="ListBullet"/>
        <w:spacing w:line="240" w:lineRule="auto"/>
        <w:ind w:left="720"/>
      </w:pPr>
      <w:r/>
      <w:r>
        <w:rPr>
          <w:b/>
        </w:rPr>
        <w:t>Neighborhood comforts:</w:t>
      </w:r>
      <w:r>
        <w:t xml:space="preserve"> Spots such as Tremont Lounge and Cavan Irish Pub provide patios, quieter hangouts and pizza-friendly atmospheres for players looking to recharge. </w:t>
      </w:r>
      <w:r/>
    </w:p>
    <w:p>
      <w:pPr>
        <w:pStyle w:val="ListBullet"/>
        <w:spacing w:line="240" w:lineRule="auto"/>
        <w:ind w:left="720"/>
      </w:pPr>
      <w:r/>
      <w:r>
        <w:rPr>
          <w:b/>
        </w:rPr>
        <w:t>Queer-owned food stops:</w:t>
      </w:r>
      <w:r>
        <w:t xml:space="preserve"> From Bake Me Happy’s gluten-free treats to the Little Gay Bookstore’s Queer Beans coffee, the local queer culinary scene covers everything from brunch to craft cocktails. </w:t>
      </w:r>
      <w:r/>
    </w:p>
    <w:p>
      <w:pPr>
        <w:pStyle w:val="ListBullet"/>
        <w:spacing w:line="240" w:lineRule="auto"/>
        <w:ind w:left="720"/>
      </w:pPr>
      <w:r/>
      <w:r>
        <w:rPr>
          <w:b/>
        </w:rPr>
        <w:t>Community focus:</w:t>
      </w:r>
      <w:r>
        <w:t xml:space="preserve"> Several bars will host fundraising nights for Kaleidoscope Youth Center, and the tournament’s schedule blends sport with a strong sense of local support.</w:t>
      </w:r>
      <w:r/>
      <w:r/>
    </w:p>
    <w:p>
      <w:pPr>
        <w:pStyle w:val="Heading2"/>
      </w:pPr>
      <w:r>
        <w:t>A tournament that feels like a festival</w:t>
      </w:r>
      <w:r/>
    </w:p>
    <w:p>
      <w:r/>
      <w:r>
        <w:t>The Gay Softball World Series is equal parts athletics and reunion, and you can feel it the moment you arrive , the air humid with barbecue and laughter, team chants wandering across Berliner Park. Columbus hosts the series more than any other city, partly because the fields, hotels and nightlife sit close together, which keeps the weekend moving and the social life buzzing. According to the organising committee, attendees stay for both the play and the parties, so expect opening-night dances, fundraisers and late-night shows alongside competitive softball.</w:t>
      </w:r>
      <w:r/>
    </w:p>
    <w:p>
      <w:pPr>
        <w:pStyle w:val="Heading2"/>
      </w:pPr>
      <w:r>
        <w:t>Where to dance until dawn (or at least past last pitch)</w:t>
      </w:r>
      <w:r/>
    </w:p>
    <w:p>
      <w:r/>
      <w:r>
        <w:t>If you want a proper night out after a day of games, Axis Nightclub and District West are where the big dance floors and drag stages live. Axis bills itself as the largest dance venue in town, while District West blends regular drag performances with a show-bar feel. Slammers, one of the few remaining lesbian bars in the country, keeps things lively and famously serves pizza that doubles as hangover prevention. Many of these venues host specific World Series nights, so check event pages for guest DJs and themed parties.</w:t>
      </w:r>
      <w:r/>
    </w:p>
    <w:p>
      <w:pPr>
        <w:pStyle w:val="Heading2"/>
      </w:pPr>
      <w:r>
        <w:t>Quieter spots when you need a breather</w:t>
      </w:r>
      <w:r/>
    </w:p>
    <w:p>
      <w:r/>
      <w:r>
        <w:t>Not every evening has to be full throttle. Tremont Lounge and Cavan Irish Pub offer patios, relaxed drinks and a chance to recover with friends. Club Diversity and AWOL also have calmer corners , AWOL even runs dual spaces, so you can pick loud or low-key without leaving the same venue. These places are perfect for team meals, catch-ups and people who want community vibes without the full-on club experience.</w:t>
      </w:r>
      <w:r/>
    </w:p>
    <w:p>
      <w:pPr>
        <w:pStyle w:val="Heading2"/>
      </w:pPr>
      <w:r>
        <w:t>Eat local: queer-owned and queer-friendly dining</w:t>
      </w:r>
      <w:r/>
    </w:p>
    <w:p>
      <w:r/>
      <w:r>
        <w:t>Columbus’s LGBTQ+ food scene is as varied as the teams. Bake Me Happy serves winning gluten-free bakes that pleased diet-conscious players, while Flour Modern Pasta Bar does inventive, house-made pasta that feels like a treat after a busy tournament day. Little Gay Bookstore’s Queer Beans is a cosy stop for espresso and conversation inside Stonewall Columbus, and spots such as Barroluco and Rooh offer panache if you’re after tapas or modern Indian. For simple comfort, Tasty Dawg’s loaded hot dogs and mac bowls hit the right note.</w:t>
      </w:r>
      <w:r/>
    </w:p>
    <w:p>
      <w:pPr>
        <w:pStyle w:val="Heading2"/>
      </w:pPr>
      <w:r>
        <w:t>Coffee, cocktails and craft curiosities</w:t>
      </w:r>
      <w:r/>
    </w:p>
    <w:p>
      <w:r/>
      <w:r>
        <w:t>Want a morning pick-me-up or an evening craft cocktail? Callin’ Your Bluff Coffee pops up inside Land-Grant Brewing for inventive signature drinks, and The Shapeshifter in Franklinton turns cocktail-making into a show , sleek, modern and welcoming. Union Cafe doubles as a full-service restaurant and a hub for nightly performances, including brunch and themed Sundays, making it a handy all-day option when schedules shift.</w:t>
      </w:r>
      <w:r/>
    </w:p>
    <w:p>
      <w:pPr>
        <w:pStyle w:val="Heading2"/>
      </w:pPr>
      <w:r>
        <w:t>Giving back while you celebrate</w:t>
      </w:r>
      <w:r/>
    </w:p>
    <w:p>
      <w:r/>
      <w:r>
        <w:t>The week isn’t just partying and play. Participating bars are organising a Give Back Night to raise funds for Kaleidoscope Youth Center, which supports LGBTQ+ youth locally. It’s a reminder that the series builds community as much as it builds memories, and that a night out can also be an act of support for young people in the region.</w:t>
      </w:r>
      <w:r/>
    </w:p>
    <w:p>
      <w:r/>
      <w:r>
        <w:t>It's a small change that can make every inning and every outing feel like home , pick the spots that match your mood and enjoy the week.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1">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[6]</w:t>
        </w:r>
      </w:hyperlink>
      <w:r>
        <w:t xml:space="preserve">, </w:t>
      </w:r>
      <w:hyperlink r:id="rId12">
        <w:r>
          <w:rPr>
            <w:color w:val="0000EE"/>
            <w:u w:val="single"/>
          </w:rPr>
          <w:t>[5]</w:t>
        </w:r>
      </w:hyperlink>
      <w:r>
        <w:t xml:space="preserve">- Paragraph 5: </w:t>
      </w:r>
      <w:hyperlink r:id="rId13">
        <w:r>
          <w:rPr>
            <w:color w:val="0000EE"/>
            <w:u w:val="single"/>
          </w:rPr>
          <w:t>[4]</w:t>
        </w:r>
      </w:hyperlink>
      <w:r>
        <w:t xml:space="preserve">, </w:t>
      </w:r>
      <w:hyperlink r:id="rId14">
        <w:r>
          <w:rPr>
            <w:color w:val="0000EE"/>
            <w:u w:val="single"/>
          </w:rPr>
          <w:t>[3]</w:t>
        </w:r>
      </w:hyperlink>
      <w:r>
        <w:t xml:space="preserve">- Paragraph 6: </w:t>
      </w:r>
      <w:hyperlink r:id="rId13">
        <w:r>
          <w:rPr>
            <w:color w:val="0000EE"/>
            <w:u w:val="single"/>
          </w:rPr>
          <w:t>[7]</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https://sports.yahoo.com/articles/columbus-lgbtq-bars-restaurants-ready-100125585.html</w:t>
        </w:r>
      </w:hyperlink>
      <w:r>
        <w:t xml:space="preserve"> - Please view link - unable to able to access data</w:t>
      </w:r>
      <w:r/>
    </w:p>
    <w:p>
      <w:pPr>
        <w:pStyle w:val="ListNumber"/>
        <w:spacing w:line="240" w:lineRule="auto"/>
        <w:ind w:left="720"/>
      </w:pPr>
      <w:r/>
      <w:hyperlink r:id="rId10">
        <w:r>
          <w:rPr>
            <w:color w:val="0000EE"/>
            <w:u w:val="single"/>
          </w:rPr>
          <w:t>https://www.columbussports.org/press-releases/post/2026-gay-softball-world-series-columbus/</w:t>
        </w:r>
      </w:hyperlink>
      <w:r>
        <w:t xml:space="preserve"> - The Gay Softball World Series is returning to Columbus from August 30 to September 5, 2026, marking the fourth time the city has hosted this event. Over 230 teams and 5,000 athletes are expected to participate, with matches held at the Lou Berliner Sports Complex. The tournament is free to attend, and the city's commitment to inclusivity and diversity is highlighted by this event. (</w:t>
      </w:r>
      <w:hyperlink r:id="rId15">
        <w:r>
          <w:rPr>
            <w:color w:val="0000EE"/>
            <w:u w:val="single"/>
          </w:rPr>
          <w:t>columbussports.org</w:t>
        </w:r>
      </w:hyperlink>
      <w:r>
        <w:t>)</w:t>
      </w:r>
      <w:r/>
    </w:p>
    <w:p>
      <w:pPr>
        <w:pStyle w:val="ListNumber"/>
        <w:spacing w:line="240" w:lineRule="auto"/>
        <w:ind w:left="720"/>
      </w:pPr>
      <w:r/>
      <w:hyperlink r:id="rId14">
        <w:r>
          <w:rPr>
            <w:color w:val="0000EE"/>
            <w:u w:val="single"/>
          </w:rPr>
          <w:t>https://www.unioncafe.com/</w:t>
        </w:r>
      </w:hyperlink>
      <w:r>
        <w:t xml:space="preserve"> - Union Cafe, established in 1996, is a prominent LGBTQ+ bar in Columbus, Ohio. Located at 782 N. High Street, it offers a vibrant atmosphere with various events, including karaoke, trivia nights, drag performances, and themed parties. The venue serves a diverse menu, catering to both food and drink preferences, and is known for its welcoming environment for the LGBTQ+ community and allies. (</w:t>
      </w:r>
      <w:hyperlink r:id="rId16">
        <w:r>
          <w:rPr>
            <w:color w:val="0000EE"/>
            <w:u w:val="single"/>
          </w:rPr>
          <w:t>unioncafe.com</w:t>
        </w:r>
      </w:hyperlink>
      <w:r>
        <w:t>)</w:t>
      </w:r>
      <w:r/>
    </w:p>
    <w:p>
      <w:pPr>
        <w:pStyle w:val="ListNumber"/>
        <w:spacing w:line="240" w:lineRule="auto"/>
        <w:ind w:left="720"/>
      </w:pPr>
      <w:r/>
      <w:hyperlink r:id="rId13">
        <w:r>
          <w:rPr>
            <w:color w:val="0000EE"/>
            <w:u w:val="single"/>
          </w:rPr>
          <w:t>https://www.columbusunderground.com/queer-beans-coffee-shop-stonewall-columbus</w:t>
        </w:r>
      </w:hyperlink>
      <w:r>
        <w:t xml:space="preserve"> - Queer Beans is a coffee shop located within Stonewall Columbus' renovated Short North community center. Since its opening in September 2025, it has become a vibrant hub for the LGBTQ+ community, offering quality drinks, snacks, and a welcoming space for casual meetups or coworking. The café features airy, industrial decor with natural light and local art, creating an ideal environment for community engagement. (</w:t>
      </w:r>
      <w:hyperlink r:id="rId17">
        <w:r>
          <w:rPr>
            <w:color w:val="0000EE"/>
            <w:u w:val="single"/>
          </w:rPr>
          <w:t>axios.com</w:t>
        </w:r>
      </w:hyperlink>
      <w:r>
        <w:t>)</w:t>
      </w:r>
      <w:r/>
    </w:p>
    <w:p>
      <w:pPr>
        <w:pStyle w:val="ListNumber"/>
        <w:spacing w:line="240" w:lineRule="auto"/>
        <w:ind w:left="720"/>
      </w:pPr>
      <w:r/>
      <w:hyperlink r:id="rId12">
        <w:r>
          <w:rPr>
            <w:color w:val="0000EE"/>
            <w:u w:val="single"/>
          </w:rPr>
          <w:t>https://www.columbusunderground.com/barroluco-argentine-restaurant-columbus</w:t>
        </w:r>
      </w:hyperlink>
      <w:r>
        <w:t xml:space="preserve"> - Barroluco is an Argentine restaurant located at 47 N. Pearl Street in downtown Columbus. Known for its authentic international flavors, the eatery offers dishes like empanadas, paella, and chimichurri. Owner Victor Omar D'Angelo was named Ohio's Small Business Person of the Year for 2025. The restaurant operates Monday through Saturday from 11 a.m. to 3 p.m. (</w:t>
      </w:r>
      <w:hyperlink r:id="rId18">
        <w:r>
          <w:rPr>
            <w:color w:val="0000EE"/>
            <w:u w:val="single"/>
          </w:rPr>
          <w:t>axios.com</w:t>
        </w:r>
      </w:hyperlink>
      <w:r>
        <w:t>)</w:t>
      </w:r>
      <w:r/>
    </w:p>
    <w:p>
      <w:pPr>
        <w:pStyle w:val="ListNumber"/>
        <w:spacing w:line="240" w:lineRule="auto"/>
        <w:ind w:left="720"/>
      </w:pPr>
      <w:r/>
      <w:hyperlink r:id="rId11">
        <w:r>
          <w:rPr>
            <w:color w:val="0000EE"/>
            <w:u w:val="single"/>
          </w:rPr>
          <w:t>https://www.columbusunderground.com/slammers-lesbian-bar-columbus</w:t>
        </w:r>
      </w:hyperlink>
      <w:r>
        <w:t xml:space="preserve"> - Slammers is Ohio's only lesbian bar and one of just 27 remaining in the U.S. Celebrating its 30th anniversary, it continues to thrive as a safe, inclusive space for the LGBTQ+ community. The bar offers events like trivia nights, karaoke, and is renowned for its pizza. Located at 202 E. Long Street, it remains a cornerstone of Columbus' LGBTQ+ nightlife. (</w:t>
      </w:r>
      <w:hyperlink r:id="rId19">
        <w:r>
          <w:rPr>
            <w:color w:val="0000EE"/>
            <w:u w:val="single"/>
          </w:rPr>
          <w:t>axios.com</w:t>
        </w:r>
      </w:hyperlink>
      <w:r>
        <w:t>)</w:t>
      </w:r>
      <w:r/>
    </w:p>
    <w:p>
      <w:pPr>
        <w:pStyle w:val="ListNumber"/>
        <w:spacing w:line="240" w:lineRule="auto"/>
        <w:ind w:left="720"/>
      </w:pPr>
      <w:r/>
      <w:hyperlink r:id="rId13">
        <w:r>
          <w:rPr>
            <w:color w:val="0000EE"/>
            <w:u w:val="single"/>
          </w:rPr>
          <w:t>https://www.columbusunderground.com/queer-beans-coffee-shop-stonewall-columbus</w:t>
        </w:r>
      </w:hyperlink>
      <w:r>
        <w:t xml:space="preserve"> - Queer Beans is a coffee shop located within Stonewall Columbus' renovated Short North community center. Since its opening in September 2025, it has become a vibrant hub for the LGBTQ+ community, offering quality drinks, snacks, and a welcoming space for casual meetups or coworking. The café features airy, industrial decor with natural light and local art, creating an ideal environment for community engagement. (</w:t>
      </w:r>
      <w:hyperlink r:id="rId17">
        <w:r>
          <w:rPr>
            <w:color w:val="0000EE"/>
            <w:u w:val="single"/>
          </w:rPr>
          <w:t>axios.com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orts.yahoo.com/articles/columbus-lgbtq-bars-restaurants-ready-100125585.html" TargetMode="External"/><Relationship Id="rId10" Type="http://schemas.openxmlformats.org/officeDocument/2006/relationships/hyperlink" Target="https://www.columbussports.org/press-releases/post/2026-gay-softball-world-series-columbus/" TargetMode="External"/><Relationship Id="rId11" Type="http://schemas.openxmlformats.org/officeDocument/2006/relationships/hyperlink" Target="https://www.columbusunderground.com/slammers-lesbian-bar-columbus" TargetMode="External"/><Relationship Id="rId12" Type="http://schemas.openxmlformats.org/officeDocument/2006/relationships/hyperlink" Target="https://www.columbusunderground.com/barroluco-argentine-restaurant-columbus" TargetMode="External"/><Relationship Id="rId13" Type="http://schemas.openxmlformats.org/officeDocument/2006/relationships/hyperlink" Target="https://www.columbusunderground.com/queer-beans-coffee-shop-stonewall-columbus" TargetMode="External"/><Relationship Id="rId14" Type="http://schemas.openxmlformats.org/officeDocument/2006/relationships/hyperlink" Target="https://www.unioncafe.com/" TargetMode="External"/><Relationship Id="rId15" Type="http://schemas.openxmlformats.org/officeDocument/2006/relationships/hyperlink" Target="https://www.columbussports.org/press-releases/post/2026-gay-softball-world-series-columbus/?utm_source=openai" TargetMode="External"/><Relationship Id="rId16" Type="http://schemas.openxmlformats.org/officeDocument/2006/relationships/hyperlink" Target="https://www.unioncafe.com/?utm_source=openai" TargetMode="External"/><Relationship Id="rId17" Type="http://schemas.openxmlformats.org/officeDocument/2006/relationships/hyperlink" Target="https://www.axios.com/local/columbus/2026/06/29/queer-beans-stonewall-columbus-coffee-shop?utm_source=openai" TargetMode="External"/><Relationship Id="rId18" Type="http://schemas.openxmlformats.org/officeDocument/2006/relationships/hyperlink" Target="https://www.axios.com/local/columbus/2025/06/30/barroluco-argentine-food-review-downtown?utm_source=openai" TargetMode="External"/><Relationship Id="rId19" Type="http://schemas.openxmlformats.org/officeDocument/2006/relationships/hyperlink" Target="https://www.axios.com/local/columbus/2023/06/30/lesbian-bar-columbus-ohi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