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Gay Cosplay Looks and Why International Cosplay Day Matters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Celebrate the creative, queer, and often kink-tinged world of gay cosplay this International Cosplay Day , where costume craft meets gender euphoria, community and performance, and where people show up proud, playful and very well made-up.</w:t>
      </w:r>
      <w:r/>
      <w:r/>
    </w:p>
    <w:p>
      <w:pPr>
        <w:pStyle w:val="ListBullet"/>
        <w:spacing w:line="240" w:lineRule="auto"/>
        <w:ind w:left="720"/>
      </w:pPr>
      <w:r/>
      <w:r>
        <w:rPr>
          <w:b/>
        </w:rPr>
        <w:t>What it celebrates:</w:t>
      </w:r>
      <w:r>
        <w:t xml:space="preserve"> International Cosplay Day is a global moment for makers and performers to showcase costumes, craftsmanship and character play. </w:t>
      </w:r>
      <w:r/>
    </w:p>
    <w:p>
      <w:pPr>
        <w:pStyle w:val="ListBullet"/>
        <w:spacing w:line="240" w:lineRule="auto"/>
        <w:ind w:left="720"/>
      </w:pPr>
      <w:r/>
      <w:r>
        <w:rPr>
          <w:b/>
        </w:rPr>
        <w:t>Gender euphoria:</w:t>
      </w:r>
      <w:r>
        <w:t xml:space="preserve"> Many queer cosplayers report deep joy when a costume affirms a gender they feel inside , it’s emotional and visible. </w:t>
      </w:r>
      <w:r/>
    </w:p>
    <w:p>
      <w:pPr>
        <w:pStyle w:val="ListBullet"/>
        <w:spacing w:line="240" w:lineRule="auto"/>
        <w:ind w:left="720"/>
      </w:pPr>
      <w:r/>
      <w:r>
        <w:rPr>
          <w:b/>
        </w:rPr>
        <w:t>Craft and thrill:</w:t>
      </w:r>
      <w:r>
        <w:t xml:space="preserve"> Cosplayers relish the technical challenge, the finishing glow and the attention that comes with a great reveal. </w:t>
      </w:r>
      <w:r/>
    </w:p>
    <w:p>
      <w:pPr>
        <w:pStyle w:val="ListBullet"/>
        <w:spacing w:line="240" w:lineRule="auto"/>
        <w:ind w:left="720"/>
      </w:pPr>
      <w:r/>
      <w:r>
        <w:rPr>
          <w:b/>
        </w:rPr>
        <w:t>Range of styles:</w:t>
      </w:r>
      <w:r>
        <w:t xml:space="preserve"> From family-friendly anime recreations to latex, rubber and fetish-infused superhero takes, gay cosplay covers a wide sensory palette. </w:t>
      </w:r>
      <w:r/>
    </w:p>
    <w:p>
      <w:pPr>
        <w:pStyle w:val="ListBullet"/>
        <w:spacing w:line="240" w:lineRule="auto"/>
        <w:ind w:left="720"/>
      </w:pPr>
      <w:r/>
      <w:r>
        <w:rPr>
          <w:b/>
        </w:rPr>
        <w:t>Practical tip:</w:t>
      </w:r>
      <w:r>
        <w:t xml:space="preserve"> If you’re starting out, pick a character you love, plan manageable materials, and test fit early to avoid day-of stress.</w:t>
      </w:r>
      <w:r/>
      <w:r/>
    </w:p>
    <w:p>
      <w:pPr>
        <w:pStyle w:val="Heading2"/>
      </w:pPr>
      <w:r>
        <w:t>Why International Cosplay Day has become a queer milestone</w:t>
      </w:r>
      <w:r/>
    </w:p>
    <w:p>
      <w:r/>
      <w:r>
        <w:t>International Cosplay Day started as a small community moment and is now a set date where makers worldwide parade their handiwork. According to awareness calendars, the day exists so cosplayers can celebrate together, swap tips and enjoy the spectacle. For queer folks, that shared spotlight often doubles as a space to try on genders and styles safely, and the result looks, frankly, glorious. If you want to join in, find local meet-ups or post under #gaycosplay to plug into the celebration.</w:t>
      </w:r>
      <w:r/>
    </w:p>
    <w:p>
      <w:pPr>
        <w:pStyle w:val="Heading2"/>
      </w:pPr>
      <w:r>
        <w:t>Gender euphoria: more than just a costume</w:t>
      </w:r>
      <w:r/>
    </w:p>
    <w:p>
      <w:r/>
      <w:r>
        <w:t>Reddit threads and community posts show that for many people, cosplay triggers gender euphoria , the rare, delicious feeling when your outer self finally matches your inner sense of gender. Some cosplayers say being misgendered as the character makes them glow; others use male or female roles to explore identity privately or publicly. That emotional payoff is as important as the sewn seams: it’s validation, play and sometimes therapy in glitter form.</w:t>
      </w:r>
      <w:r/>
    </w:p>
    <w:p>
      <w:pPr>
        <w:pStyle w:val="Heading2"/>
      </w:pPr>
      <w:r>
        <w:t>Craftsmanship, challenge and the pride of finishing</w:t>
      </w:r>
      <w:r/>
    </w:p>
    <w:p>
      <w:r/>
      <w:r>
        <w:t>Part of the appeal is technical: foam armour that holds shape, wigs styled to cartoon perfection, or silicone suits that alter a silhouette completely. Cosplayers often say the moment a project is finished , when strangers admire it , is unbeatable. That rush keeps creators coming back, whether they’re sewing, 3D printing, foam-smithing or working with latex. If you’re tempted to try, start with a single piece (a mask, a jacket) to learn finishing techniques before committing to a full suit.</w:t>
      </w:r>
      <w:r/>
    </w:p>
    <w:p>
      <w:pPr>
        <w:pStyle w:val="Heading2"/>
      </w:pPr>
      <w:r>
        <w:t>From wholesome fandom to kink-forward costume play</w:t>
      </w:r>
      <w:r/>
    </w:p>
    <w:p>
      <w:r/>
      <w:r>
        <w:t>Gay cosplay spans wholesome character love through to fetish and BDSM aesthetics, and both ends coexist in the community. Social posts show everything from classic Spidey homages to rubber and silicone suits with a clear erotic charge. That broad spectrum is part of what makes queer cosplay interesting: it’s an umbrella that holds vulnerability, performance, craft and desire. Respect boundaries, read the room at events, and label adult content clearly when sharing online.</w:t>
      </w:r>
      <w:r/>
    </w:p>
    <w:p>
      <w:pPr>
        <w:pStyle w:val="Heading2"/>
      </w:pPr>
      <w:r>
        <w:t>How to choose a cosplay that’s right for you</w:t>
      </w:r>
      <w:r/>
    </w:p>
    <w:p>
      <w:r/>
      <w:r>
        <w:t>Pick a character you’ll still be excited about after weeks of late-night crafting. Consider materials and comfort , heavy armour and full-body suits can heat up quickly, while fabrics and wigs may need maintenance. Size and scale matter: choose pieces that allow you to eat, sit and use the loo. And if you want the gender-euphoria benefit, select a role that leans into the identity you want to explore, then practice posture and voice to complete the transformation.</w:t>
      </w:r>
      <w:r/>
    </w:p>
    <w:p>
      <w:r/>
      <w:r>
        <w:t>It's a small change that can make every costume feel like a revelation.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[5]</w:t>
        </w:r>
      </w:hyperlink>
      <w:r>
        <w:t xml:space="preserve">, </w:t>
      </w:r>
      <w:hyperlink r:id="rId12">
        <w:r>
          <w:rPr>
            <w:color w:val="0000EE"/>
            <w:u w:val="single"/>
          </w:rPr>
          <w:t>[6]</w:t>
        </w:r>
      </w:hyperlink>
      <w:r>
        <w:t xml:space="preserve">- Paragraph 3: </w:t>
      </w:r>
      <w:hyperlink r:id="rId9">
        <w:r>
          <w:rPr>
            <w:color w:val="0000EE"/>
            <w:u w:val="single"/>
          </w:rPr>
          <w:t>[1]</w:t>
        </w:r>
      </w:hyperlink>
      <w:r>
        <w:t xml:space="preserve">, </w:t>
      </w:r>
      <w:hyperlink r:id="rId12">
        <w:r>
          <w:rPr>
            <w:color w:val="0000EE"/>
            <w:u w:val="single"/>
          </w:rPr>
          <w:t>[5]</w:t>
        </w:r>
      </w:hyperlink>
      <w:r>
        <w:t xml:space="preserve">- Paragraph 4: </w:t>
      </w:r>
      <w:hyperlink r:id="rId9">
        <w:r>
          <w:rPr>
            <w:color w:val="0000EE"/>
            <w:u w:val="single"/>
          </w:rPr>
          <w:t>[1]</w:t>
        </w:r>
      </w:hyperlink>
      <w:r>
        <w:t xml:space="preserve">, </w:t>
      </w:r>
      <w:hyperlink r:id="rId13">
        <w:r>
          <w:rPr>
            <w:color w:val="0000EE"/>
            <w:u w:val="single"/>
          </w:rPr>
          <w:t>[7]</w:t>
        </w:r>
      </w:hyperlink>
      <w:r>
        <w:t xml:space="preserve">- Paragraph 5: </w:t>
      </w:r>
      <w:hyperlink r:id="rId9">
        <w:r>
          <w:rPr>
            <w:color w:val="0000EE"/>
            <w:u w:val="single"/>
          </w:rPr>
          <w:t>[1]</w:t>
        </w:r>
      </w:hyperlink>
      <w:r>
        <w:t xml:space="preserve">, </w:t>
      </w:r>
      <w:hyperlink r:id="rId11">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https://www.queerty.com/for-these-gays-cosplay-is-a-superpower-20260829/</w:t>
        </w:r>
      </w:hyperlink>
      <w:r>
        <w:t xml:space="preserve"> - Please view link - unable to able to access data</w:t>
      </w:r>
      <w:r/>
    </w:p>
    <w:p>
      <w:pPr>
        <w:pStyle w:val="ListNumber"/>
        <w:spacing w:line="240" w:lineRule="auto"/>
        <w:ind w:left="720"/>
      </w:pPr>
      <w:r/>
      <w:hyperlink r:id="rId10">
        <w:r>
          <w:rPr>
            <w:color w:val="0000EE"/>
            <w:u w:val="single"/>
          </w:rPr>
          <w:t>https://www.awarenessdays.com/awareness-days-calendar/international-cosplay-day/</w:t>
        </w:r>
      </w:hyperlink>
      <w:r>
        <w:t xml:space="preserve"> - International Cosplay Day is a global celebration of costume play that takes place on the last Saturday of August each year, falling on Saturday, 29 August 2026. The day brings cosplayers together to dress as their favourite characters from anime, video games, films, comics, and television, and to share their craft with a worldwide community. First held in 2010, it has grown into an annual fixture for fans on every continent. The day was founded by Jennifer Alice, who wanted to create a single occasion that would unite cosplayers around the world regardless of which fandom they belonged to or where they lived.</w:t>
      </w:r>
      <w:r/>
    </w:p>
    <w:p>
      <w:pPr>
        <w:pStyle w:val="ListNumber"/>
        <w:spacing w:line="240" w:lineRule="auto"/>
        <w:ind w:left="720"/>
      </w:pPr>
      <w:r/>
      <w:hyperlink r:id="rId11">
        <w:r>
          <w:rPr>
            <w:color w:val="0000EE"/>
            <w:u w:val="single"/>
          </w:rPr>
          <w:t>https://www.daysoftheyear.com/days/cosplay-day/</w:t>
        </w:r>
      </w:hyperlink>
      <w:r>
        <w:t xml:space="preserve"> - International Cosplay Day, celebrated on the last weekend of August, is a vibrant celebration of creativity, craftsmanship, and the sheer joy of embodying one’s favourite characters from movies, TV shows, comics, and video games. The day serves not only as a celebration of cosplay’s creativity and craftsmanship but also as a platform for cosplayers to connect, share their work, and inspire each other, regardless of geographical boundaries. Cosplay goes beyond merely wearing a costume; it involves a deep dive into character portrayal, from researching and crafting costumes to practicing character traits.</w:t>
      </w:r>
      <w:r/>
    </w:p>
    <w:p>
      <w:pPr>
        <w:pStyle w:val="ListNumber"/>
        <w:spacing w:line="240" w:lineRule="auto"/>
        <w:ind w:left="720"/>
      </w:pPr>
      <w:r/>
      <w:hyperlink r:id="rId14">
        <w:r>
          <w:rPr>
            <w:color w:val="0000EE"/>
            <w:u w:val="single"/>
          </w:rPr>
          <w:t>https://www.lr21.com.uy/mundo/1250780-dia-internacional-cosplay-uruguay-japon</w:t>
        </w:r>
      </w:hyperlink>
      <w:r>
        <w:t xml:space="preserve"> - International Cosplay Day is a celebration that originated in Japan and the United States and has also reached Uruguay. The event brings together cosplayers from around the world to celebrate their love for cosplay, even if they don't live in areas with conventions. The day has been celebrated since 2010, with more and more cosplayers participating each year, making it an international festivity. Cosplayers primarily focus on anime, movies, and comics, aiming to have International Cosplay Day events on all continents.</w:t>
      </w:r>
      <w:r/>
    </w:p>
    <w:p>
      <w:pPr>
        <w:pStyle w:val="ListNumber"/>
        <w:spacing w:line="240" w:lineRule="auto"/>
        <w:ind w:left="720"/>
      </w:pPr>
      <w:r/>
      <w:hyperlink r:id="rId12">
        <w:r>
          <w:rPr>
            <w:color w:val="0000EE"/>
            <w:u w:val="single"/>
          </w:rPr>
          <w:t>https://www.reddit.com/r/NonBinary/comments/1o3cbdu/getting_unreasonably_much_gender_euphoria_just/</w:t>
        </w:r>
      </w:hyperlink>
      <w:r>
        <w:t xml:space="preserve"> - A Reddit user shares their experience of feeling significant gender euphoria from wearing a dress shirt, tie, and styled hair. They express that this attire allows them to feel masculine or feminine depending on their mood, and being mistaken for the correct gender of the character they are cosplaying makes them happy. This highlights how cosplay can be a means of exploring and expressing one's gender identity.</w:t>
      </w:r>
      <w:r/>
    </w:p>
    <w:p>
      <w:pPr>
        <w:pStyle w:val="ListNumber"/>
        <w:spacing w:line="240" w:lineRule="auto"/>
        <w:ind w:left="720"/>
      </w:pPr>
      <w:r/>
      <w:hyperlink r:id="rId12">
        <w:r>
          <w:rPr>
            <w:color w:val="0000EE"/>
            <w:u w:val="single"/>
          </w:rPr>
          <w:t>https://www.reddit.com/r/NonBinary/comments/1o3cbdu/getting_unreasonably_much_gender_euphoria_just/</w:t>
        </w:r>
      </w:hyperlink>
      <w:r>
        <w:t xml:space="preserve"> - A Reddit user shares their experience of feeling significant gender euphoria from wearing a dress shirt, tie, and styled hair. They express that this attire allows them to feel masculine or feminine depending on their mood, and being mistaken for the correct gender of the character they are cosplaying makes them happy. This highlights how cosplay can be a means of exploring and expressing one's gender identity.</w:t>
      </w:r>
      <w:r/>
    </w:p>
    <w:p>
      <w:pPr>
        <w:pStyle w:val="ListNumber"/>
        <w:spacing w:line="240" w:lineRule="auto"/>
        <w:ind w:left="720"/>
      </w:pPr>
      <w:r/>
      <w:hyperlink r:id="rId13">
        <w:r>
          <w:rPr>
            <w:color w:val="0000EE"/>
            <w:u w:val="single"/>
          </w:rPr>
          <w:t>https://codigoespagueti.com/noticias/cultura/por-que-celebramos-el-dia-del-cosplay-el-27-de-agosto/</w:t>
        </w:r>
      </w:hyperlink>
      <w:r>
        <w:t xml:space="preserve"> - International Cosplay Day was established by cosplayer Jennifer Alice, who created it as a way for cosplayers worldwide to celebrate their love for cosplay together, even if they don't live in areas with conventions. The event has been running since 2010, with more and more cosplayers participating each year, making it an international festivity. Jennifer Alice has been cosplaying for over five years, primarily focusing on anime, movies, and comics, and aims to have International Cosplay Day events on all continents.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queerty.com/for-these-gays-cosplay-is-a-superpower-20260829/" TargetMode="External"/><Relationship Id="rId10" Type="http://schemas.openxmlformats.org/officeDocument/2006/relationships/hyperlink" Target="https://www.awarenessdays.com/awareness-days-calendar/international-cosplay-day/" TargetMode="External"/><Relationship Id="rId11" Type="http://schemas.openxmlformats.org/officeDocument/2006/relationships/hyperlink" Target="https://www.daysoftheyear.com/days/cosplay-day/" TargetMode="External"/><Relationship Id="rId12" Type="http://schemas.openxmlformats.org/officeDocument/2006/relationships/hyperlink" Target="https://www.reddit.com/r/NonBinary/comments/1o3cbdu/getting_unreasonably_much_gender_euphoria_just/" TargetMode="External"/><Relationship Id="rId13" Type="http://schemas.openxmlformats.org/officeDocument/2006/relationships/hyperlink" Target="https://codigoespagueti.com/noticias/cultura/por-que-celebramos-el-dia-del-cosplay-el-27-de-agosto/" TargetMode="External"/><Relationship Id="rId14" Type="http://schemas.openxmlformats.org/officeDocument/2006/relationships/hyperlink" Target="https://www.lr21.com.uy/mundo/1250780-dia-internacional-cosplay-uruguay-jap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