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Instagram Moments This Week: Brad Goreski Wakes Up in P‑Town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scrolling through a fresh batch of celeb snaps as stars share sun, swims and style , including Brad Goreski waking up in Provincetown , giving fans a peek at holiday moods, gym routines and cheeky thirst traps that matter to pop culture watchers.</w:t>
      </w:r>
      <w:r/>
    </w:p>
    <w:p>
      <w:r/>
      <w:r>
        <w:t>Essential Takeaways</w:t>
      </w:r>
      <w:r/>
      <w:r/>
    </w:p>
    <w:p>
      <w:pPr>
        <w:pStyle w:val="ListBullet"/>
        <w:spacing w:line="240" w:lineRule="auto"/>
        <w:ind w:left="720"/>
      </w:pPr>
      <w:r/>
      <w:r>
        <w:rPr>
          <w:b/>
        </w:rPr>
        <w:t>Sunny mood:</w:t>
      </w:r>
      <w:r>
        <w:t xml:space="preserve"> Brad Goreski posted a relaxed wake‑up snap from P‑Town, signalling holiday vibes and seaside downtime. </w:t>
      </w:r>
      <w:r/>
    </w:p>
    <w:p>
      <w:pPr>
        <w:pStyle w:val="ListBullet"/>
        <w:spacing w:line="240" w:lineRule="auto"/>
        <w:ind w:left="720"/>
      </w:pPr>
      <w:r/>
      <w:r>
        <w:rPr>
          <w:b/>
        </w:rPr>
        <w:t>Active reels:</w:t>
      </w:r>
      <w:r>
        <w:t xml:space="preserve"> Errol Barnett shared a sweaty run, while Laith Ashley posted a gym session , both feel energising and real. </w:t>
      </w:r>
      <w:r/>
    </w:p>
    <w:p>
      <w:pPr>
        <w:pStyle w:val="ListBullet"/>
        <w:spacing w:line="240" w:lineRule="auto"/>
        <w:ind w:left="720"/>
      </w:pPr>
      <w:r/>
      <w:r>
        <w:rPr>
          <w:b/>
        </w:rPr>
        <w:t>Style and nostalgia:</w:t>
      </w:r>
      <w:r>
        <w:t xml:space="preserve"> Luke Evans, Ed Westwick and Harry Styles offered glamour and costume nods, mixing high fashion with playful persona. </w:t>
      </w:r>
      <w:r/>
    </w:p>
    <w:p>
      <w:pPr>
        <w:pStyle w:val="ListBullet"/>
        <w:spacing w:line="240" w:lineRule="auto"/>
        <w:ind w:left="720"/>
      </w:pPr>
      <w:r/>
      <w:r>
        <w:rPr>
          <w:b/>
        </w:rPr>
        <w:t>Casual moments:</w:t>
      </w:r>
      <w:r>
        <w:t xml:space="preserve"> From ice‑cream cones to fishing trips, the posts are low‑stakes, high‑relatability , they smell like summer and feel effortless. </w:t>
      </w:r>
      <w:r/>
    </w:p>
    <w:p>
      <w:pPr>
        <w:pStyle w:val="ListBullet"/>
        <w:spacing w:line="240" w:lineRule="auto"/>
        <w:ind w:left="720"/>
      </w:pPr>
      <w:r/>
      <w:r>
        <w:rPr>
          <w:b/>
        </w:rPr>
        <w:t>Community notes:</w:t>
      </w:r>
      <w:r>
        <w:t xml:space="preserve"> Queer stars and allies continue to use Instagram to balance polished shoots with candid life updates, keeping fans engaged.</w:t>
      </w:r>
      <w:r/>
      <w:r/>
    </w:p>
    <w:p>
      <w:pPr>
        <w:pStyle w:val="Heading2"/>
      </w:pPr>
      <w:r>
        <w:t>Brad Goreski’s P‑Town Wake‑Up: Vacationing in Style</w:t>
      </w:r>
      <w:r/>
    </w:p>
    <w:p>
      <w:r/>
      <w:r>
        <w:t>Brad Goreski’s latest post reads like a postcard , soft light, laid‑back energy and the unmistakable Provincetown vibe. According to Queerty, the fashion stylist offered fans a relaxing snapshot that trades runway polish for coastal calm. It’s the kind of content that does double duty: aspirational yet inviting.</w:t>
      </w:r>
      <w:r/>
    </w:p>
    <w:p>
      <w:r/>
      <w:r>
        <w:t>That shift from studio to shore is telling. Social feeds now favour authenticity; a dawn‑of‑vacation photo can feel more compelling than a highly produced campaign. If you’re following celebs for mood and travel inspo, this is the week to save the P‑Town aesthetic.</w:t>
      </w:r>
      <w:r/>
    </w:p>
    <w:p>
      <w:r/>
      <w:r>
        <w:t>Practical tip: if you want that relaxed look on your own feed, aim for golden‑hour lighting and minimal captioning , let the scenery do the talking.</w:t>
      </w:r>
      <w:r/>
    </w:p>
    <w:p>
      <w:pPr>
        <w:pStyle w:val="Heading2"/>
      </w:pPr>
      <w:r>
        <w:t>Fitness Feeds: Real Runs and Gym Check‑Ins</w:t>
      </w:r>
      <w:r/>
    </w:p>
    <w:p>
      <w:r/>
      <w:r>
        <w:t>Errol Barnett’s run and Laith Ashley’s gym post give followers something energising. They’re short, sweaty, and reassuringly human , the kind of content that cuts through perfection. Queerty’s rundown shows a trend: public figures sharing movement as part of their daily routine.</w:t>
      </w:r>
      <w:r/>
    </w:p>
    <w:p>
      <w:r/>
      <w:r>
        <w:t>That matters because fans are increasingly drawn to repeatable habits, not just one‑off glories. A run in city streets or a gym session with honest captions feels like an attainable piece of a celebrity’s life, rather than a highlight reel.</w:t>
      </w:r>
      <w:r/>
    </w:p>
    <w:p>
      <w:r/>
      <w:r>
        <w:t>Practical tip: follow for accountability. If a particular trainer, route or routine appears repeatedly, it’s likely worth trying.</w:t>
      </w:r>
      <w:r/>
    </w:p>
    <w:p>
      <w:pPr>
        <w:pStyle w:val="Heading2"/>
      </w:pPr>
      <w:r>
        <w:t>Style Notes: From High Fashion to Playful Nostalgia</w:t>
      </w:r>
      <w:r/>
    </w:p>
    <w:p>
      <w:r/>
      <w:r>
        <w:t>This week’s posts also offered costume‑play and high fashion. Harry Styles’ W Magazine shoot and Luke Evans saving a seat are reminders that celebrities toggle between editorial glamour and everyday gestures. Ed Westwick’s Chuck Bass channel adds a dash of nostalgic drama.</w:t>
      </w:r>
      <w:r/>
    </w:p>
    <w:p>
      <w:r/>
      <w:r>
        <w:t>Queerty highlights how style remains a major draw; fans want the polished photos but also the wink to past eras. The blend keeps feeds dynamic and gives fashion‑curious followers ideas for wardrobes and mood boards.</w:t>
      </w:r>
      <w:r/>
    </w:p>
    <w:p>
      <w:r/>
      <w:r>
        <w:t>Practical tip: mix a statement piece with something familiar , a bold jacket with a simple tee keeps the look accessible.</w:t>
      </w:r>
      <w:r/>
    </w:p>
    <w:p>
      <w:pPr>
        <w:pStyle w:val="Heading2"/>
      </w:pPr>
      <w:r>
        <w:t>Small Joys: Ice Cream, Fishing and Sea Walks</w:t>
      </w:r>
      <w:r/>
    </w:p>
    <w:p>
      <w:r/>
      <w:r>
        <w:t>There’s real comfort in seeing stars do small things: Brooklyn Fry finishing a cone, Jerry O’Connell catching a fish, Johnny Sibilly walking through water. These micro‑moments feel tactile , you can almost taste the cone or feel the splash.</w:t>
      </w:r>
      <w:r/>
    </w:p>
    <w:p>
      <w:r/>
      <w:r>
        <w:t>Social media thrives on relatability as much as glamour. Queerty’s compilation leans into that: the best posts this week are the ones that make fans smile, not just gasp. If your feed needs lightness, these snippets are an easy palate cleanser.</w:t>
      </w:r>
      <w:r/>
    </w:p>
    <w:p>
      <w:r/>
      <w:r>
        <w:t>Practical tip: engage with candid posts , they often spark the most genuine conversation in comments.</w:t>
      </w:r>
      <w:r/>
    </w:p>
    <w:p>
      <w:pPr>
        <w:pStyle w:val="Heading2"/>
      </w:pPr>
      <w:r>
        <w:t>What This Feed Rotation Means for Fans</w:t>
      </w:r>
      <w:r/>
    </w:p>
    <w:p>
      <w:r/>
      <w:r>
        <w:t>Taken together, this week’s Instagram highlights are a neat reminder that celebrity content is diversifying. According to coverage, stars are balancing press‑ready shoots with everyday downtime and fitness moments, which keeps audiences interested without over‑polishing.</w:t>
      </w:r>
      <w:r/>
    </w:p>
    <w:p>
      <w:r/>
      <w:r>
        <w:t>So whether you’re after holiday inspiration, a new workout habit or a style refresh, there’s useful, human content to scroll through. And yes, your feed will feel nicer for it.</w:t>
      </w:r>
      <w:r/>
    </w:p>
    <w:p>
      <w:r/>
      <w:r>
        <w:t>It's a small change that can make your scrolling feel more like company than spectacle.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https://meaws.com/news/brad-goreski-wakes-up-in-p-town-errol/105035</w:t>
        </w:r>
      </w:hyperlink>
      <w:r>
        <w:t xml:space="preserve"> - Please view link - unable to able to access data</w:t>
      </w:r>
      <w:r/>
    </w:p>
    <w:p>
      <w:pPr>
        <w:pStyle w:val="ListNumber"/>
        <w:spacing w:line="240" w:lineRule="auto"/>
        <w:ind w:left="720"/>
      </w:pPr>
      <w:r/>
      <w:hyperlink r:id="rId10">
        <w:r>
          <w:rPr>
            <w:color w:val="0000EE"/>
            <w:u w:val="single"/>
          </w:rPr>
          <w:t>https://www.queerty.com/brad-goreski-wakes-up-in-p-town-errol-barnett-goes-for-a-run-luke-evans-saves-a-seat-20260829/</w:t>
        </w:r>
      </w:hyperlink>
      <w:r>
        <w:t xml:space="preserve"> - This article highlights recent Instagram activities of various celebrities, including Brad Goreski waking up in Provincetown, Errol Barnett going for a run, and Luke Evans saving a seat. It also mentions other celebrities like Laith Ashley, Pattie Gonia, and Harry Styles, showcasing their latest posts and activities. The piece provides a snapshot of the celebrities' social media updates, offering readers a glimpse into their personal lives and recent endeavors. (</w:t>
      </w:r>
      <w:hyperlink r:id="rId15">
        <w:r>
          <w:rPr>
            <w:color w:val="0000EE"/>
            <w:u w:val="single"/>
          </w:rPr>
          <w:t>queerty.com</w:t>
        </w:r>
      </w:hyperlink>
      <w:r>
        <w:t>)</w:t>
      </w:r>
      <w:r/>
    </w:p>
    <w:p>
      <w:pPr>
        <w:pStyle w:val="ListNumber"/>
        <w:spacing w:line="240" w:lineRule="auto"/>
        <w:ind w:left="720"/>
      </w:pPr>
      <w:r/>
      <w:hyperlink r:id="rId11">
        <w:r>
          <w:rPr>
            <w:color w:val="0000EE"/>
            <w:u w:val="single"/>
          </w:rPr>
          <w:t>https://www.queerty.com/high-fashion-shirtless-thirst-traps-get-know-real-friends-weho-star-brad-goreski-20230110/</w:t>
        </w:r>
      </w:hyperlink>
      <w:r>
        <w:t xml:space="preserve"> - This article delves into Brad Goreski's career and social media presence, highlighting his role as a judge on Canada's Drag Race and his participation in MTV's 'The Real Friends of West Hollywood'. It also discusses his viral impersonations of Real Housewives stars and showcases his shirtless photos, emphasizing his influence in both fashion and entertainment. (</w:t>
      </w:r>
      <w:hyperlink r:id="rId16">
        <w:r>
          <w:rPr>
            <w:color w:val="0000EE"/>
            <w:u w:val="single"/>
          </w:rPr>
          <w:t>queerty.com</w:t>
        </w:r>
      </w:hyperlink>
      <w:r>
        <w:t>)</w:t>
      </w:r>
      <w:r/>
    </w:p>
    <w:p>
      <w:pPr>
        <w:pStyle w:val="ListNumber"/>
        <w:spacing w:line="240" w:lineRule="auto"/>
        <w:ind w:left="720"/>
      </w:pPr>
      <w:r/>
      <w:hyperlink r:id="rId14">
        <w:r>
          <w:rPr>
            <w:color w:val="0000EE"/>
            <w:u w:val="single"/>
          </w:rPr>
          <w:t>https://www.queerty.com/from-high-fashion-shirtless-thirst-traps-get-know-real-friends-weho-star-brad-goreski-20230110/</w:t>
        </w:r>
      </w:hyperlink>
      <w:r>
        <w:t xml:space="preserve"> - This article explores Brad Goreski's career and social media presence, highlighting his role as a judge on Canada's Drag Race and his participation in MTV's 'The Real Friends of West Hollywood'. It also discusses his viral impersonations of Real Housewives stars and showcases his shirtless photos, emphasizing his influence in both fashion and entertainment. (</w:t>
      </w:r>
      <w:hyperlink r:id="rId16">
        <w:r>
          <w:rPr>
            <w:color w:val="0000EE"/>
            <w:u w:val="single"/>
          </w:rPr>
          <w:t>queerty.com</w:t>
        </w:r>
      </w:hyperlink>
      <w:r>
        <w:t>)</w:t>
      </w:r>
      <w:r/>
    </w:p>
    <w:p>
      <w:pPr>
        <w:pStyle w:val="ListNumber"/>
        <w:spacing w:line="240" w:lineRule="auto"/>
        <w:ind w:left="720"/>
      </w:pPr>
      <w:r/>
      <w:hyperlink r:id="rId12">
        <w:r>
          <w:rPr>
            <w:color w:val="0000EE"/>
            <w:u w:val="single"/>
          </w:rPr>
          <w:t>https://www.queerty.com/brad-goreskis-best-thirst-traps-fashion-stylist-full-70s-mustache-realness-20250807/</w:t>
        </w:r>
      </w:hyperlink>
      <w:r>
        <w:t xml:space="preserve"> - This article highlights Brad Goreski's recent shirtless selfies, showcasing his impressive gym progress and a rugged new look reminiscent of the 1970s. It emphasizes his ability to blend fashion expertise with personal style, appealing to a wide audience. (</w:t>
      </w:r>
      <w:hyperlink r:id="rId17">
        <w:r>
          <w:rPr>
            <w:color w:val="0000EE"/>
            <w:u w:val="single"/>
          </w:rPr>
          <w:t>gayety.com</w:t>
        </w:r>
      </w:hyperlink>
      <w:r>
        <w:t>)</w:t>
      </w:r>
      <w:r/>
    </w:p>
    <w:p>
      <w:pPr>
        <w:pStyle w:val="ListNumber"/>
        <w:spacing w:line="240" w:lineRule="auto"/>
        <w:ind w:left="720"/>
      </w:pPr>
      <w:r/>
      <w:hyperlink r:id="rId13">
        <w:r>
          <w:rPr>
            <w:color w:val="0000EE"/>
            <w:u w:val="single"/>
          </w:rPr>
          <w:t>https://www.queerty.com/brad-goreski-reveals-secret-sexy-physique-20260612/</w:t>
        </w:r>
      </w:hyperlink>
      <w:r>
        <w:t xml:space="preserve"> - This article features Brad Goreski discussing his fitness regimen and the secrets behind maintaining his physique. It provides insights into his workout routines and lifestyle choices, offering readers a glimpse into his personal health and fitness journey. (</w:t>
      </w:r>
      <w:hyperlink r:id="rId18">
        <w:r>
          <w:rPr>
            <w:color w:val="0000EE"/>
            <w:u w:val="single"/>
          </w:rPr>
          <w:t>out.com</w:t>
        </w:r>
      </w:hyperlink>
      <w:r>
        <w:t>)</w:t>
      </w:r>
      <w:r/>
    </w:p>
    <w:p>
      <w:pPr>
        <w:pStyle w:val="ListNumber"/>
        <w:spacing w:line="240" w:lineRule="auto"/>
        <w:ind w:left="720"/>
      </w:pPr>
      <w:r/>
      <w:hyperlink r:id="rId13">
        <w:r>
          <w:rPr>
            <w:color w:val="0000EE"/>
            <w:u w:val="single"/>
          </w:rPr>
          <w:t>https://www.queerty.com/brad-goreski-reveals-secret-sexy-physique-20260612/</w:t>
        </w:r>
      </w:hyperlink>
      <w:r>
        <w:t xml:space="preserve"> - This article features Brad Goreski discussing his fitness regimen and the secrets behind maintaining his physique. It provides insights into his workout routines and lifestyle choices, offering readers a glimpse into his personal health and fitness journey. (</w:t>
      </w:r>
      <w:hyperlink r:id="rId18">
        <w:r>
          <w:rPr>
            <w:color w:val="0000EE"/>
            <w:u w:val="single"/>
          </w:rPr>
          <w:t>out.com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brad-goreski-wakes-up-in-p-town-errol/105035" TargetMode="External"/><Relationship Id="rId10" Type="http://schemas.openxmlformats.org/officeDocument/2006/relationships/hyperlink" Target="https://www.queerty.com/brad-goreski-wakes-up-in-p-town-errol-barnett-goes-for-a-run-luke-evans-saves-a-seat-20260829/" TargetMode="External"/><Relationship Id="rId11" Type="http://schemas.openxmlformats.org/officeDocument/2006/relationships/hyperlink" Target="https://www.queerty.com/high-fashion-shirtless-thirst-traps-get-know-real-friends-weho-star-brad-goreski-20230110/" TargetMode="External"/><Relationship Id="rId12" Type="http://schemas.openxmlformats.org/officeDocument/2006/relationships/hyperlink" Target="https://www.queerty.com/brad-goreskis-best-thirst-traps-fashion-stylist-full-70s-mustache-realness-20250807/" TargetMode="External"/><Relationship Id="rId13" Type="http://schemas.openxmlformats.org/officeDocument/2006/relationships/hyperlink" Target="https://www.queerty.com/brad-goreski-reveals-secret-sexy-physique-20260612/" TargetMode="External"/><Relationship Id="rId14" Type="http://schemas.openxmlformats.org/officeDocument/2006/relationships/hyperlink" Target="https://www.queerty.com/from-high-fashion-shirtless-thirst-traps-get-know-real-friends-weho-star-brad-goreski-20230110/" TargetMode="External"/><Relationship Id="rId15" Type="http://schemas.openxmlformats.org/officeDocument/2006/relationships/hyperlink" Target="https://www.queerty.com/brad-goreski-wakes-up-in-p-town-errol-barnett-goes-for-a-run-luke-evans-saves-a-seat-20260829/?utm_source=openai" TargetMode="External"/><Relationship Id="rId16" Type="http://schemas.openxmlformats.org/officeDocument/2006/relationships/hyperlink" Target="https://www.queerty.com/high-fashion-shirtless-thirst-traps-get-know-real-friends-weho-star-brad-goreski-20230110/?utm_source=openai" TargetMode="External"/><Relationship Id="rId17" Type="http://schemas.openxmlformats.org/officeDocument/2006/relationships/hyperlink" Target="https://gayety.com/brad-goreskis-best-thirst-traps?utm_source=openai" TargetMode="External"/><Relationship Id="rId18" Type="http://schemas.openxmlformats.org/officeDocument/2006/relationships/hyperlink" Target="https://www.out.com/celebs/brad-goreski-pride-gal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