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Brooklyn Gay Nightlife Spots for a Night Out Beyond Manhattan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Brooklyn’s queer nightlife: vibrant venues across Williamsburg, Park Slope, Bushwick and beyond are offering drag, dance parties, cosy piano bars and neighbourhood hangouts that feel refreshingly local and creative, perfect for anyone eager to explore LGBTQ+ nights outside Manhattan.</w:t>
      </w:r>
      <w:r/>
    </w:p>
    <w:p>
      <w:r/>
      <w:r>
        <w:t>Essential Takeaways</w:t>
      </w:r>
      <w:r/>
      <w:r/>
    </w:p>
    <w:p>
      <w:pPr>
        <w:pStyle w:val="ListBullet"/>
        <w:spacing w:line="240" w:lineRule="auto"/>
        <w:ind w:left="720"/>
      </w:pPr>
      <w:r/>
      <w:r>
        <w:rPr>
          <w:b/>
        </w:rPr>
        <w:t>Williamsburg energy:</w:t>
      </w:r>
      <w:r>
        <w:t xml:space="preserve"> Metropolitan Bar and The Rosemont anchor a lively, performance-heavy scene with drag, DJs and backyard vibes.</w:t>
      </w:r>
      <w:r/>
    </w:p>
    <w:p>
      <w:pPr>
        <w:pStyle w:val="ListBullet"/>
        <w:spacing w:line="240" w:lineRule="auto"/>
        <w:ind w:left="720"/>
      </w:pPr>
      <w:r/>
      <w:r>
        <w:rPr>
          <w:b/>
        </w:rPr>
        <w:t>Big-venue nights:</w:t>
      </w:r>
      <w:r>
        <w:t xml:space="preserve"> 3 Dollar Bill stages large-scale dance events and productions for party nights that feel like a show.</w:t>
      </w:r>
      <w:r/>
    </w:p>
    <w:p>
      <w:pPr>
        <w:pStyle w:val="ListBullet"/>
        <w:spacing w:line="240" w:lineRule="auto"/>
        <w:ind w:left="720"/>
      </w:pPr>
      <w:r/>
      <w:r>
        <w:rPr>
          <w:b/>
        </w:rPr>
        <w:t>Neighbourhood variety:</w:t>
      </w:r>
      <w:r>
        <w:t xml:space="preserve"> Park Slope’s Good Judy and Ginger’s Bar bring intimate, community-focused evenings, piano, karaoke and queer history.</w:t>
      </w:r>
      <w:r/>
    </w:p>
    <w:p>
      <w:pPr>
        <w:pStyle w:val="ListBullet"/>
        <w:spacing w:line="240" w:lineRule="auto"/>
        <w:ind w:left="720"/>
      </w:pPr>
      <w:r/>
      <w:r>
        <w:rPr>
          <w:b/>
        </w:rPr>
        <w:t>Bushwick and Bed-Stuy flavour:</w:t>
      </w:r>
      <w:r>
        <w:t xml:space="preserve"> C’mon Everybody and Happyfun Hideaway serve up live music, comedy and offbeat, laid-back queer hangouts.</w:t>
      </w:r>
      <w:r/>
    </w:p>
    <w:p>
      <w:pPr>
        <w:pStyle w:val="ListBullet"/>
        <w:spacing w:line="240" w:lineRule="auto"/>
        <w:ind w:left="720"/>
      </w:pPr>
      <w:r/>
      <w:r>
        <w:rPr>
          <w:b/>
        </w:rPr>
        <w:t>No single scene:</w:t>
      </w:r>
      <w:r>
        <w:t xml:space="preserve"> Brooklyn’s queer nightlife is spread across neighbourhoods, so you’ll find everything from loud dancefloors to cosy bars.</w:t>
      </w:r>
      <w:r/>
      <w:r/>
    </w:p>
    <w:p>
      <w:pPr>
        <w:pStyle w:val="Heading2"/>
      </w:pPr>
      <w:r>
        <w:t>Why Brooklyn’s gay nightlife feels different from Manhattan’s</w:t>
      </w:r>
      <w:r/>
    </w:p>
    <w:p>
      <w:r/>
      <w:r>
        <w:t>Brooklyn trades a single, polished gay district for a patchwork of bars and clubs with distinct personalities, and it’s a lovely change. Instead of funneling everyone into one parade-ground strip, you wander from a backyard karaoke at Metropolitan to an intimate drag set at The Rosemont, and each place has its own crowd and vibe. That variety makes nights out feel like discoveries rather than routine stops.</w:t>
      </w:r>
      <w:r/>
    </w:p>
    <w:p>
      <w:r/>
      <w:r>
        <w:t>The borough’s venues lean into local creativity. According to venue listings and profiles, places like C’mon Everybody and Happyfun Hideaway are proud of their community roots, so expect shows and DJs that reflect neighbourhood tastes. If you like your nights eclectic, Brooklyn’s spread-out scene rewards roaming.</w:t>
      </w:r>
      <w:r/>
    </w:p>
    <w:p>
      <w:r/>
      <w:r>
        <w:t>Practical tip: plan a route that clusters two or three spots in the same neighbourhood, travel times between areas can eat into a short evening.</w:t>
      </w:r>
      <w:r/>
    </w:p>
    <w:p>
      <w:pPr>
        <w:pStyle w:val="Heading2"/>
      </w:pPr>
      <w:r>
        <w:t>Williamsburg: big personalities and a backyard feel</w:t>
      </w:r>
      <w:r/>
    </w:p>
    <w:p>
      <w:r/>
      <w:r>
        <w:t>Williamsburg remains a magnet for queer nightlife. Metropolitan Bar has been a neighbourhood staple for decades, blending karaoke, drag and sweaty DJ sets with a backyard that feels like a summer living room. Nearby The Rosemont serves a slightly more performance-driven crowd, with closer-up shows and a stronger late-night energy.</w:t>
      </w:r>
      <w:r/>
    </w:p>
    <w:p>
      <w:r/>
      <w:r>
        <w:t>For larger-scale nights that shift the borough’s tempo, 3 Dollar Bill offers room for productions that turn a night out into an event. It’s the kind of space where promoters build themed parties and full-scale performances, so check event calendars before you head over.</w:t>
      </w:r>
      <w:r/>
    </w:p>
    <w:p>
      <w:r/>
      <w:r>
        <w:t>Practical tip: if you’re aiming for a big show at 3 Dollar Bill, buy tickets in advance, those nights sell fast.</w:t>
      </w:r>
      <w:r/>
    </w:p>
    <w:p>
      <w:pPr>
        <w:pStyle w:val="Heading2"/>
      </w:pPr>
      <w:r>
        <w:t>Park Slope: calmer, community-focused evenings</w:t>
      </w:r>
      <w:r/>
    </w:p>
    <w:p>
      <w:r/>
      <w:r>
        <w:t>If you prefer your nights with a neighbourhood bar personality, Park Slope is where piano songs, karaoke and familiar faces come together. Good Judy is the sort of place where drinks, singalongs and drag feel welcoming rather than theatrical, so it’s perfect for people who want to linger.</w:t>
      </w:r>
      <w:r/>
    </w:p>
    <w:p>
      <w:r/>
      <w:r>
        <w:t>Ginger’s Bar carries queer history and a steady, inclusive crowd. Sandy Jack’s adds another friendly spot along Fifth Avenue, turning the strip into a compact evening circuit where you can hop from one cosy bar to another.</w:t>
      </w:r>
      <w:r/>
    </w:p>
    <w:p>
      <w:r/>
      <w:r>
        <w:t>Practical tip: Park Slope evenings suit earlier starts, many places here are busiest before midnight and keep a comfortably local pace.</w:t>
      </w:r>
      <w:r/>
    </w:p>
    <w:p>
      <w:pPr>
        <w:pStyle w:val="Heading2"/>
      </w:pPr>
      <w:r>
        <w:t>Bushwick and Bed-Stuy: creative, offbeat and intimate</w:t>
      </w:r>
      <w:r/>
    </w:p>
    <w:p>
      <w:r/>
      <w:r>
        <w:t>Head to Bushwick and Bed-Stuy for places that feel intentionally different. C’mon Everybody blends live music, drag and comedy in a queer-owned venue that thrives on surprise. Happyfun Hideaway offers an offbeat, laid-back atmosphere where the crowd and quirky programming are as much the draw as the drinks.</w:t>
      </w:r>
      <w:r/>
    </w:p>
    <w:p>
      <w:r/>
      <w:r>
        <w:t>These spots are less about tourist flash and more about regulars, local talent and experimentation, expect unique shows, mixed-genre nights and a sense that the space belongs to the community.</w:t>
      </w:r>
      <w:r/>
    </w:p>
    <w:p>
      <w:r/>
      <w:r>
        <w:t>Practical tip: check social feeds for pop-up shows and late-night secret sets, they’re common and often announced last-minute.</w:t>
      </w:r>
      <w:r/>
    </w:p>
    <w:p>
      <w:pPr>
        <w:pStyle w:val="Heading2"/>
      </w:pPr>
      <w:r>
        <w:t>How to pick your perfect Brooklyn night out</w:t>
      </w:r>
      <w:r/>
    </w:p>
    <w:p>
      <w:r/>
      <w:r>
        <w:t>Start with mood: want a high-energy dance production, a drag dinner show, or a friendly piano bar where you can sing along? Then pick a neighbourhood cluster to avoid long crosstown trips. Look up event calendars, venues like Metropolitan, The Rosemont and 3 Dollar Bill often publicise themed nights and guest DJs in advance.</w:t>
      </w:r>
      <w:r/>
    </w:p>
    <w:p>
      <w:r/>
      <w:r>
        <w:t>Be open to the unexpected. Brooklyn’s queer scene is less scripted than Manhattan’s, and that’s part of the fun, sometimes the best nights are the ones that turn into small discoveries, new favourite bartenders or a backyard party that becomes the highlight of your weekend.</w:t>
      </w:r>
      <w:r/>
    </w:p>
    <w:p>
      <w:r/>
      <w:r>
        <w:t>It's a small shift in geography that opens up a lot more personality, go explore and find the corner of Brooklyn that sings to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5">
        <w:r>
          <w:rPr>
            <w:color w:val="0000EE"/>
            <w:u w:val="single"/>
          </w:rPr>
          <w:t>[6]</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https://getoutmag.com/brooklyn-after-dark/</w:t>
        </w:r>
      </w:hyperlink>
      <w:r>
        <w:t xml:space="preserve"> - Please view link - unable to able to access data</w:t>
      </w:r>
      <w:r/>
    </w:p>
    <w:p>
      <w:pPr>
        <w:pStyle w:val="ListNumber"/>
        <w:spacing w:line="240" w:lineRule="auto"/>
        <w:ind w:left="720"/>
      </w:pPr>
      <w:r/>
      <w:hyperlink r:id="rId10">
        <w:r>
          <w:rPr>
            <w:color w:val="0000EE"/>
            <w:u w:val="single"/>
          </w:rPr>
          <w:t>https://www.metropolitanbarny.com/</w:t>
        </w:r>
      </w:hyperlink>
      <w:r>
        <w:t xml:space="preserve"> - Metropolitan Bar, established in 2002, is a prominent gay bar in Williamsburg, Brooklyn. It features a multi-level lounge, pool table, dance floor, and a spacious backyard patio. The venue hosts various events, including 'Queeraoke' nights, trivia, and a monthly comedy show. Its welcoming atmosphere caters to both casual hangouts and lively parties, making it a staple in Brooklyn's LGBTQ+ nightlife scene. The bar is open daily from 3 pm to 4 am, offering a consistent and inclusive environment for all patrons.</w:t>
      </w:r>
      <w:r/>
    </w:p>
    <w:p>
      <w:pPr>
        <w:pStyle w:val="ListNumber"/>
        <w:spacing w:line="240" w:lineRule="auto"/>
        <w:ind w:left="720"/>
      </w:pPr>
      <w:r/>
      <w:hyperlink r:id="rId14">
        <w:r>
          <w:rPr>
            <w:color w:val="0000EE"/>
            <w:u w:val="single"/>
          </w:rPr>
          <w:t>https://www.cmoneverybody.com/</w:t>
        </w:r>
      </w:hyperlink>
      <w:r>
        <w:t xml:space="preserve"> - C'mon Everybody is a queer-owned bar, music venue, and live-arts space located in Bed-Stuy, Brooklyn. Founded in 2014, it aims to amplify LGBTQ+ and QTPOC voices while providing a welcoming gathering place for the wider queer community. The venue combines a front bar and lounge atmosphere with a dedicated performance and dance space, hosting live music, performances, drag shows, and community events. Open seven nights a week, it offers a vibrant and inclusive environment for all patrons.</w:t>
      </w:r>
      <w:r/>
    </w:p>
    <w:p>
      <w:pPr>
        <w:pStyle w:val="ListNumber"/>
        <w:spacing w:line="240" w:lineRule="auto"/>
        <w:ind w:left="720"/>
      </w:pPr>
      <w:r/>
      <w:hyperlink r:id="rId12">
        <w:r>
          <w:rPr>
            <w:color w:val="0000EE"/>
            <w:u w:val="single"/>
          </w:rPr>
          <w:t>https://www.cmoneverybody.com/ourstory</w:t>
        </w:r>
      </w:hyperlink>
      <w:r>
        <w:t xml:space="preserve"> - C'mon Everybody, established in 2014, is a queer-owned bar, music venue, and live-arts space in Bed-Stuy, Brooklyn. The venue was created to amplify LGBTQ+ and QTPOC voices, serving as a safe space for the queer community. It combines a front bar and lounge with a dedicated performance and dance space, hosting live music, performances, drag shows, and community events. Open seven nights a week, it offers a vibrant and inclusive environment for all patrons.</w:t>
      </w:r>
      <w:r/>
    </w:p>
    <w:p>
      <w:pPr>
        <w:pStyle w:val="ListNumber"/>
        <w:spacing w:line="240" w:lineRule="auto"/>
        <w:ind w:left="720"/>
      </w:pPr>
      <w:r/>
      <w:hyperlink r:id="rId11">
        <w:r>
          <w:rPr>
            <w:color w:val="0000EE"/>
            <w:u w:val="single"/>
          </w:rPr>
          <w:t>https://www.gaypinkspots.com/listing/the-rosemont.html</w:t>
        </w:r>
      </w:hyperlink>
      <w:r>
        <w:t xml:space="preserve"> - The Rosemont is a lively gay bar in East Williamsburg, Brooklyn, known for its welcoming crowd, upbeat dance nights, and versatile indoor-outdoor space. With DJs spinning crowd-pleasing sets and a backyard perfect for conversation breaks, the bar strikes a balance between dancing and socializing. The atmosphere is friendly and community-oriented, attracting a mix of regulars, newcomers, and groups looking for a fun night without pretension. Whether you're there to dance, chat, or do both, The Rosemont offers flexibility and warmth that make it easy to stay longer than planned.</w:t>
      </w:r>
      <w:r/>
    </w:p>
    <w:p>
      <w:pPr>
        <w:pStyle w:val="ListNumber"/>
        <w:spacing w:line="240" w:lineRule="auto"/>
        <w:ind w:left="720"/>
      </w:pPr>
      <w:r/>
      <w:hyperlink r:id="rId15">
        <w:r>
          <w:rPr>
            <w:color w:val="0000EE"/>
            <w:u w:val="single"/>
          </w:rPr>
          <w:t>https://www.gaypinkspots.com/listing/good-judy.html</w:t>
        </w:r>
      </w:hyperlink>
      <w:r>
        <w:t xml:space="preserve"> - Good Judy is a fun and eclectic LGBTQ+ bar located in Park Slope, Brooklyn. Known for its drag performances and karaoke nights, the space often hosts themed events and offers a mix of activities, from dance parties to live entertainment. The venue provides a welcoming and inclusive environment for all patrons, making it a popular hangout spot in the Brooklyn LGBTQ+ scene. Its diverse programming and vibrant atmosphere contribute to its reputation as a cornerstone of queer nightlife in the area.</w:t>
      </w:r>
      <w:r/>
    </w:p>
    <w:p>
      <w:pPr>
        <w:pStyle w:val="ListNumber"/>
        <w:spacing w:line="240" w:lineRule="auto"/>
        <w:ind w:left="720"/>
      </w:pPr>
      <w:r/>
      <w:hyperlink r:id="rId13">
        <w:r>
          <w:rPr>
            <w:color w:val="0000EE"/>
            <w:u w:val="single"/>
          </w:rPr>
          <w:t>https://www.gaypinkspots.com/listing/happyfun-hideaway.html</w:t>
        </w:r>
      </w:hyperlink>
      <w:r>
        <w:t xml:space="preserve"> - Happyfun Hideaway is a Bushwick dive bar fused with queer charm. The atmosphere is laid back and artsy, featuring mismatched decor, backyard seating, local DJs, cheap drinks, and an inclusive crowd. It's ideal for earlier evenings or casual bar hopping when exploring Brooklyn's gay bars along the Bushwick corridor. The venue's unique character and relaxed vibe make it a standout in the Brooklyn LGBTQ+ nightlife scene, offering a distinctive experience for those seeking a more offbeat, laid-back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etoutmag.com/brooklyn-after-dark/" TargetMode="External"/><Relationship Id="rId10" Type="http://schemas.openxmlformats.org/officeDocument/2006/relationships/hyperlink" Target="https://www.metropolitanbarny.com/" TargetMode="External"/><Relationship Id="rId11" Type="http://schemas.openxmlformats.org/officeDocument/2006/relationships/hyperlink" Target="https://www.gaypinkspots.com/listing/the-rosemont.html" TargetMode="External"/><Relationship Id="rId12" Type="http://schemas.openxmlformats.org/officeDocument/2006/relationships/hyperlink" Target="https://www.cmoneverybody.com/ourstory" TargetMode="External"/><Relationship Id="rId13" Type="http://schemas.openxmlformats.org/officeDocument/2006/relationships/hyperlink" Target="https://www.gaypinkspots.com/listing/happyfun-hideaway.html" TargetMode="External"/><Relationship Id="rId14" Type="http://schemas.openxmlformats.org/officeDocument/2006/relationships/hyperlink" Target="https://www.cmoneverybody.com/" TargetMode="External"/><Relationship Id="rId15" Type="http://schemas.openxmlformats.org/officeDocument/2006/relationships/hyperlink" Target="https://www.gaypinkspots.com/listing/good-jud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